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Answer "How Do You Handle Stress?" in an Interview</w:t>
      </w:r>
    </w:p>
    <w:p>
      <w:r>
        <w:t>Templates from https://kunskap.app/guides/how-do-you-handle-stress/ · Replace everything in [brackets].</w:t>
      </w:r>
    </w:p>
    <w:p>
      <w:pPr>
        <w:pStyle w:val="Heading2"/>
      </w:pPr>
      <w:r>
        <w:t>How should you answer "how do you handle stress"?</w:t>
      </w:r>
    </w:p>
    <w:p>
      <w:r>
        <w:rPr>
          <w:b w:val="0"/>
        </w:rPr>
        <w:t xml:space="preserve">I do feel pressure, especially when [a common source for you: several launches land in the same week, plans change late, results dip]. What helps me is </w:t>
      </w:r>
      <w:r>
        <w:rPr>
          <w:b/>
        </w:rPr>
        <w:t>[habit 1: writing everything down and ranking it]</w:t>
      </w:r>
      <w:r>
        <w:rPr>
          <w:b w:val="0"/>
        </w:rPr>
        <w:t xml:space="preserve"> and </w:t>
      </w:r>
      <w:r>
        <w:rPr>
          <w:b/>
        </w:rPr>
        <w:t>[habit 2: telling people early what will and won't get done]</w:t>
      </w:r>
      <w:r>
        <w:rPr>
          <w:b w:val="0"/>
        </w:rPr>
        <w:t>.</w:t>
      </w:r>
    </w:p>
    <w:p/>
    <w:p>
      <w:r>
        <w:rPr>
          <w:b w:val="0"/>
        </w:rPr>
        <w:t xml:space="preserve">A good example was </w:t>
      </w:r>
      <w:r>
        <w:rPr>
          <w:b/>
        </w:rPr>
        <w:t>[the situation]</w:t>
      </w:r>
      <w:r>
        <w:rPr>
          <w:b w:val="0"/>
        </w:rPr>
        <w:t xml:space="preserve">. I </w:t>
      </w:r>
      <w:r>
        <w:rPr>
          <w:b/>
        </w:rPr>
        <w:t>[what you did]</w:t>
      </w:r>
      <w:r>
        <w:rPr>
          <w:b w:val="0"/>
        </w:rPr>
        <w:t xml:space="preserve">, and </w:t>
      </w:r>
      <w:r>
        <w:rPr>
          <w:b/>
        </w:rPr>
        <w:t>[the outcome]</w:t>
      </w:r>
      <w:r>
        <w:rPr>
          <w:b w:val="0"/>
        </w:rPr>
        <w:t xml:space="preserve">. Afterward I </w:t>
      </w:r>
      <w:r>
        <w:rPr>
          <w:b/>
        </w:rPr>
        <w:t>[what you changed so it was easier next time]</w:t>
      </w:r>
      <w:r>
        <w:rPr>
          <w:b w:val="0"/>
        </w:rPr>
        <w:t>.</w:t>
      </w:r>
    </w:p>
    <w:p>
      <w:pPr>
        <w:pStyle w:val="Heading2"/>
      </w:pPr>
      <w:r>
        <w:t>Social media manager</w:t>
      </w:r>
    </w:p>
    <w:p>
      <w:r>
        <w:rPr>
          <w:b w:val="0"/>
        </w:rPr>
        <w:t>The stressful moments in social are usually the unplanned ones, like a post that draws criticism or a trend we need to respond to within hours. What helps is having agreed in advance who approves what, so I'm not chasing people when it's urgent.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a post about </w:t>
      </w:r>
      <w:r>
        <w:rPr>
          <w:b/>
        </w:rPr>
        <w:t>[topic]</w:t>
      </w:r>
      <w:r>
        <w:rPr>
          <w:b w:val="0"/>
        </w:rPr>
        <w:t xml:space="preserve"> got </w:t>
      </w:r>
      <w:r>
        <w:rPr>
          <w:b/>
        </w:rPr>
        <w:t>[a negative reaction]</w:t>
      </w:r>
      <w:r>
        <w:rPr>
          <w:b w:val="0"/>
        </w:rPr>
        <w:t xml:space="preserve"> on a </w:t>
      </w:r>
      <w:r>
        <w:rPr>
          <w:b/>
        </w:rPr>
        <w:t>[day]</w:t>
      </w:r>
      <w:r>
        <w:rPr>
          <w:b w:val="0"/>
        </w:rPr>
        <w:t xml:space="preserve">. Because we had a response plan, I had a holding reply approved within </w:t>
      </w:r>
      <w:r>
        <w:rPr>
          <w:b/>
        </w:rPr>
        <w:t>[time]</w:t>
      </w:r>
      <w:r>
        <w:rPr>
          <w:b w:val="0"/>
        </w:rPr>
        <w:t xml:space="preserve">, flagged it to </w:t>
      </w:r>
      <w:r>
        <w:rPr>
          <w:b/>
        </w:rPr>
        <w:t>[comms / leadership]</w:t>
      </w:r>
      <w:r>
        <w:rPr>
          <w:b w:val="0"/>
        </w:rPr>
        <w:t xml:space="preserve">, and we posted a proper response </w:t>
      </w:r>
      <w:r>
        <w:rPr>
          <w:b/>
        </w:rPr>
        <w:t>[when]</w:t>
      </w:r>
      <w:r>
        <w:rPr>
          <w:b w:val="0"/>
        </w:rPr>
        <w:t xml:space="preserve">. Afterward I updated the plan with </w:t>
      </w:r>
      <w:r>
        <w:rPr>
          <w:b/>
        </w:rPr>
        <w:t>[what you learned]</w:t>
      </w:r>
      <w:r>
        <w:rPr>
          <w:b w:val="0"/>
        </w:rPr>
        <w:t>.</w:t>
      </w:r>
    </w:p>
    <w:p>
      <w:pPr>
        <w:pStyle w:val="Heading2"/>
      </w:pPr>
      <w:r>
        <w:t>Marketing coordinator or entry level</w:t>
      </w:r>
    </w:p>
    <w:p>
      <w:r>
        <w:rPr>
          <w:b w:val="0"/>
        </w:rPr>
        <w:t>I get stressed when lots of small deadlines pile up at once, so I keep one list of everything, sorted by due date and by who's waiting on it. If I can see something slipping, I say so early rather than hoping.</w:t>
      </w:r>
    </w:p>
    <w:p/>
    <w:p>
      <w:r>
        <w:rPr>
          <w:b w:val="0"/>
        </w:rPr>
        <w:t xml:space="preserve">During </w:t>
      </w:r>
      <w:r>
        <w:rPr>
          <w:b/>
        </w:rPr>
        <w:t>[a busy period: the holiday campaign, a product launch, the end of the semester]</w:t>
      </w:r>
      <w:r>
        <w:rPr>
          <w:b w:val="0"/>
        </w:rPr>
        <w:t xml:space="preserve">, I was coordinating </w:t>
      </w:r>
      <w:r>
        <w:rPr>
          <w:b/>
        </w:rPr>
        <w:t>[the moving parts]</w:t>
      </w:r>
      <w:r>
        <w:rPr>
          <w:b w:val="0"/>
        </w:rPr>
        <w:t xml:space="preserve"> across </w:t>
      </w:r>
      <w:r>
        <w:rPr>
          <w:b/>
        </w:rPr>
        <w:t>[teams]</w:t>
      </w:r>
      <w:r>
        <w:rPr>
          <w:b w:val="0"/>
        </w:rPr>
        <w:t xml:space="preserve">. I set up </w:t>
      </w:r>
      <w:r>
        <w:rPr>
          <w:b/>
        </w:rPr>
        <w:t>[a shared tracker / a daily ten-minute check-in]</w:t>
      </w:r>
      <w:r>
        <w:rPr>
          <w:b w:val="0"/>
        </w:rPr>
        <w:t>, and everything went out on time. The tracker is still what the team uses.</w:t>
      </w:r>
    </w:p>
    <w:p>
      <w:pPr>
        <w:pStyle w:val="Heading2"/>
      </w:pPr>
      <w:r>
        <w:t>Growth or performance marketer</w:t>
      </w:r>
    </w:p>
    <w:p>
      <w:r>
        <w:rPr>
          <w:b w:val="0"/>
        </w:rPr>
        <w:t>The pressure in performance work is usually a number going the wrong way. My first move is to find out why before changing anything, because rushed fixes often make it worse.</w:t>
      </w:r>
    </w:p>
    <w:p/>
    <w:p>
      <w:r>
        <w:rPr>
          <w:b w:val="0"/>
        </w:rPr>
        <w:t xml:space="preserve">When </w:t>
      </w:r>
      <w:r>
        <w:rPr>
          <w:b/>
        </w:rPr>
        <w:t>[metric]</w:t>
      </w:r>
      <w:r>
        <w:rPr>
          <w:b w:val="0"/>
        </w:rPr>
        <w:t xml:space="preserve"> dropped </w:t>
      </w:r>
      <w:r>
        <w:rPr>
          <w:b/>
        </w:rPr>
        <w:t>[by how much / sharply]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leadership wanted answers the same day. I checked </w:t>
      </w:r>
      <w:r>
        <w:rPr>
          <w:b/>
        </w:rPr>
        <w:t>[tracking, a recent change, the auction, a landing page]</w:t>
      </w:r>
      <w:r>
        <w:rPr>
          <w:b w:val="0"/>
        </w:rPr>
        <w:t xml:space="preserve"> in order, found it was </w:t>
      </w:r>
      <w:r>
        <w:rPr>
          <w:b/>
        </w:rPr>
        <w:t>[cause]</w:t>
      </w:r>
      <w:r>
        <w:rPr>
          <w:b w:val="0"/>
        </w:rPr>
        <w:t xml:space="preserve">, and gave them a short update with what we knew, what we didn't and when we'd know more. We </w:t>
      </w:r>
      <w:r>
        <w:rPr>
          <w:b/>
        </w:rPr>
        <w:t>[fixed it / recovered]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Manager or leader</w:t>
      </w:r>
    </w:p>
    <w:p>
      <w:r>
        <w:rPr>
          <w:b w:val="0"/>
        </w:rPr>
        <w:t>For me the stress is usually about too many priorities for the team we have. My job is to make the trade-offs explicit, so the team isn't trying to do everything.</w:t>
      </w:r>
    </w:p>
    <w:p/>
    <w:p>
      <w:r>
        <w:rPr>
          <w:b w:val="0"/>
        </w:rPr>
        <w:t xml:space="preserve">Last </w:t>
      </w:r>
      <w:r>
        <w:rPr>
          <w:b/>
        </w:rPr>
        <w:t>[time period]</w:t>
      </w:r>
      <w:r>
        <w:rPr>
          <w:b w:val="0"/>
        </w:rPr>
        <w:t xml:space="preserve">, we had </w:t>
      </w:r>
      <w:r>
        <w:rPr>
          <w:b/>
        </w:rPr>
        <w:t>[the competing demands: a rebrand, a launch and a budget cut]</w:t>
      </w:r>
      <w:r>
        <w:rPr>
          <w:b w:val="0"/>
        </w:rPr>
        <w:t xml:space="preserve"> at once. I took the list to </w:t>
      </w:r>
      <w:r>
        <w:rPr>
          <w:b/>
        </w:rPr>
        <w:t>[my boss / the leadership team]</w:t>
      </w:r>
      <w:r>
        <w:rPr>
          <w:b w:val="0"/>
        </w:rPr>
        <w:t xml:space="preserve">, agreed what would wait, and told the team exactly what we'd dropped and why. We delivered </w:t>
      </w:r>
      <w:r>
        <w:rPr>
          <w:b/>
        </w:rPr>
        <w:t>[the main thing]</w:t>
      </w:r>
      <w:r>
        <w:rPr>
          <w:b w:val="0"/>
        </w:rPr>
        <w:t>, and nobody burned out doing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