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Exit Interview Questions: What You'll Be Asked and How to Answer</w:t>
      </w:r>
    </w:p>
    <w:p>
      <w:r>
        <w:t>Templates from https://knowtheroom.ai/guides/exit-interview-questions/ · Replace everything in [brackets].</w:t>
      </w:r>
    </w:p>
    <w:p>
      <w:pPr>
        <w:pStyle w:val="Heading2"/>
      </w:pPr>
      <w:r>
        <w:t>Why are you leaving?</w:t>
      </w:r>
    </w:p>
    <w:p>
      <w:r>
        <w:rPr>
          <w:b w:val="0"/>
        </w:rPr>
        <w:t xml:space="preserve">I've accepted a </w:t>
      </w:r>
      <w:r>
        <w:rPr>
          <w:b/>
        </w:rPr>
        <w:t>[role]</w:t>
      </w:r>
      <w:r>
        <w:rPr>
          <w:b w:val="0"/>
        </w:rPr>
        <w:t xml:space="preserve"> at another company. It's a step up in scope: I'll be </w:t>
      </w:r>
      <w:r>
        <w:rPr>
          <w:b/>
        </w:rPr>
        <w:t>[leading a team / owning the brand / moving into product marketing]</w:t>
      </w:r>
      <w:r>
        <w:rPr>
          <w:b w:val="0"/>
        </w:rPr>
        <w:t>, which wasn't on the horizon here in the near term.</w:t>
      </w:r>
    </w:p>
    <w:p>
      <w:pPr>
        <w:pStyle w:val="Heading2"/>
      </w:pPr>
      <w:r>
        <w:t>What did you like most about working here?</w:t>
      </w:r>
    </w:p>
    <w:p>
      <w:r>
        <w:rPr>
          <w:b w:val="0"/>
        </w:rPr>
        <w:t xml:space="preserve">The team. </w:t>
      </w:r>
      <w:r>
        <w:rPr>
          <w:b/>
        </w:rPr>
        <w:t>[Name or role]</w:t>
      </w:r>
      <w:r>
        <w:rPr>
          <w:b w:val="0"/>
        </w:rPr>
        <w:t xml:space="preserve"> gave me real ownership of </w:t>
      </w:r>
      <w:r>
        <w:rPr>
          <w:b/>
        </w:rPr>
        <w:t>[program]</w:t>
      </w:r>
      <w:r>
        <w:rPr>
          <w:b w:val="0"/>
        </w:rPr>
        <w:t xml:space="preserve">, and the way we worked with </w:t>
      </w:r>
      <w:r>
        <w:rPr>
          <w:b/>
        </w:rPr>
        <w:t>[design / sales / product]</w:t>
      </w:r>
      <w:r>
        <w:rPr>
          <w:b w:val="0"/>
        </w:rPr>
        <w:t xml:space="preserve"> on </w:t>
      </w:r>
      <w:r>
        <w:rPr>
          <w:b/>
        </w:rPr>
        <w:t>[project]</w:t>
      </w:r>
      <w:r>
        <w:rPr>
          <w:b w:val="0"/>
        </w:rPr>
        <w:t xml:space="preserve"> was the best collaboration I've had.</w:t>
      </w:r>
    </w:p>
    <w:p>
      <w:pPr>
        <w:pStyle w:val="Heading2"/>
      </w:pPr>
      <w:r>
        <w:t>What could we have done to keep you?</w:t>
      </w:r>
    </w:p>
    <w:p>
      <w:r>
        <w:rPr>
          <w:b w:val="0"/>
        </w:rPr>
        <w:t xml:space="preserve">A clearer path to </w:t>
      </w:r>
      <w:r>
        <w:rPr>
          <w:b/>
        </w:rPr>
        <w:t>[next level]</w:t>
      </w:r>
      <w:r>
        <w:rPr>
          <w:b w:val="0"/>
        </w:rPr>
        <w:t xml:space="preserve"> would have made a difference. I asked about it in </w:t>
      </w:r>
      <w:r>
        <w:rPr>
          <w:b/>
        </w:rPr>
        <w:t>[review]</w:t>
      </w:r>
      <w:r>
        <w:rPr>
          <w:b w:val="0"/>
        </w:rPr>
        <w:t>, and the answer was that the role didn't exist yet. If there had been a timeline, I might not have looked.</w:t>
      </w:r>
    </w:p>
    <w:p>
      <w:pPr>
        <w:pStyle w:val="Heading2"/>
      </w:pPr>
      <w:r>
        <w:t>How would you describe your relationship with your manager?</w:t>
      </w:r>
    </w:p>
    <w:p>
      <w:r>
        <w:rPr>
          <w:b/>
        </w:rPr>
        <w:t>[Name]</w:t>
      </w:r>
      <w:r>
        <w:rPr>
          <w:b w:val="0"/>
        </w:rPr>
        <w:t xml:space="preserve"> supported my ideas and gave me room on </w:t>
      </w:r>
      <w:r>
        <w:rPr>
          <w:b/>
        </w:rPr>
        <w:t>[campaign]</w:t>
      </w:r>
      <w:r>
        <w:rPr>
          <w:b w:val="0"/>
        </w:rPr>
        <w:t xml:space="preserve">. Where I'd have liked more was </w:t>
      </w:r>
      <w:r>
        <w:rPr>
          <w:b/>
        </w:rPr>
        <w:t>[regular feedback / help getting budget approved / clearer priorities]</w:t>
      </w:r>
      <w:r>
        <w:rPr>
          <w:b w:val="0"/>
        </w:rPr>
        <w:t xml:space="preserve">, especially around </w:t>
      </w:r>
      <w:r>
        <w:rPr>
          <w:b/>
        </w:rPr>
        <w:t>[planning season]</w:t>
      </w:r>
      <w:r>
        <w:rPr>
          <w:b w:val="0"/>
        </w:rPr>
        <w:t>.</w:t>
      </w:r>
    </w:p>
    <w:p>
      <w:pPr>
        <w:pStyle w:val="Heading2"/>
      </w:pPr>
      <w:r>
        <w:t>Did you have what you needed to do your job well?</w:t>
      </w:r>
    </w:p>
    <w:p>
      <w:r>
        <w:rPr>
          <w:b w:val="0"/>
        </w:rPr>
        <w:t xml:space="preserve">Mostly. The gap was </w:t>
      </w:r>
      <w:r>
        <w:rPr>
          <w:b/>
        </w:rPr>
        <w:t>[measurement / attribution data / creative capacity]</w:t>
      </w:r>
      <w:r>
        <w:rPr>
          <w:b w:val="0"/>
        </w:rPr>
        <w:t xml:space="preserve">. We spent </w:t>
      </w:r>
      <w:r>
        <w:rPr>
          <w:b/>
        </w:rPr>
        <w:t>[a lot of time]</w:t>
      </w:r>
      <w:r>
        <w:rPr>
          <w:b w:val="0"/>
        </w:rPr>
        <w:t xml:space="preserve"> pulling reports by hand, which took time away from the campaigns themselves. Better access to </w:t>
      </w:r>
      <w:r>
        <w:rPr>
          <w:b/>
        </w:rPr>
        <w:t>[tool or data]</w:t>
      </w:r>
      <w:r>
        <w:rPr>
          <w:b w:val="0"/>
        </w:rPr>
        <w:t xml:space="preserve"> would help the next person.</w:t>
      </w:r>
    </w:p>
    <w:p>
      <w:pPr>
        <w:pStyle w:val="Heading2"/>
      </w:pPr>
      <w:r>
        <w:t>Were your responsibilities what you expected when you joined?</w:t>
      </w:r>
    </w:p>
    <w:p>
      <w:r>
        <w:rPr>
          <w:b w:val="0"/>
        </w:rPr>
        <w:t xml:space="preserve">The role grew. I joined to run </w:t>
      </w:r>
      <w:r>
        <w:rPr>
          <w:b/>
        </w:rPr>
        <w:t>[channel]</w:t>
      </w:r>
      <w:r>
        <w:rPr>
          <w:b w:val="0"/>
        </w:rPr>
        <w:t xml:space="preserve"> and ended up also owning </w:t>
      </w:r>
      <w:r>
        <w:rPr>
          <w:b/>
        </w:rPr>
        <w:t>[other channels / the agency / reporting]</w:t>
      </w:r>
      <w:r>
        <w:rPr>
          <w:b w:val="0"/>
        </w:rPr>
        <w:t xml:space="preserve">. I enjoyed it, but it's closer to a </w:t>
      </w:r>
      <w:r>
        <w:rPr>
          <w:b/>
        </w:rPr>
        <w:t>[higher title]</w:t>
      </w:r>
      <w:r>
        <w:rPr>
          <w:b w:val="0"/>
        </w:rPr>
        <w:t xml:space="preserve"> role now, and that's worth reflecting in the posting.</w:t>
      </w:r>
    </w:p>
    <w:p>
      <w:pPr>
        <w:pStyle w:val="Heading2"/>
      </w:pPr>
      <w:r>
        <w:t>What would you change about the team or company?</w:t>
      </w:r>
    </w:p>
    <w:p>
      <w:r>
        <w:rPr>
          <w:b w:val="0"/>
        </w:rPr>
        <w:t>I'd give marketing a seat earlier in the product roadmap. We often heard about launches a few weeks out, which left little time to plan the campaign. A monthly review with product would help.</w:t>
      </w:r>
    </w:p>
    <w:p>
      <w:pPr>
        <w:pStyle w:val="Heading2"/>
      </w:pPr>
      <w:r>
        <w:t>Would you recommend working here?</w:t>
      </w:r>
    </w:p>
    <w:p>
      <w:r>
        <w:rPr>
          <w:b w:val="0"/>
        </w:rPr>
        <w:t xml:space="preserve">Yes, for someone who wants </w:t>
      </w:r>
      <w:r>
        <w:rPr>
          <w:b/>
        </w:rPr>
        <w:t>[to learn fast / broad ownership / a strong brand to work on]</w:t>
      </w:r>
      <w:r>
        <w:rPr>
          <w:b w:val="0"/>
        </w:rPr>
        <w:t xml:space="preserve">. I'd tell them to ask about </w:t>
      </w:r>
      <w:r>
        <w:rPr>
          <w:b/>
        </w:rPr>
        <w:t>[the area that frustrated you]</w:t>
      </w:r>
      <w:r>
        <w:rPr>
          <w:b w:val="0"/>
        </w:rPr>
        <w:t xml:space="preserve"> in the interview.</w:t>
      </w:r>
    </w:p>
    <w:p>
      <w:pPr>
        <w:pStyle w:val="Heading2"/>
      </w:pPr>
      <w:r>
        <w:t>Would you consider coming back?</w:t>
      </w:r>
    </w:p>
    <w:p>
      <w:r>
        <w:rPr>
          <w:b w:val="0"/>
        </w:rPr>
        <w:t>I'd be open to it in the right role. I've learned a lot here and I'd like to stay in touch.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