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Elevator Pitch Examples for Marketers (With a Simple Template)</w:t>
      </w:r>
    </w:p>
    <w:p>
      <w:r>
        <w:t>Templates from https://kunskap.app/guides/elevator-pitch/ · Replace everything in [brackets].</w:t>
      </w:r>
    </w:p>
    <w:p>
      <w:pPr>
        <w:pStyle w:val="Heading2"/>
      </w:pPr>
      <w:r>
        <w:t>The elevator pitch template</w:t>
      </w:r>
    </w:p>
    <w:p>
      <w:r>
        <w:rPr>
          <w:b w:val="0"/>
        </w:rPr>
        <w:t xml:space="preserve">I'm a </w:t>
      </w:r>
      <w:r>
        <w:rPr>
          <w:b/>
        </w:rPr>
        <w:t>[what you do, in plain words]</w:t>
      </w:r>
      <w:r>
        <w:rPr>
          <w:b w:val="0"/>
        </w:rPr>
        <w:t xml:space="preserve"> at </w:t>
      </w:r>
      <w:r>
        <w:rPr>
          <w:b/>
        </w:rPr>
        <w:t>[Company or type of company]</w:t>
      </w:r>
      <w:r>
        <w:rPr>
          <w:b w:val="0"/>
        </w:rPr>
        <w:t xml:space="preserve">. Most of my work is </w:t>
      </w:r>
      <w:r>
        <w:rPr>
          <w:b/>
        </w:rPr>
        <w:t>[what you're known for]</w:t>
      </w:r>
      <w:r>
        <w:rPr>
          <w:b w:val="0"/>
        </w:rPr>
        <w:t xml:space="preserve">. Recently I </w:t>
      </w:r>
      <w:r>
        <w:rPr>
          <w:b/>
        </w:rPr>
        <w:t>[one result: what changed and how you know]</w:t>
      </w:r>
      <w:r>
        <w:rPr>
          <w:b w:val="0"/>
        </w:rPr>
        <w:t>.</w:t>
      </w:r>
    </w:p>
    <w:p/>
    <w:p>
      <w:r>
        <w:rPr>
          <w:b w:val="0"/>
        </w:rPr>
        <w:t xml:space="preserve">I'm looking for </w:t>
      </w:r>
      <w:r>
        <w:rPr>
          <w:b/>
        </w:rPr>
        <w:t>[the next role or kind of team]</w:t>
      </w:r>
      <w:r>
        <w:rPr>
          <w:b w:val="0"/>
        </w:rPr>
        <w:t xml:space="preserve">, ideally somewhere </w:t>
      </w:r>
      <w:r>
        <w:rPr>
          <w:b/>
        </w:rPr>
        <w:t>[what matters to you: a category, a stage, a kind of problem]</w:t>
      </w:r>
      <w:r>
        <w:rPr>
          <w:b w:val="0"/>
        </w:rPr>
        <w:t>.</w:t>
      </w:r>
    </w:p>
    <w:p>
      <w:pPr>
        <w:pStyle w:val="Heading2"/>
      </w:pPr>
      <w:r>
        <w:t>Student or recent graduate</w:t>
      </w:r>
    </w:p>
    <w:p>
      <w:r>
        <w:rPr>
          <w:b w:val="0"/>
        </w:rPr>
        <w:t xml:space="preserve">I just graduated from </w:t>
      </w:r>
      <w:r>
        <w:rPr>
          <w:b/>
        </w:rPr>
        <w:t>[school]</w:t>
      </w:r>
      <w:r>
        <w:rPr>
          <w:b w:val="0"/>
        </w:rPr>
        <w:t xml:space="preserve"> in </w:t>
      </w:r>
      <w:r>
        <w:rPr>
          <w:b/>
        </w:rPr>
        <w:t>[subject]</w:t>
      </w:r>
      <w:r>
        <w:rPr>
          <w:b w:val="0"/>
        </w:rPr>
        <w:t xml:space="preserve">, and I've spent the last year running social for </w:t>
      </w:r>
      <w:r>
        <w:rPr>
          <w:b/>
        </w:rPr>
        <w:t>[a student group, a local business or an internship]</w:t>
      </w:r>
      <w:r>
        <w:rPr>
          <w:b w:val="0"/>
        </w:rPr>
        <w:t xml:space="preserve">. The part I liked most was </w:t>
      </w:r>
      <w:r>
        <w:rPr>
          <w:b/>
        </w:rPr>
        <w:t>[testing formats / writing copy / reading the analytics]</w:t>
      </w:r>
      <w:r>
        <w:rPr>
          <w:b w:val="0"/>
        </w:rPr>
        <w:t xml:space="preserve">, and I got </w:t>
      </w:r>
      <w:r>
        <w:rPr>
          <w:b/>
        </w:rPr>
        <w:t>[the account / the campaign]</w:t>
      </w:r>
      <w:r>
        <w:rPr>
          <w:b w:val="0"/>
        </w:rPr>
        <w:t xml:space="preserve"> to </w:t>
      </w:r>
      <w:r>
        <w:rPr>
          <w:b/>
        </w:rPr>
        <w:t>[a result you can describe]</w:t>
      </w:r>
      <w:r>
        <w:rPr>
          <w:b w:val="0"/>
        </w:rPr>
        <w:t>.</w:t>
      </w:r>
    </w:p>
    <w:p/>
    <w:p>
      <w:r>
        <w:rPr>
          <w:b w:val="0"/>
        </w:rPr>
        <w:t>I'm looking for an entry-level marketing role on a social or content team, where I can learn from people who do this well.</w:t>
      </w:r>
    </w:p>
    <w:p>
      <w:pPr>
        <w:pStyle w:val="Heading2"/>
      </w:pPr>
      <w:r>
        <w:t>Coordinator or specialist</w:t>
      </w:r>
    </w:p>
    <w:p>
      <w:r>
        <w:rPr>
          <w:b w:val="0"/>
        </w:rPr>
        <w:t xml:space="preserve">I'm a marketing coordinator at </w:t>
      </w:r>
      <w:r>
        <w:rPr>
          <w:b/>
        </w:rPr>
        <w:t>[Company]</w:t>
      </w:r>
      <w:r>
        <w:rPr>
          <w:b w:val="0"/>
        </w:rPr>
        <w:t xml:space="preserve">, a </w:t>
      </w:r>
      <w:r>
        <w:rPr>
          <w:b/>
        </w:rPr>
        <w:t>[what the company does]</w:t>
      </w:r>
      <w:r>
        <w:rPr>
          <w:b w:val="0"/>
        </w:rPr>
        <w:t xml:space="preserve">. I run our email program day to day: the calendar, the builds and the testing. This year I </w:t>
      </w:r>
      <w:r>
        <w:rPr>
          <w:b/>
        </w:rPr>
        <w:t>[a result: a test you ran, a process you fixed, a number that moved]</w:t>
      </w:r>
      <w:r>
        <w:rPr>
          <w:b w:val="0"/>
        </w:rPr>
        <w:t>.</w:t>
      </w:r>
    </w:p>
    <w:p/>
    <w:p>
      <w:r>
        <w:rPr>
          <w:b w:val="0"/>
        </w:rPr>
        <w:t>I'd like my next role to give me ownership of a channel, so I'm talking to teams that are hiring an email or lifecycle specialist.</w:t>
      </w:r>
    </w:p>
    <w:p>
      <w:pPr>
        <w:pStyle w:val="Heading2"/>
      </w:pPr>
      <w:r>
        <w:t>Marketing manager</w:t>
      </w:r>
    </w:p>
    <w:p>
      <w:r>
        <w:rPr>
          <w:b w:val="0"/>
        </w:rPr>
        <w:t xml:space="preserve">I lead </w:t>
      </w:r>
      <w:r>
        <w:rPr>
          <w:b/>
        </w:rPr>
        <w:t>[paid acquisition / content / brand campaigns]</w:t>
      </w:r>
      <w:r>
        <w:rPr>
          <w:b w:val="0"/>
        </w:rPr>
        <w:t xml:space="preserve"> at </w:t>
      </w:r>
      <w:r>
        <w:rPr>
          <w:b/>
        </w:rPr>
        <w:t>[Company]</w:t>
      </w:r>
      <w:r>
        <w:rPr>
          <w:b w:val="0"/>
        </w:rPr>
        <w:t xml:space="preserve">, with a team of </w:t>
      </w:r>
      <w:r>
        <w:rPr>
          <w:b/>
        </w:rPr>
        <w:t>[size]</w:t>
      </w:r>
      <w:r>
        <w:rPr>
          <w:b w:val="0"/>
        </w:rPr>
        <w:t xml:space="preserve"> and </w:t>
      </w:r>
      <w:r>
        <w:rPr>
          <w:b/>
        </w:rPr>
        <w:t>[agencies or partners you manage]</w:t>
      </w:r>
      <w:r>
        <w:rPr>
          <w:b w:val="0"/>
        </w:rPr>
        <w:t xml:space="preserve">. My job is </w:t>
      </w:r>
      <w:r>
        <w:rPr>
          <w:b/>
        </w:rPr>
        <w:t>[the outcome you're responsible for]</w:t>
      </w:r>
      <w:r>
        <w:rPr>
          <w:b w:val="0"/>
        </w:rPr>
        <w:t xml:space="preserve">, and over the last year I </w:t>
      </w:r>
      <w:r>
        <w:rPr>
          <w:b/>
        </w:rPr>
        <w:t>[the clearest result: what changed and how you measured it]</w:t>
      </w:r>
      <w:r>
        <w:rPr>
          <w:b w:val="0"/>
        </w:rPr>
        <w:t>.</w:t>
      </w:r>
    </w:p>
    <w:p/>
    <w:p>
      <w:r>
        <w:rPr>
          <w:b w:val="0"/>
        </w:rPr>
        <w:t xml:space="preserve">I'm interested in a bigger scope next, probably a senior manager or head-of role where I'd own </w:t>
      </w:r>
      <w:r>
        <w:rPr>
          <w:b/>
        </w:rPr>
        <w:t>[the broader area]</w:t>
      </w:r>
      <w:r>
        <w:rPr>
          <w:b w:val="0"/>
        </w:rPr>
        <w:t>.</w:t>
      </w:r>
    </w:p>
    <w:p>
      <w:pPr>
        <w:pStyle w:val="Heading2"/>
      </w:pPr>
      <w:r>
        <w:t>Director or head of marketing</w:t>
      </w:r>
    </w:p>
    <w:p>
      <w:r>
        <w:rPr>
          <w:b w:val="0"/>
        </w:rPr>
        <w:t xml:space="preserve">I run marketing for </w:t>
      </w:r>
      <w:r>
        <w:rPr>
          <w:b/>
        </w:rPr>
        <w:t>[Company or business line]</w:t>
      </w:r>
      <w:r>
        <w:rPr>
          <w:b w:val="0"/>
        </w:rPr>
        <w:t xml:space="preserve">, covering </w:t>
      </w:r>
      <w:r>
        <w:rPr>
          <w:b/>
        </w:rPr>
        <w:t>[the functions you own]</w:t>
      </w:r>
      <w:r>
        <w:rPr>
          <w:b w:val="0"/>
        </w:rPr>
        <w:t xml:space="preserve">. When I joined, the problem was </w:t>
      </w:r>
      <w:r>
        <w:rPr>
          <w:b/>
        </w:rPr>
        <w:t>[the situation in one phrase]</w:t>
      </w:r>
      <w:r>
        <w:rPr>
          <w:b w:val="0"/>
        </w:rPr>
        <w:t xml:space="preserve">. We </w:t>
      </w:r>
      <w:r>
        <w:rPr>
          <w:b/>
        </w:rPr>
        <w:t>[what you changed]</w:t>
      </w:r>
      <w:r>
        <w:rPr>
          <w:b w:val="0"/>
        </w:rPr>
        <w:t xml:space="preserve">, and </w:t>
      </w:r>
      <w:r>
        <w:rPr>
          <w:b/>
        </w:rPr>
        <w:t>[the result]</w:t>
      </w:r>
      <w:r>
        <w:rPr>
          <w:b w:val="0"/>
        </w:rPr>
        <w:t>.</w:t>
      </w:r>
    </w:p>
    <w:p/>
    <w:p>
      <w:r>
        <w:rPr>
          <w:b w:val="0"/>
        </w:rPr>
        <w:t xml:space="preserve">I'm looking at VP roles at </w:t>
      </w:r>
      <w:r>
        <w:rPr>
          <w:b/>
        </w:rPr>
        <w:t>[stage or kind of company]</w:t>
      </w:r>
      <w:r>
        <w:rPr>
          <w:b w:val="0"/>
        </w:rPr>
        <w:t xml:space="preserve"> where marketing is expected to </w:t>
      </w:r>
      <w:r>
        <w:rPr>
          <w:b/>
        </w:rPr>
        <w:t>[drive growth / rebuild the brand / open a new market]</w:t>
      </w:r>
      <w:r>
        <w:rPr>
          <w:b w:val="0"/>
        </w:rPr>
        <w:t>.</w:t>
      </w:r>
    </w:p>
    <w:p>
      <w:pPr>
        <w:pStyle w:val="Heading2"/>
      </w:pPr>
      <w:r>
        <w:t>VP of marketing or CMO</w:t>
      </w:r>
    </w:p>
    <w:p>
      <w:r>
        <w:rPr>
          <w:b w:val="0"/>
        </w:rPr>
        <w:t xml:space="preserve">I'm a marketing leader who [the kind of problem you're brought in for: rebuilds brands that have stalled, builds the first real marketing team after early growth]. Most recently at </w:t>
      </w:r>
      <w:r>
        <w:rPr>
          <w:b/>
        </w:rPr>
        <w:t>[Company]</w:t>
      </w:r>
      <w:r>
        <w:rPr>
          <w:b w:val="0"/>
        </w:rPr>
        <w:t xml:space="preserve">, I </w:t>
      </w:r>
      <w:r>
        <w:rPr>
          <w:b/>
        </w:rPr>
        <w:t>[the change in one sentence]</w:t>
      </w:r>
      <w:r>
        <w:rPr>
          <w:b w:val="0"/>
        </w:rPr>
        <w:t xml:space="preserve"> and </w:t>
      </w:r>
      <w:r>
        <w:rPr>
          <w:b/>
        </w:rPr>
        <w:t>[the business result]</w:t>
      </w:r>
      <w:r>
        <w:rPr>
          <w:b w:val="0"/>
        </w:rPr>
        <w:t>.</w:t>
      </w:r>
    </w:p>
    <w:p/>
    <w:p>
      <w:r>
        <w:rPr>
          <w:b w:val="0"/>
        </w:rPr>
        <w:t xml:space="preserve">I'm talking to boards and CEOs about </w:t>
      </w:r>
      <w:r>
        <w:rPr>
          <w:b/>
        </w:rPr>
        <w:t>[the kind of role]</w:t>
      </w:r>
      <w:r>
        <w:rPr>
          <w:b w:val="0"/>
        </w:rPr>
        <w:t xml:space="preserve"> at companies facing </w:t>
      </w:r>
      <w:r>
        <w:rPr>
          <w:b/>
        </w:rPr>
        <w:t>[that problem]</w:t>
      </w:r>
      <w:r>
        <w:rPr>
          <w:b w:val="0"/>
        </w:rPr>
        <w:t>.</w:t>
      </w:r>
    </w:p>
    <w:p>
      <w:pPr>
        <w:pStyle w:val="Heading2"/>
      </w:pPr>
      <w:r>
        <w:t>Career changer moving into marketing</w:t>
      </w:r>
    </w:p>
    <w:p>
      <w:r>
        <w:rPr>
          <w:b w:val="0"/>
        </w:rPr>
        <w:t xml:space="preserve">I've spent </w:t>
      </w:r>
      <w:r>
        <w:rPr>
          <w:b/>
        </w:rPr>
        <w:t>[time]</w:t>
      </w:r>
      <w:r>
        <w:rPr>
          <w:b w:val="0"/>
        </w:rPr>
        <w:t xml:space="preserve"> in </w:t>
      </w:r>
      <w:r>
        <w:rPr>
          <w:b/>
        </w:rPr>
        <w:t>[your current field]</w:t>
      </w:r>
      <w:r>
        <w:rPr>
          <w:b w:val="0"/>
        </w:rPr>
        <w:t xml:space="preserve">, where a big part of my job was </w:t>
      </w:r>
      <w:r>
        <w:rPr>
          <w:b/>
        </w:rPr>
        <w:t>[the transferable part: writing, analysis, customer research, events]</w:t>
      </w:r>
      <w:r>
        <w:rPr>
          <w:b w:val="0"/>
        </w:rPr>
        <w:t xml:space="preserve">. I've been doing more of that on the marketing side by </w:t>
      </w:r>
      <w:r>
        <w:rPr>
          <w:b/>
        </w:rPr>
        <w:t>[a course, a side project, volunteer work]</w:t>
      </w:r>
      <w:r>
        <w:rPr>
          <w:b w:val="0"/>
        </w:rPr>
        <w:t xml:space="preserve">, and </w:t>
      </w:r>
      <w:r>
        <w:rPr>
          <w:b/>
        </w:rPr>
        <w:t>[one result]</w:t>
      </w:r>
      <w:r>
        <w:rPr>
          <w:b w:val="0"/>
        </w:rPr>
        <w:t>.</w:t>
      </w:r>
    </w:p>
    <w:p/>
    <w:p>
      <w:r>
        <w:rPr>
          <w:b w:val="0"/>
        </w:rPr>
        <w:t xml:space="preserve">I'm looking for a </w:t>
      </w:r>
      <w:r>
        <w:rPr>
          <w:b/>
        </w:rPr>
        <w:t>[specific entry point: marketing analyst, content coordinator]</w:t>
      </w:r>
      <w:r>
        <w:rPr>
          <w:b w:val="0"/>
        </w:rPr>
        <w:t xml:space="preserve"> role where that background is useful.</w:t>
      </w:r>
    </w:p>
    <w:p>
      <w:pPr>
        <w:pStyle w:val="Heading2"/>
      </w:pPr>
      <w:r>
        <w:t>Networking version</w:t>
      </w:r>
    </w:p>
    <w:p>
      <w:r>
        <w:rPr>
          <w:b w:val="0"/>
        </w:rPr>
        <w:t xml:space="preserve">I run </w:t>
      </w:r>
      <w:r>
        <w:rPr>
          <w:b/>
        </w:rPr>
        <w:t>[what you do]</w:t>
      </w:r>
      <w:r>
        <w:rPr>
          <w:b w:val="0"/>
        </w:rPr>
        <w:t xml:space="preserve"> at </w:t>
      </w:r>
      <w:r>
        <w:rPr>
          <w:b/>
        </w:rPr>
        <w:t>[Company]</w:t>
      </w:r>
      <w:r>
        <w:rPr>
          <w:b w:val="0"/>
        </w:rPr>
        <w:t xml:space="preserve">. Lately I've been focused on </w:t>
      </w:r>
      <w:r>
        <w:rPr>
          <w:b/>
        </w:rPr>
        <w:t>[one thing you're working on]</w:t>
      </w:r>
      <w:r>
        <w:rPr>
          <w:b w:val="0"/>
        </w:rPr>
        <w:t xml:space="preserve">. I'm starting to look at </w:t>
      </w:r>
      <w:r>
        <w:rPr>
          <w:b/>
        </w:rPr>
        <w:t>[next role]</w:t>
      </w:r>
      <w:r>
        <w:rPr>
          <w:b w:val="0"/>
        </w:rPr>
        <w:t xml:space="preserve">, so I'm trying to meet people at </w:t>
      </w:r>
      <w:r>
        <w:rPr>
          <w:b/>
        </w:rPr>
        <w:t>[kind of company]</w:t>
      </w:r>
      <w:r>
        <w:rPr>
          <w:b w:val="0"/>
        </w:rPr>
        <w:t>. What brings you here?</w:t>
      </w:r>
    </w:p>
    <w:p>
      <w:pPr>
        <w:pStyle w:val="Heading2"/>
      </w:pPr>
      <w:r>
        <w:t>Informational interview version</w:t>
      </w:r>
    </w:p>
    <w:p>
      <w:r>
        <w:rPr>
          <w:b w:val="0"/>
        </w:rPr>
        <w:t xml:space="preserve">Thanks for making the time. Quick background: I'm </w:t>
      </w:r>
      <w:r>
        <w:rPr>
          <w:b/>
        </w:rPr>
        <w:t>[who you are]</w:t>
      </w:r>
      <w:r>
        <w:rPr>
          <w:b w:val="0"/>
        </w:rPr>
        <w:t xml:space="preserve">, and I've mostly worked on </w:t>
      </w:r>
      <w:r>
        <w:rPr>
          <w:b/>
        </w:rPr>
        <w:t>[area]</w:t>
      </w:r>
      <w:r>
        <w:rPr>
          <w:b w:val="0"/>
        </w:rPr>
        <w:t xml:space="preserve">. I'm thinking about moving toward </w:t>
      </w:r>
      <w:r>
        <w:rPr>
          <w:b/>
        </w:rPr>
        <w:t>[direction]</w:t>
      </w:r>
      <w:r>
        <w:rPr>
          <w:b w:val="0"/>
        </w:rPr>
        <w:t xml:space="preserve">, and I'd love to hear how you got into </w:t>
      </w:r>
      <w:r>
        <w:rPr>
          <w:b/>
        </w:rPr>
        <w:t>[their area]</w:t>
      </w:r>
      <w:r>
        <w:rPr>
          <w:b w:val="0"/>
        </w:rPr>
        <w:t xml:space="preserve"> and what you'd do differently.</w:t>
      </w:r>
    </w:p>
    <w:p>
      <w:pPr>
        <w:pStyle w:val="Heading2"/>
      </w:pPr>
      <w:r>
        <w:t>LinkedIn message version</w:t>
      </w:r>
    </w:p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 xml:space="preserve">, I saw </w:t>
      </w:r>
      <w:r>
        <w:rPr>
          <w:b/>
        </w:rPr>
        <w:t>[their post / the role on your team / that you lead X at Company]</w:t>
      </w:r>
      <w:r>
        <w:rPr>
          <w:b w:val="0"/>
        </w:rPr>
        <w:t xml:space="preserve">. I'm a </w:t>
      </w:r>
      <w:r>
        <w:rPr>
          <w:b/>
        </w:rPr>
        <w:t>[who you are]</w:t>
      </w:r>
      <w:r>
        <w:rPr>
          <w:b w:val="0"/>
        </w:rPr>
        <w:t xml:space="preserve"> and I've spent the last </w:t>
      </w:r>
      <w:r>
        <w:rPr>
          <w:b/>
        </w:rPr>
        <w:t>[time]</w:t>
      </w:r>
      <w:r>
        <w:rPr>
          <w:b w:val="0"/>
        </w:rPr>
        <w:t xml:space="preserve"> on </w:t>
      </w:r>
      <w:r>
        <w:rPr>
          <w:b/>
        </w:rPr>
        <w:t>[area]</w:t>
      </w:r>
      <w:r>
        <w:rPr>
          <w:b w:val="0"/>
        </w:rPr>
        <w:t xml:space="preserve">, most recently </w:t>
      </w:r>
      <w:r>
        <w:rPr>
          <w:b/>
        </w:rPr>
        <w:t>[one result]</w:t>
      </w:r>
      <w:r>
        <w:rPr>
          <w:b w:val="0"/>
        </w:rPr>
        <w:t xml:space="preserve">. I'm interested in </w:t>
      </w:r>
      <w:r>
        <w:rPr>
          <w:b/>
        </w:rPr>
        <w:t>[the role or kind of work]</w:t>
      </w:r>
      <w:r>
        <w:rPr>
          <w:b w:val="0"/>
        </w:rPr>
        <w:t>. Would you be open to a short call, or could you point me to the right person?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