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Brief Template: What to Include, With an Example</w:t>
      </w:r>
    </w:p>
    <w:p>
      <w:r>
        <w:t>Templates from https://knowtheroom.ai/guides/creative-brief-template/ · Replace everything in [brackets].</w:t>
      </w:r>
    </w:p>
    <w:p>
      <w:pPr>
        <w:pStyle w:val="Heading2"/>
      </w:pPr>
      <w:r>
        <w:t>Creative brief template</w:t>
      </w:r>
    </w:p>
    <w:p>
      <w:r>
        <w:rPr>
          <w:b w:val="0"/>
        </w:rPr>
        <w:t xml:space="preserve">CREATIVE BRIEF: </w:t>
      </w:r>
      <w:r>
        <w:rPr>
          <w:b/>
        </w:rPr>
        <w:t>[Project name]</w:t>
      </w:r>
    </w:p>
    <w:p>
      <w:r>
        <w:rPr>
          <w:b w:val="0"/>
        </w:rPr>
        <w:t xml:space="preserve">Brand: </w:t>
      </w:r>
      <w:r>
        <w:rPr>
          <w:b/>
        </w:rPr>
        <w:t>[brand]</w:t>
      </w:r>
      <w:r>
        <w:rPr>
          <w:b w:val="0"/>
        </w:rPr>
        <w:t xml:space="preserve">   Owner: </w:t>
      </w:r>
      <w:r>
        <w:rPr>
          <w:b/>
        </w:rPr>
        <w:t>[name, title]</w:t>
      </w:r>
      <w:r>
        <w:rPr>
          <w:b w:val="0"/>
        </w:rPr>
        <w:t xml:space="preserve">   Date: </w:t>
      </w:r>
      <w:r>
        <w:rPr>
          <w:b/>
        </w:rPr>
        <w:t>[date]</w:t>
      </w:r>
    </w:p>
    <w:p>
      <w:r>
        <w:rPr>
          <w:b w:val="0"/>
        </w:rPr>
        <w:t xml:space="preserve">Due: </w:t>
      </w:r>
      <w:r>
        <w:rPr>
          <w:b/>
        </w:rPr>
        <w:t>[first review date]</w:t>
      </w:r>
      <w:r>
        <w:rPr>
          <w:b w:val="0"/>
        </w:rPr>
        <w:t xml:space="preserve"> / </w:t>
      </w:r>
      <w:r>
        <w:rPr>
          <w:b/>
        </w:rPr>
        <w:t>[final delivery date]</w:t>
      </w:r>
    </w:p>
    <w:p/>
    <w:p>
      <w:r>
        <w:rPr>
          <w:b w:val="0"/>
        </w:rPr>
        <w:t>1. BACKGROUND</w:t>
      </w:r>
    </w:p>
    <w:p>
      <w:r>
        <w:rPr>
          <w:b/>
        </w:rPr>
        <w:t>[Two or three sentences: what's happening in the business or market that makes this work necessary now.]</w:t>
      </w:r>
    </w:p>
    <w:p/>
    <w:p>
      <w:r>
        <w:rPr>
          <w:b w:val="0"/>
        </w:rPr>
        <w:t>2. THE PROBLEM</w:t>
      </w:r>
    </w:p>
    <w:p>
      <w:r>
        <w:rPr>
          <w:b/>
        </w:rPr>
        <w:t>[One sentence. What stands between the brand and the goal? e.g. "People who try us once don't know we do more than X."]</w:t>
      </w:r>
    </w:p>
    <w:p/>
    <w:p>
      <w:r>
        <w:rPr>
          <w:b w:val="0"/>
        </w:rPr>
        <w:t>3. OBJECTIVE</w:t>
      </w:r>
    </w:p>
    <w:p>
      <w:r>
        <w:rPr>
          <w:b w:val="0"/>
        </w:rPr>
        <w:t xml:space="preserve">- What we want people to think or feel: </w:t>
      </w:r>
      <w:r>
        <w:rPr>
          <w:b/>
        </w:rPr>
        <w:t>[...]</w:t>
      </w:r>
    </w:p>
    <w:p>
      <w:r>
        <w:rPr>
          <w:b w:val="0"/>
        </w:rPr>
        <w:t xml:space="preserve">- What we want them to do: </w:t>
      </w:r>
      <w:r>
        <w:rPr>
          <w:b/>
        </w:rPr>
        <w:t>[...]</w:t>
      </w:r>
    </w:p>
    <w:p>
      <w:r>
        <w:rPr>
          <w:b w:val="0"/>
        </w:rPr>
        <w:t xml:space="preserve">- How we'll measure it: </w:t>
      </w:r>
      <w:r>
        <w:rPr>
          <w:b/>
        </w:rPr>
        <w:t>[KPI and target, e.g. click-through to the new range page]</w:t>
      </w:r>
    </w:p>
    <w:p/>
    <w:p>
      <w:r>
        <w:rPr>
          <w:b w:val="0"/>
        </w:rPr>
        <w:t>4. AUDIENCE</w:t>
      </w:r>
    </w:p>
    <w:p>
      <w:r>
        <w:rPr>
          <w:b w:val="0"/>
        </w:rPr>
        <w:t xml:space="preserve">- Who: </w:t>
      </w:r>
      <w:r>
        <w:rPr>
          <w:b/>
        </w:rPr>
        <w:t>[description by need and behavior, not only age and gender]</w:t>
      </w:r>
    </w:p>
    <w:p>
      <w:r>
        <w:rPr>
          <w:b w:val="0"/>
        </w:rPr>
        <w:t xml:space="preserve">- What they think about us today: </w:t>
      </w:r>
      <w:r>
        <w:rPr>
          <w:b/>
        </w:rPr>
        <w:t>[...]</w:t>
      </w:r>
    </w:p>
    <w:p>
      <w:r>
        <w:rPr>
          <w:b w:val="0"/>
        </w:rPr>
        <w:t xml:space="preserve">- What they think about the category: </w:t>
      </w:r>
      <w:r>
        <w:rPr>
          <w:b/>
        </w:rPr>
        <w:t>[...]</w:t>
      </w:r>
    </w:p>
    <w:p/>
    <w:p>
      <w:r>
        <w:rPr>
          <w:b w:val="0"/>
        </w:rPr>
        <w:t>5. INSIGHT</w:t>
      </w:r>
    </w:p>
    <w:p>
      <w:r>
        <w:rPr>
          <w:b/>
        </w:rPr>
        <w:t>[A true, specific observation about the audience the work can use. Say where it comes from: research, reviews, comments, sales calls.]</w:t>
      </w:r>
    </w:p>
    <w:p/>
    <w:p>
      <w:r>
        <w:rPr>
          <w:b w:val="0"/>
        </w:rPr>
        <w:t>6. SINGLE-MINDED MESSAGE</w:t>
      </w:r>
    </w:p>
    <w:p>
      <w:r>
        <w:rPr>
          <w:b/>
        </w:rPr>
        <w:t>[One sentence. Not a tagline; the idea the creative team will express.]</w:t>
      </w:r>
    </w:p>
    <w:p/>
    <w:p>
      <w:r>
        <w:rPr>
          <w:b w:val="0"/>
        </w:rPr>
        <w:t>7. REASONS TO BELIEVE</w:t>
      </w:r>
    </w:p>
    <w:p>
      <w:r>
        <w:rPr>
          <w:b w:val="0"/>
        </w:rPr>
        <w:t xml:space="preserve">- </w:t>
      </w:r>
      <w:r>
        <w:rPr>
          <w:b/>
        </w:rPr>
        <w:t>[Fact 1]</w:t>
      </w:r>
    </w:p>
    <w:p>
      <w:r>
        <w:rPr>
          <w:b w:val="0"/>
        </w:rPr>
        <w:t xml:space="preserve">- </w:t>
      </w:r>
      <w:r>
        <w:rPr>
          <w:b/>
        </w:rPr>
        <w:t>[Fact 2]</w:t>
      </w:r>
    </w:p>
    <w:p>
      <w:r>
        <w:rPr>
          <w:b w:val="0"/>
        </w:rPr>
        <w:t xml:space="preserve">- </w:t>
      </w:r>
      <w:r>
        <w:rPr>
          <w:b/>
        </w:rPr>
        <w:t>[Fact 3]</w:t>
      </w:r>
    </w:p>
    <w:p/>
    <w:p>
      <w:r>
        <w:rPr>
          <w:b w:val="0"/>
        </w:rPr>
        <w:t>8. TONE</w:t>
      </w:r>
    </w:p>
    <w:p>
      <w:r>
        <w:rPr>
          <w:b/>
        </w:rPr>
        <w:t>[Three or four words, plus one "not": e.g. "warm, plain, a little dry; not jokey".]</w:t>
      </w:r>
    </w:p>
    <w:p/>
    <w:p>
      <w:r>
        <w:rPr>
          <w:b w:val="0"/>
        </w:rPr>
        <w:t>9. DELIVERABLES</w:t>
      </w:r>
    </w:p>
    <w:p>
      <w:r>
        <w:rPr>
          <w:b w:val="0"/>
        </w:rPr>
        <w:t>| Format | Channel | Specs | Quantity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[e.g. 15s vertical video]</w:t>
      </w:r>
      <w:r>
        <w:rPr>
          <w:b w:val="0"/>
        </w:rPr>
        <w:t xml:space="preserve"> | </w:t>
      </w:r>
      <w:r>
        <w:rPr>
          <w:b/>
        </w:rPr>
        <w:t>[TikTok, Reels]</w:t>
      </w:r>
      <w:r>
        <w:rPr>
          <w:b w:val="0"/>
        </w:rPr>
        <w:t xml:space="preserve"> | </w:t>
      </w:r>
      <w:r>
        <w:rPr>
          <w:b/>
        </w:rPr>
        <w:t>[9:16, captions burned in]</w:t>
      </w:r>
      <w:r>
        <w:rPr>
          <w:b w:val="0"/>
        </w:rPr>
        <w:t xml:space="preserve"> | [3] |</w:t>
      </w:r>
    </w:p>
    <w:p>
      <w:r>
        <w:rPr>
          <w:b w:val="0"/>
        </w:rPr>
        <w:t xml:space="preserve">| </w:t>
      </w:r>
      <w:r>
        <w:rPr>
          <w:b/>
        </w:rPr>
        <w:t>[e.g. static ad]</w:t>
      </w:r>
      <w:r>
        <w:rPr>
          <w:b w:val="0"/>
        </w:rPr>
        <w:t xml:space="preserve"> | </w:t>
      </w:r>
      <w:r>
        <w:rPr>
          <w:b/>
        </w:rPr>
        <w:t>[Meta]</w:t>
      </w:r>
      <w:r>
        <w:rPr>
          <w:b w:val="0"/>
        </w:rPr>
        <w:t xml:space="preserve"> | </w:t>
      </w:r>
      <w:r>
        <w:rPr>
          <w:b/>
        </w:rPr>
        <w:t>[1:1, 4:5]</w:t>
      </w:r>
      <w:r>
        <w:rPr>
          <w:b w:val="0"/>
        </w:rPr>
        <w:t xml:space="preserve"> | [6] |</w:t>
      </w:r>
    </w:p>
    <w:p/>
    <w:p>
      <w:r>
        <w:rPr>
          <w:b w:val="0"/>
        </w:rPr>
        <w:t>10. MANDATORIES</w:t>
      </w:r>
    </w:p>
    <w:p>
      <w:r>
        <w:rPr>
          <w:b w:val="0"/>
        </w:rPr>
        <w:t xml:space="preserve">- </w:t>
      </w:r>
      <w:r>
        <w:rPr>
          <w:b/>
        </w:rPr>
        <w:t>[Logo, legal lines, product claims that need approval, accessibility requirements]</w:t>
      </w:r>
    </w:p>
    <w:p/>
    <w:p>
      <w:r>
        <w:rPr>
          <w:b w:val="0"/>
        </w:rPr>
        <w:t>11. BUDGET AND TIMING</w:t>
      </w:r>
    </w:p>
    <w:p>
      <w:r>
        <w:rPr>
          <w:b w:val="0"/>
        </w:rPr>
        <w:t xml:space="preserve">- Budget: </w:t>
      </w:r>
      <w:r>
        <w:rPr>
          <w:b/>
        </w:rPr>
        <w:t>[amount or range]</w:t>
      </w:r>
    </w:p>
    <w:p>
      <w:r>
        <w:rPr>
          <w:b w:val="0"/>
        </w:rPr>
        <w:t xml:space="preserve">- Rounds of review: </w:t>
      </w:r>
      <w:r>
        <w:rPr>
          <w:b/>
        </w:rPr>
        <w:t>[number]</w:t>
      </w:r>
    </w:p>
    <w:p>
      <w:r>
        <w:rPr>
          <w:b w:val="0"/>
        </w:rPr>
        <w:t xml:space="preserve">- Approvers: </w:t>
      </w:r>
      <w:r>
        <w:rPr>
          <w:b/>
        </w:rPr>
        <w:t>[names or roles]</w:t>
      </w:r>
    </w:p>
    <w:p/>
    <w:p>
      <w:r>
        <w:rPr>
          <w:b w:val="0"/>
        </w:rPr>
        <w:t>12. WHAT GOOD LOOKS LIKE</w:t>
      </w:r>
    </w:p>
    <w:p>
      <w:r>
        <w:rPr>
          <w:b/>
        </w:rPr>
        <w:t>[Optional: references, past work that worked, or what to avoid.]</w:t>
      </w:r>
    </w:p>
    <w:p>
      <w:pPr>
        <w:pStyle w:val="Heading2"/>
      </w:pPr>
      <w:r>
        <w:t>Creative brief example (fictional company)</w:t>
      </w:r>
    </w:p>
    <w:p>
      <w:r>
        <w:rPr>
          <w:b w:val="0"/>
        </w:rPr>
        <w:t>CREATIVE BRIEF: Barista Blend at home</w:t>
      </w:r>
    </w:p>
    <w:p>
      <w:r>
        <w:rPr>
          <w:b w:val="0"/>
        </w:rPr>
        <w:t>Brand: Tidewater Oat Co. (fictional)   Owner: Brand Manager   Date: March</w:t>
      </w:r>
    </w:p>
    <w:p>
      <w:r>
        <w:rPr>
          <w:b w:val="0"/>
        </w:rPr>
        <w:t>Due: concepts in 2 weeks; final assets in 5 weeks</w:t>
      </w:r>
    </w:p>
    <w:p/>
    <w:p>
      <w:r>
        <w:rPr>
          <w:b w:val="0"/>
        </w:rPr>
        <w:t>1. BACKGROUND</w:t>
      </w:r>
    </w:p>
    <w:p>
      <w:r>
        <w:rPr>
          <w:b w:val="0"/>
        </w:rPr>
        <w:t>We launched Barista Blend for cafés last year. It's now in grocery, next to our</w:t>
      </w:r>
    </w:p>
    <w:p>
      <w:r>
        <w:rPr>
          <w:b w:val="0"/>
        </w:rPr>
        <w:t>regular carton, and most shoppers don't notice the difference.</w:t>
      </w:r>
    </w:p>
    <w:p/>
    <w:p>
      <w:r>
        <w:rPr>
          <w:b w:val="0"/>
        </w:rPr>
        <w:t>2. THE PROBLEM</w:t>
      </w:r>
    </w:p>
    <w:p>
      <w:r>
        <w:rPr>
          <w:b w:val="0"/>
        </w:rPr>
        <w:t>Our regular buyers think Barista Blend is "for coffee shops," so they don't try it at home.</w:t>
      </w:r>
    </w:p>
    <w:p/>
    <w:p>
      <w:r>
        <w:rPr>
          <w:b w:val="0"/>
        </w:rPr>
        <w:t>3. OBJECTIVE</w:t>
      </w:r>
    </w:p>
    <w:p>
      <w:r>
        <w:rPr>
          <w:b w:val="0"/>
        </w:rPr>
        <w:t>- Think: Barista Blend makes my home coffee taste like the café's.</w:t>
      </w:r>
    </w:p>
    <w:p>
      <w:r>
        <w:rPr>
          <w:b w:val="0"/>
        </w:rPr>
        <w:t>- Do: pick up a Barista Blend carton next shop.</w:t>
      </w:r>
    </w:p>
    <w:p>
      <w:r>
        <w:rPr>
          <w:b w:val="0"/>
        </w:rPr>
        <w:t>- Measure: Barista Blend share of our grocery sales among existing buyers; first-time</w:t>
      </w:r>
    </w:p>
    <w:p>
      <w:r>
        <w:rPr>
          <w:b w:val="0"/>
        </w:rPr>
        <w:t xml:space="preserve">  purchases in the loyalty app.</w:t>
      </w:r>
    </w:p>
    <w:p/>
    <w:p>
      <w:r>
        <w:rPr>
          <w:b w:val="0"/>
        </w:rPr>
        <w:t>4. AUDIENCE</w:t>
      </w:r>
    </w:p>
    <w:p>
      <w:r>
        <w:rPr>
          <w:b w:val="0"/>
        </w:rPr>
        <w:t>- Who: people who already buy our regular oat milk and make coffee at home most mornings.</w:t>
      </w:r>
    </w:p>
    <w:p>
      <w:r>
        <w:rPr>
          <w:b w:val="0"/>
        </w:rPr>
        <w:t>- What they think of us: dependable, good in cereal and smoothies.</w:t>
      </w:r>
    </w:p>
    <w:p>
      <w:r>
        <w:rPr>
          <w:b w:val="0"/>
        </w:rPr>
        <w:t>- What they think of the category: oat milk in coffee is "fine" but flat.</w:t>
      </w:r>
    </w:p>
    <w:p/>
    <w:p>
      <w:r>
        <w:rPr>
          <w:b w:val="0"/>
        </w:rPr>
        <w:t>5. INSIGHT</w:t>
      </w:r>
    </w:p>
    <w:p>
      <w:r>
        <w:rPr>
          <w:b w:val="0"/>
        </w:rPr>
        <w:t>In our product reviews, regular buyers complain that oat milk "won't foam" at home.</w:t>
      </w:r>
    </w:p>
    <w:p>
      <w:r>
        <w:rPr>
          <w:b w:val="0"/>
        </w:rPr>
        <w:t>They've accepted a worse coffee than the one they buy out.</w:t>
      </w:r>
    </w:p>
    <w:p/>
    <w:p>
      <w:r>
        <w:rPr>
          <w:b w:val="0"/>
        </w:rPr>
        <w:t>6. SINGLE-MINDED MESSAGE</w:t>
      </w:r>
    </w:p>
    <w:p>
      <w:r>
        <w:rPr>
          <w:b w:val="0"/>
        </w:rPr>
        <w:t>The foam you pay for at the café, from the carton in your fridge.</w:t>
      </w:r>
    </w:p>
    <w:p/>
    <w:p>
      <w:r>
        <w:rPr>
          <w:b w:val="0"/>
        </w:rPr>
        <w:t>7. REASONS TO BELIEVE</w:t>
      </w:r>
    </w:p>
    <w:p>
      <w:r>
        <w:rPr>
          <w:b w:val="0"/>
        </w:rPr>
        <w:t>- The same blend our café partners use.</w:t>
      </w:r>
    </w:p>
    <w:p>
      <w:r>
        <w:rPr>
          <w:b w:val="0"/>
        </w:rPr>
        <w:t>- Made to foam with a handheld frother, not only an espresso machine.</w:t>
      </w:r>
    </w:p>
    <w:p>
      <w:r>
        <w:rPr>
          <w:b w:val="0"/>
        </w:rPr>
        <w:t>- Same price per carton as our regular oat milk.</w:t>
      </w:r>
    </w:p>
    <w:p/>
    <w:p>
      <w:r>
        <w:rPr>
          <w:b w:val="0"/>
        </w:rPr>
        <w:t>8. TONE</w:t>
      </w:r>
    </w:p>
    <w:p>
      <w:r>
        <w:rPr>
          <w:b w:val="0"/>
        </w:rPr>
        <w:t>Easy, sensory, a little smug about skipping the line; not snobby about coffee.</w:t>
      </w:r>
    </w:p>
    <w:p/>
    <w:p>
      <w:r>
        <w:rPr>
          <w:b w:val="0"/>
        </w:rPr>
        <w:t>9. DELIVERABLES</w:t>
      </w:r>
    </w:p>
    <w:p>
      <w:r>
        <w:rPr>
          <w:b w:val="0"/>
        </w:rPr>
        <w:t>| Format | Channel | Specs | Qty |</w:t>
      </w:r>
    </w:p>
    <w:p>
      <w:r>
        <w:rPr>
          <w:b w:val="0"/>
        </w:rPr>
        <w:t>|---|---|---|---|</w:t>
      </w:r>
    </w:p>
    <w:p>
      <w:r>
        <w:rPr>
          <w:b w:val="0"/>
        </w:rPr>
        <w:t>| 15s vertical video | TikTok, Reels | 9:16, captions on | 3 |</w:t>
      </w:r>
    </w:p>
    <w:p>
      <w:r>
        <w:rPr>
          <w:b w:val="0"/>
        </w:rPr>
        <w:t>| Static | Meta | 1:1 and 4:5 | 6 |</w:t>
      </w:r>
    </w:p>
    <w:p>
      <w:r>
        <w:rPr>
          <w:b w:val="0"/>
        </w:rPr>
        <w:t>| Shelf wobbler | Grocery | Retailer template | 1 |</w:t>
      </w:r>
    </w:p>
    <w:p>
      <w:r>
        <w:rPr>
          <w:b w:val="0"/>
        </w:rPr>
        <w:t>| Email hero | CRM | 600px wide | 1 |</w:t>
      </w:r>
    </w:p>
    <w:p/>
    <w:p>
      <w:r>
        <w:rPr>
          <w:b w:val="0"/>
        </w:rPr>
        <w:t>10. MANDATORIES</w:t>
      </w:r>
    </w:p>
    <w:p>
      <w:r>
        <w:rPr>
          <w:b w:val="0"/>
        </w:rPr>
        <w:t>Logo end card; "Barista Blend" name in full; no dairy comparisons without legal review.</w:t>
      </w:r>
    </w:p>
    <w:p/>
    <w:p>
      <w:r>
        <w:rPr>
          <w:b w:val="0"/>
        </w:rPr>
        <w:t>11. BUDGET AND TIMING</w:t>
      </w:r>
    </w:p>
    <w:p>
      <w:r>
        <w:rPr>
          <w:b w:val="0"/>
        </w:rPr>
        <w:t>Production budget set; two rounds of review; approvers: brand manager, head of brand.</w:t>
      </w:r>
    </w:p>
    <w:p/>
    <w:p>
      <w:r>
        <w:rPr>
          <w:b w:val="0"/>
        </w:rPr>
        <w:t>12. WHAT GOOD LOOKS LIKE</w:t>
      </w:r>
    </w:p>
    <w:p>
      <w:r>
        <w:rPr>
          <w:b w:val="0"/>
        </w:rPr>
        <w:t>Real kitchens, real handheld frothers, morning light. Avoid café settings: that's</w:t>
      </w:r>
    </w:p>
    <w:p>
      <w:r>
        <w:rPr>
          <w:b w:val="0"/>
        </w:rPr>
        <w:t>the belief we're trying to change.</w:t>
      </w:r>
    </w:p>
    <w:p>
      <w:pPr>
        <w:pStyle w:val="Heading2"/>
      </w:pPr>
      <w:r>
        <w:t>How do you talk about creative briefs in an interview?</w:t>
      </w:r>
    </w:p>
    <w:p>
      <w:r>
        <w:rPr>
          <w:b w:val="0"/>
        </w:rPr>
        <w:t xml:space="preserve">"The problem was </w:t>
      </w:r>
      <w:r>
        <w:rPr>
          <w:b/>
        </w:rPr>
        <w:t>[one sentence]</w:t>
      </w:r>
      <w:r>
        <w:rPr>
          <w:b w:val="0"/>
        </w:rPr>
        <w:t xml:space="preserve">. We'd seen in </w:t>
      </w:r>
      <w:r>
        <w:rPr>
          <w:b/>
        </w:rPr>
        <w:t>[source: reviews / comment threads / sales calls]</w:t>
      </w:r>
      <w:r>
        <w:rPr>
          <w:b w:val="0"/>
        </w:rPr>
        <w:t xml:space="preserve"> that </w:t>
      </w:r>
      <w:r>
        <w:rPr>
          <w:b/>
        </w:rPr>
        <w:t>[insight]</w:t>
      </w:r>
      <w:r>
        <w:rPr>
          <w:b w:val="0"/>
        </w:rPr>
        <w:t xml:space="preserve">, so the brief asked the team to say one thing: </w:t>
      </w:r>
      <w:r>
        <w:rPr>
          <w:b/>
        </w:rPr>
        <w:t>[message]</w:t>
      </w:r>
      <w:r>
        <w:rPr>
          <w:b w:val="0"/>
        </w:rPr>
        <w:t xml:space="preserve">. We cut </w:t>
      </w:r>
      <w:r>
        <w:rPr>
          <w:b/>
        </w:rPr>
        <w:t>[other message stakeholders wanted]</w:t>
      </w:r>
      <w:r>
        <w:rPr>
          <w:b w:val="0"/>
        </w:rPr>
        <w:t xml:space="preserve">, which took some convincing. In review I [how you gave feedback: e.g. judged each concept against the objective, not my taste]. The work </w:t>
      </w:r>
      <w:r>
        <w:rPr>
          <w:b/>
        </w:rPr>
        <w:t>[result against the brief's measure]</w:t>
      </w:r>
      <w:r>
        <w:rPr>
          <w:b w:val="0"/>
        </w:rPr>
        <w:t>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