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Counter Offer Letter: 6 Email Templates for a Job Offer</w:t>
      </w:r>
    </w:p>
    <w:p>
      <w:r>
        <w:t>Templates from https://knowtheroom.ai/guides/counter-offer-letter/ · Replace everything in [brackets].</w:t>
      </w:r>
    </w:p>
    <w:p>
      <w:pPr>
        <w:pStyle w:val="Heading2"/>
      </w:pPr>
      <w:r>
        <w:t>Countering the base salary</w:t>
      </w:r>
    </w:p>
    <w:p>
      <w:r>
        <w:rPr>
          <w:b w:val="0"/>
        </w:rPr>
        <w:t xml:space="preserve">Subject: </w:t>
      </w:r>
      <w:r>
        <w:rPr>
          <w:b/>
        </w:rPr>
        <w:t>[Role]</w:t>
      </w:r>
      <w:r>
        <w:rPr>
          <w:b w:val="0"/>
        </w:rPr>
        <w:t xml:space="preserve"> offer: </w:t>
      </w:r>
      <w:r>
        <w:rPr>
          <w:b/>
        </w:rPr>
        <w:t>[Your name]</w:t>
      </w:r>
    </w:p>
    <w:p/>
    <w:p>
      <w:r>
        <w:rPr>
          <w:b w:val="0"/>
        </w:rPr>
        <w:t xml:space="preserve">Hi </w:t>
      </w:r>
      <w:r>
        <w:rPr>
          <w:b/>
        </w:rPr>
        <w:t>[Recruiter's name]</w:t>
      </w:r>
      <w:r>
        <w:rPr>
          <w:b w:val="0"/>
        </w:rPr>
        <w:t>,</w:t>
      </w:r>
    </w:p>
    <w:p/>
    <w:p>
      <w:r>
        <w:rPr>
          <w:b w:val="0"/>
        </w:rPr>
        <w:t xml:space="preserve">Thank you again for the offer for the </w:t>
      </w:r>
      <w:r>
        <w:rPr>
          <w:b/>
        </w:rPr>
        <w:t>[Role]</w:t>
      </w:r>
      <w:r>
        <w:rPr>
          <w:b w:val="0"/>
        </w:rPr>
        <w:t xml:space="preserve"> position. I'm excited about the team and about </w:t>
      </w:r>
      <w:r>
        <w:rPr>
          <w:b/>
        </w:rPr>
        <w:t>[something specific: the relaunch, building the lifecycle program]</w:t>
      </w:r>
      <w:r>
        <w:rPr>
          <w:b w:val="0"/>
        </w:rPr>
        <w:t>, and I'd like to make this work.</w:t>
      </w:r>
    </w:p>
    <w:p/>
    <w:p>
      <w:r>
        <w:rPr>
          <w:b w:val="0"/>
        </w:rPr>
        <w:t xml:space="preserve">Based on the scope of the role, which includes </w:t>
      </w:r>
      <w:r>
        <w:rPr>
          <w:b/>
        </w:rPr>
        <w:t>[a responsibility that's bigger than the title suggests]</w:t>
      </w:r>
      <w:r>
        <w:rPr>
          <w:b w:val="0"/>
        </w:rPr>
        <w:t xml:space="preserve">, and on the market range for similar roles, I was hoping for a base salary of </w:t>
      </w:r>
      <w:r>
        <w:rPr>
          <w:b/>
        </w:rPr>
        <w:t>[specific number]</w:t>
      </w:r>
      <w:r>
        <w:rPr>
          <w:b w:val="0"/>
        </w:rPr>
        <w:t>. If we can get there, I'm ready to accept.</w:t>
      </w:r>
    </w:p>
    <w:p/>
    <w:p>
      <w:r>
        <w:rPr>
          <w:b w:val="0"/>
        </w:rPr>
        <w:t>I'm happy to talk it through by phone if that's easier.</w:t>
      </w:r>
    </w:p>
    <w:p/>
    <w:p>
      <w:r>
        <w:rPr>
          <w:b w:val="0"/>
        </w:rPr>
        <w:t>Best,</w:t>
      </w:r>
    </w:p>
    <w:p>
      <w:r>
        <w:rPr>
          <w:b/>
        </w:rPr>
        <w:t>[Your name]</w:t>
      </w:r>
    </w:p>
    <w:p>
      <w:pPr>
        <w:pStyle w:val="Heading2"/>
      </w:pPr>
      <w:r>
        <w:t>Asking for a sign-on bonus instead</w:t>
      </w:r>
    </w:p>
    <w:p>
      <w:r>
        <w:rPr>
          <w:b w:val="0"/>
        </w:rPr>
        <w:t xml:space="preserve">Subject: Re: </w:t>
      </w:r>
      <w:r>
        <w:rPr>
          <w:b/>
        </w:rPr>
        <w:t>[Role]</w:t>
      </w:r>
      <w:r>
        <w:rPr>
          <w:b w:val="0"/>
        </w:rPr>
        <w:t xml:space="preserve"> offer</w:t>
      </w:r>
    </w:p>
    <w:p/>
    <w:p>
      <w:r>
        <w:rPr>
          <w:b w:val="0"/>
        </w:rPr>
        <w:t xml:space="preserve">Hi </w:t>
      </w:r>
      <w:r>
        <w:rPr>
          <w:b/>
        </w:rPr>
        <w:t>[Recruiter's name]</w:t>
      </w:r>
      <w:r>
        <w:rPr>
          <w:b w:val="0"/>
        </w:rPr>
        <w:t>,</w:t>
      </w:r>
    </w:p>
    <w:p/>
    <w:p>
      <w:r>
        <w:rPr>
          <w:b w:val="0"/>
        </w:rPr>
        <w:t>Thank you for the offer and for walking me through the details. I'm keen to join.</w:t>
      </w:r>
    </w:p>
    <w:p/>
    <w:p>
      <w:r>
        <w:rPr>
          <w:b w:val="0"/>
        </w:rPr>
        <w:t xml:space="preserve">I understand the base salary sits within a set band. By leaving before </w:t>
      </w:r>
      <w:r>
        <w:rPr>
          <w:b/>
        </w:rPr>
        <w:t>[date]</w:t>
      </w:r>
      <w:r>
        <w:rPr>
          <w:b w:val="0"/>
        </w:rPr>
        <w:t xml:space="preserve">, I'd forfeit my </w:t>
      </w:r>
      <w:r>
        <w:rPr>
          <w:b/>
        </w:rPr>
        <w:t>[annual bonus / unvested equity]</w:t>
      </w:r>
      <w:r>
        <w:rPr>
          <w:b w:val="0"/>
        </w:rPr>
        <w:t xml:space="preserve"> at </w:t>
      </w:r>
      <w:r>
        <w:rPr>
          <w:b/>
        </w:rPr>
        <w:t>[current company]</w:t>
      </w:r>
      <w:r>
        <w:rPr>
          <w:b w:val="0"/>
        </w:rPr>
        <w:t xml:space="preserve">. Would a one-time sign-on bonus of </w:t>
      </w:r>
      <w:r>
        <w:rPr>
          <w:b/>
        </w:rPr>
        <w:t>[amount]</w:t>
      </w:r>
      <w:r>
        <w:rPr>
          <w:b w:val="0"/>
        </w:rPr>
        <w:t xml:space="preserve"> be possible to close that gap? If so, I'm ready to sign.</w:t>
      </w:r>
    </w:p>
    <w:p/>
    <w:p>
      <w:r>
        <w:rPr>
          <w:b w:val="0"/>
        </w:rPr>
        <w:t>Thanks,</w:t>
      </w:r>
    </w:p>
    <w:p>
      <w:r>
        <w:rPr>
          <w:b/>
        </w:rPr>
        <w:t>[Your name]</w:t>
      </w:r>
    </w:p>
    <w:p>
      <w:pPr>
        <w:pStyle w:val="Heading2"/>
      </w:pPr>
      <w:r>
        <w:t>Countering on title or level</w:t>
      </w:r>
    </w:p>
    <w:p>
      <w:r>
        <w:rPr>
          <w:b w:val="0"/>
        </w:rPr>
        <w:t xml:space="preserve">Subject: Re: </w:t>
      </w:r>
      <w:r>
        <w:rPr>
          <w:b/>
        </w:rPr>
        <w:t>[Role]</w:t>
      </w:r>
      <w:r>
        <w:rPr>
          <w:b w:val="0"/>
        </w:rPr>
        <w:t xml:space="preserve"> offer</w:t>
      </w:r>
    </w:p>
    <w:p/>
    <w:p>
      <w:r>
        <w:rPr>
          <w:b w:val="0"/>
        </w:rPr>
        <w:t xml:space="preserve">Hi </w:t>
      </w:r>
      <w:r>
        <w:rPr>
          <w:b/>
        </w:rPr>
        <w:t>[Hiring manager's name]</w:t>
      </w:r>
      <w:r>
        <w:rPr>
          <w:b w:val="0"/>
        </w:rPr>
        <w:t>,</w:t>
      </w:r>
    </w:p>
    <w:p/>
    <w:p>
      <w:r>
        <w:rPr>
          <w:b w:val="0"/>
        </w:rPr>
        <w:t>Thank you for the offer. I'm excited about the role and the team.</w:t>
      </w:r>
    </w:p>
    <w:p/>
    <w:p>
      <w:r>
        <w:rPr>
          <w:b w:val="0"/>
        </w:rPr>
        <w:t xml:space="preserve">From our conversations, the role will own </w:t>
      </w:r>
      <w:r>
        <w:rPr>
          <w:b/>
        </w:rPr>
        <w:t>[brand, the agency relationship, a team of three, the full budget]</w:t>
      </w:r>
      <w:r>
        <w:rPr>
          <w:b w:val="0"/>
        </w:rPr>
        <w:t xml:space="preserve">, which in my experience is usually a </w:t>
      </w:r>
      <w:r>
        <w:rPr>
          <w:b/>
        </w:rPr>
        <w:t>[higher title]</w:t>
      </w:r>
      <w:r>
        <w:rPr>
          <w:b w:val="0"/>
        </w:rPr>
        <w:t xml:space="preserve"> scope. Would you be open to offering the role as </w:t>
      </w:r>
      <w:r>
        <w:rPr>
          <w:b/>
        </w:rPr>
        <w:t>[higher title]</w:t>
      </w:r>
      <w:r>
        <w:rPr>
          <w:b w:val="0"/>
        </w:rPr>
        <w:t>? I'm happy with the rest of the offer, and with that change I'd be ready to accept.</w:t>
      </w:r>
    </w:p>
    <w:p/>
    <w:p>
      <w:r>
        <w:rPr>
          <w:b w:val="0"/>
        </w:rPr>
        <w:t>Best,</w:t>
      </w:r>
    </w:p>
    <w:p>
      <w:r>
        <w:rPr>
          <w:b/>
        </w:rPr>
        <w:t>[Your name]</w:t>
      </w:r>
    </w:p>
    <w:p>
      <w:pPr>
        <w:pStyle w:val="Heading2"/>
      </w:pPr>
      <w:r>
        <w:t>Asking for remote or hybrid days in writing</w:t>
      </w:r>
    </w:p>
    <w:p>
      <w:r>
        <w:rPr>
          <w:b w:val="0"/>
        </w:rPr>
        <w:t xml:space="preserve">Subject: Re: </w:t>
      </w:r>
      <w:r>
        <w:rPr>
          <w:b/>
        </w:rPr>
        <w:t>[Role]</w:t>
      </w:r>
      <w:r>
        <w:rPr>
          <w:b w:val="0"/>
        </w:rPr>
        <w:t xml:space="preserve"> offer</w:t>
      </w:r>
    </w:p>
    <w:p/>
    <w:p>
      <w:r>
        <w:rPr>
          <w:b w:val="0"/>
        </w:rPr>
        <w:t xml:space="preserve">Hi </w:t>
      </w:r>
      <w:r>
        <w:rPr>
          <w:b/>
        </w:rPr>
        <w:t>[Recruiter's name]</w:t>
      </w:r>
      <w:r>
        <w:rPr>
          <w:b w:val="0"/>
        </w:rPr>
        <w:t>,</w:t>
      </w:r>
    </w:p>
    <w:p/>
    <w:p>
      <w:r>
        <w:rPr>
          <w:b w:val="0"/>
        </w:rPr>
        <w:t>Thanks for the offer. I'm looking forward to joining.</w:t>
      </w:r>
    </w:p>
    <w:p/>
    <w:p>
      <w:r>
        <w:rPr>
          <w:b w:val="0"/>
        </w:rPr>
        <w:t xml:space="preserve">In our interviews, </w:t>
      </w:r>
      <w:r>
        <w:rPr>
          <w:b/>
        </w:rPr>
        <w:t>[name]</w:t>
      </w:r>
      <w:r>
        <w:rPr>
          <w:b w:val="0"/>
        </w:rPr>
        <w:t xml:space="preserve"> mentioned the team works </w:t>
      </w:r>
      <w:r>
        <w:rPr>
          <w:b/>
        </w:rPr>
        <w:t>[hybrid pattern]</w:t>
      </w:r>
      <w:r>
        <w:rPr>
          <w:b w:val="0"/>
        </w:rPr>
        <w:t xml:space="preserve">. Could the offer letter confirm </w:t>
      </w:r>
      <w:r>
        <w:rPr>
          <w:b/>
        </w:rPr>
        <w:t>[number]</w:t>
      </w:r>
      <w:r>
        <w:rPr>
          <w:b w:val="0"/>
        </w:rPr>
        <w:t xml:space="preserve"> remote days a week? Having that in writing would let me accept with confidence.</w:t>
      </w:r>
    </w:p>
    <w:p/>
    <w:p>
      <w:r>
        <w:rPr>
          <w:b w:val="0"/>
        </w:rPr>
        <w:t>Best,</w:t>
      </w:r>
    </w:p>
    <w:p>
      <w:r>
        <w:rPr>
          <w:b/>
        </w:rPr>
        <w:t>[Your name]</w:t>
      </w:r>
    </w:p>
    <w:p>
      <w:pPr>
        <w:pStyle w:val="Heading2"/>
      </w:pPr>
      <w:r>
        <w:t>Countering with a competing offer</w:t>
      </w:r>
    </w:p>
    <w:p>
      <w:r>
        <w:rPr>
          <w:b w:val="0"/>
        </w:rPr>
        <w:t xml:space="preserve">Subject: Re: </w:t>
      </w:r>
      <w:r>
        <w:rPr>
          <w:b/>
        </w:rPr>
        <w:t>[Role]</w:t>
      </w:r>
      <w:r>
        <w:rPr>
          <w:b w:val="0"/>
        </w:rPr>
        <w:t xml:space="preserve"> offer</w:t>
      </w:r>
    </w:p>
    <w:p/>
    <w:p>
      <w:r>
        <w:rPr>
          <w:b w:val="0"/>
        </w:rPr>
        <w:t xml:space="preserve">Hi </w:t>
      </w:r>
      <w:r>
        <w:rPr>
          <w:b/>
        </w:rPr>
        <w:t>[Recruiter's name]</w:t>
      </w:r>
      <w:r>
        <w:rPr>
          <w:b w:val="0"/>
        </w:rPr>
        <w:t>,</w:t>
      </w:r>
    </w:p>
    <w:p/>
    <w:p>
      <w:r>
        <w:rPr>
          <w:b w:val="0"/>
        </w:rPr>
        <w:t xml:space="preserve">Thank you for the offer. </w:t>
      </w:r>
      <w:r>
        <w:rPr>
          <w:b/>
        </w:rPr>
        <w:t>[Company]</w:t>
      </w:r>
      <w:r>
        <w:rPr>
          <w:b w:val="0"/>
        </w:rPr>
        <w:t xml:space="preserve"> is my first choice, and I want to be open with you: I've received another offer at </w:t>
      </w:r>
      <w:r>
        <w:rPr>
          <w:b/>
        </w:rPr>
        <w:t>[base salary / total]</w:t>
      </w:r>
      <w:r>
        <w:rPr>
          <w:b w:val="0"/>
        </w:rPr>
        <w:t>. I'd much rather join your team.</w:t>
      </w:r>
    </w:p>
    <w:p/>
    <w:p>
      <w:r>
        <w:rPr>
          <w:b w:val="0"/>
        </w:rPr>
        <w:t xml:space="preserve">Would you be able to move the base salary to </w:t>
      </w:r>
      <w:r>
        <w:rPr>
          <w:b/>
        </w:rPr>
        <w:t>[specific number]</w:t>
      </w:r>
      <w:r>
        <w:rPr>
          <w:b w:val="0"/>
        </w:rPr>
        <w:t>? If so, I'll accept and withdraw from the other process.</w:t>
      </w:r>
    </w:p>
    <w:p/>
    <w:p>
      <w:r>
        <w:rPr>
          <w:b w:val="0"/>
        </w:rPr>
        <w:t xml:space="preserve">I need to respond to the other company by </w:t>
      </w:r>
      <w:r>
        <w:rPr>
          <w:b/>
        </w:rPr>
        <w:t>[date]</w:t>
      </w:r>
      <w:r>
        <w:rPr>
          <w:b w:val="0"/>
        </w:rPr>
        <w:t>, so I'd appreciate hearing back by then.</w:t>
      </w:r>
    </w:p>
    <w:p/>
    <w:p>
      <w:r>
        <w:rPr>
          <w:b w:val="0"/>
        </w:rPr>
        <w:t>Best,</w:t>
      </w:r>
    </w:p>
    <w:p>
      <w:r>
        <w:rPr>
          <w:b/>
        </w:rPr>
        <w:t>[Your name]</w:t>
      </w:r>
    </w:p>
    <w:p>
      <w:pPr>
        <w:pStyle w:val="Heading2"/>
      </w:pPr>
      <w:r>
        <w:t>A package counter (two asks)</w:t>
      </w:r>
    </w:p>
    <w:p>
      <w:r>
        <w:rPr>
          <w:b w:val="0"/>
        </w:rPr>
        <w:t xml:space="preserve">Subject: Re: </w:t>
      </w:r>
      <w:r>
        <w:rPr>
          <w:b/>
        </w:rPr>
        <w:t>[Role]</w:t>
      </w:r>
      <w:r>
        <w:rPr>
          <w:b w:val="0"/>
        </w:rPr>
        <w:t xml:space="preserve"> offer</w:t>
      </w:r>
    </w:p>
    <w:p/>
    <w:p>
      <w:r>
        <w:rPr>
          <w:b w:val="0"/>
        </w:rPr>
        <w:t xml:space="preserve">Hi </w:t>
      </w:r>
      <w:r>
        <w:rPr>
          <w:b/>
        </w:rPr>
        <w:t>[Recruiter's name]</w:t>
      </w:r>
      <w:r>
        <w:rPr>
          <w:b w:val="0"/>
        </w:rPr>
        <w:t>,</w:t>
      </w:r>
    </w:p>
    <w:p/>
    <w:p>
      <w:r>
        <w:rPr>
          <w:b w:val="0"/>
        </w:rPr>
        <w:t xml:space="preserve">Thank you for the offer. I'm excited about </w:t>
      </w:r>
      <w:r>
        <w:rPr>
          <w:b/>
        </w:rPr>
        <w:t>[specific part of the role]</w:t>
      </w:r>
      <w:r>
        <w:rPr>
          <w:b w:val="0"/>
        </w:rPr>
        <w:t xml:space="preserve"> and keen to join.</w:t>
      </w:r>
    </w:p>
    <w:p/>
    <w:p>
      <w:r>
        <w:rPr>
          <w:b w:val="0"/>
        </w:rPr>
        <w:t>I'd like to ask about two things:</w:t>
      </w:r>
    </w:p>
    <w:p/>
    <w:p>
      <w:r>
        <w:rPr>
          <w:b w:val="0"/>
        </w:rPr>
        <w:t xml:space="preserve">- A base salary of </w:t>
      </w:r>
      <w:r>
        <w:rPr>
          <w:b/>
        </w:rPr>
        <w:t>[specific number]</w:t>
      </w:r>
      <w:r>
        <w:rPr>
          <w:b w:val="0"/>
        </w:rPr>
        <w:t xml:space="preserve">, given </w:t>
      </w:r>
      <w:r>
        <w:rPr>
          <w:b/>
        </w:rPr>
        <w:t>[reason in one line]</w:t>
      </w:r>
    </w:p>
    <w:p>
      <w:r>
        <w:rPr>
          <w:b w:val="0"/>
        </w:rPr>
        <w:t xml:space="preserve">- A start date of </w:t>
      </w:r>
      <w:r>
        <w:rPr>
          <w:b/>
        </w:rPr>
        <w:t>[later date]</w:t>
      </w:r>
      <w:r>
        <w:rPr>
          <w:b w:val="0"/>
        </w:rPr>
        <w:t xml:space="preserve">, so I can hand over </w:t>
      </w:r>
      <w:r>
        <w:rPr>
          <w:b/>
        </w:rPr>
        <w:t>[current project]</w:t>
      </w:r>
      <w:r>
        <w:rPr>
          <w:b w:val="0"/>
        </w:rPr>
        <w:t xml:space="preserve"> properly</w:t>
      </w:r>
    </w:p>
    <w:p/>
    <w:p>
      <w:r>
        <w:rPr>
          <w:b w:val="0"/>
        </w:rPr>
        <w:t>With those, I'm ready to accept.</w:t>
      </w:r>
    </w:p>
    <w:p/>
    <w:p>
      <w:r>
        <w:rPr>
          <w:b w:val="0"/>
        </w:rPr>
        <w:t>Best,</w:t>
      </w:r>
    </w:p>
    <w:p>
      <w:r>
        <w:rPr>
          <w:b/>
        </w:rPr>
        <w:t>[Your name]</w:t>
      </w:r>
    </w:p>
    <w:p>
      <w:pPr>
        <w:pStyle w:val="Heading2"/>
      </w:pPr>
      <w:r>
        <w:t>What happens after you send a counteroffer?</w:t>
      </w:r>
    </w:p>
    <w:p>
      <w:r>
        <w:rPr>
          <w:b w:val="0"/>
        </w:rPr>
        <w:t xml:space="preserve">Thank you for coming back on this, I really appreciate it. I'm happy to accept at </w:t>
      </w:r>
      <w:r>
        <w:rPr>
          <w:b/>
        </w:rPr>
        <w:t>[agreed terms]</w:t>
      </w:r>
      <w:r>
        <w:rPr>
          <w:b w:val="0"/>
        </w:rPr>
        <w:t>. Could you send the updated offer letter? I'll sign as soon as I have 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