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Competitive Analysis Template for Marketers (Free Sources Included)</w:t>
      </w:r>
    </w:p>
    <w:p>
      <w:r>
        <w:t>Templates from https://knowtheroom.ai/guides/competitive-analysis-template/ · Replace everything in [brackets].</w:t>
      </w:r>
    </w:p>
    <w:p>
      <w:pPr>
        <w:pStyle w:val="Heading2"/>
      </w:pPr>
      <w:r>
        <w:t>Competitive analysis template</w:t>
      </w:r>
    </w:p>
    <w:p>
      <w:r>
        <w:rPr>
          <w:b w:val="0"/>
        </w:rPr>
        <w:t xml:space="preserve">COMPETITIVE ANALYSIS: </w:t>
      </w:r>
      <w:r>
        <w:rPr>
          <w:b/>
        </w:rPr>
        <w:t>[Brand]</w:t>
      </w:r>
      <w:r>
        <w:rPr>
          <w:b w:val="0"/>
        </w:rPr>
        <w:t xml:space="preserve"> vs </w:t>
      </w:r>
      <w:r>
        <w:rPr>
          <w:b/>
        </w:rPr>
        <w:t>[category]</w:t>
      </w:r>
    </w:p>
    <w:p>
      <w:r>
        <w:rPr>
          <w:b w:val="0"/>
        </w:rPr>
        <w:t xml:space="preserve">Prepared by: </w:t>
      </w:r>
      <w:r>
        <w:rPr>
          <w:b/>
        </w:rPr>
        <w:t>[name]</w:t>
      </w:r>
      <w:r>
        <w:rPr>
          <w:b w:val="0"/>
        </w:rPr>
        <w:t xml:space="preserve">   Date: </w:t>
      </w:r>
      <w:r>
        <w:rPr>
          <w:b/>
        </w:rPr>
        <w:t>[date]</w:t>
      </w:r>
      <w:r>
        <w:rPr>
          <w:b w:val="0"/>
        </w:rPr>
        <w:t xml:space="preserve">   Market: </w:t>
      </w:r>
      <w:r>
        <w:rPr>
          <w:b/>
        </w:rPr>
        <w:t>[country/region]</w:t>
      </w:r>
      <w:r>
        <w:rPr>
          <w:b w:val="0"/>
        </w:rPr>
        <w:t xml:space="preserve">   Period: </w:t>
      </w:r>
      <w:r>
        <w:rPr>
          <w:b/>
        </w:rPr>
        <w:t>[last 12 months]</w:t>
      </w:r>
    </w:p>
    <w:p/>
    <w:p>
      <w:r>
        <w:rPr>
          <w:b w:val="0"/>
        </w:rPr>
        <w:t>1. THE SET</w:t>
      </w:r>
    </w:p>
    <w:p>
      <w:r>
        <w:rPr>
          <w:b w:val="0"/>
        </w:rPr>
        <w:t>| Brand | Why it's in the set | Size (rough) | Direction |</w:t>
      </w:r>
    </w:p>
    <w:p>
      <w:r>
        <w:rPr>
          <w:b w:val="0"/>
        </w:rPr>
        <w:t>|---|---|---|---|</w:t>
      </w:r>
    </w:p>
    <w:p>
      <w:r>
        <w:rPr>
          <w:b w:val="0"/>
        </w:rPr>
        <w:t xml:space="preserve">| </w:t>
      </w:r>
      <w:r>
        <w:rPr>
          <w:b/>
        </w:rPr>
        <w:t>[Our brand]</w:t>
      </w:r>
      <w:r>
        <w:rPr>
          <w:b w:val="0"/>
        </w:rPr>
        <w:t xml:space="preserve"> | | | </w:t>
      </w:r>
      <w:r>
        <w:rPr>
          <w:b/>
        </w:rPr>
        <w:t>[growing/flat/shrinking + source]</w:t>
      </w:r>
      <w:r>
        <w:rPr>
          <w:b w:val="0"/>
        </w:rPr>
        <w:t xml:space="preserve"> |</w:t>
      </w:r>
    </w:p>
    <w:p>
      <w:r>
        <w:rPr>
          <w:b w:val="0"/>
        </w:rPr>
        <w:t xml:space="preserve">| </w:t>
      </w:r>
      <w:r>
        <w:rPr>
          <w:b/>
        </w:rPr>
        <w:t>[Rival 1]</w:t>
      </w:r>
      <w:r>
        <w:rPr>
          <w:b w:val="0"/>
        </w:rPr>
        <w:t xml:space="preserve"> | </w:t>
      </w:r>
      <w:r>
        <w:rPr>
          <w:b/>
        </w:rPr>
        <w:t>[e.g. top "vs" search]</w:t>
      </w:r>
      <w:r>
        <w:rPr>
          <w:b w:val="0"/>
        </w:rPr>
        <w:t xml:space="preserve"> | | |</w:t>
      </w:r>
    </w:p>
    <w:p>
      <w:r>
        <w:rPr>
          <w:b w:val="0"/>
        </w:rPr>
        <w:t xml:space="preserve">| </w:t>
      </w:r>
      <w:r>
        <w:rPr>
          <w:b/>
        </w:rPr>
        <w:t>[Rival 2]</w:t>
      </w:r>
      <w:r>
        <w:rPr>
          <w:b w:val="0"/>
        </w:rPr>
        <w:t xml:space="preserve"> | | | |</w:t>
      </w:r>
    </w:p>
    <w:p>
      <w:r>
        <w:rPr>
          <w:b w:val="0"/>
        </w:rPr>
        <w:t xml:space="preserve">| </w:t>
      </w:r>
      <w:r>
        <w:rPr>
          <w:b/>
        </w:rPr>
        <w:t>[Challenger]</w:t>
      </w:r>
      <w:r>
        <w:rPr>
          <w:b w:val="0"/>
        </w:rPr>
        <w:t xml:space="preserve"> | </w:t>
      </w:r>
      <w:r>
        <w:rPr>
          <w:b/>
        </w:rPr>
        <w:t>[e.g. fastest growing in search]</w:t>
      </w:r>
      <w:r>
        <w:rPr>
          <w:b w:val="0"/>
        </w:rPr>
        <w:t xml:space="preserve"> | | |</w:t>
      </w:r>
    </w:p>
    <w:p/>
    <w:p>
      <w:r>
        <w:rPr>
          <w:b w:val="0"/>
        </w:rPr>
        <w:t>2. POSITIONING AND MESSAGE</w:t>
      </w:r>
    </w:p>
    <w:p>
      <w:r>
        <w:rPr>
          <w:b w:val="0"/>
        </w:rPr>
        <w:t>| Brand | Main promise (their words) | Who it's for | Proof they use | Tone |</w:t>
      </w:r>
    </w:p>
    <w:p>
      <w:r>
        <w:rPr>
          <w:b w:val="0"/>
        </w:rPr>
        <w:t>|---|---|---|---|---|</w:t>
      </w:r>
    </w:p>
    <w:p>
      <w:r>
        <w:rPr>
          <w:b w:val="0"/>
        </w:rPr>
        <w:t xml:space="preserve">| </w:t>
      </w:r>
      <w:r>
        <w:rPr>
          <w:b/>
        </w:rPr>
        <w:t>[Our brand]</w:t>
      </w:r>
      <w:r>
        <w:rPr>
          <w:b w:val="0"/>
        </w:rPr>
        <w:t xml:space="preserve"> | </w:t>
      </w:r>
      <w:r>
        <w:rPr>
          <w:b/>
        </w:rPr>
        <w:t>[homepage headline]</w:t>
      </w:r>
      <w:r>
        <w:rPr>
          <w:b w:val="0"/>
        </w:rPr>
        <w:t xml:space="preserve"> | | | |</w:t>
      </w:r>
    </w:p>
    <w:p>
      <w:r>
        <w:rPr>
          <w:b w:val="0"/>
        </w:rPr>
        <w:t xml:space="preserve">| </w:t>
      </w:r>
      <w:r>
        <w:rPr>
          <w:b/>
        </w:rPr>
        <w:t>[Rival 1]</w:t>
      </w:r>
      <w:r>
        <w:rPr>
          <w:b w:val="0"/>
        </w:rPr>
        <w:t xml:space="preserve"> | | | | |</w:t>
      </w:r>
    </w:p>
    <w:p/>
    <w:p>
      <w:r>
        <w:rPr>
          <w:b w:val="0"/>
        </w:rPr>
        <w:t>3. DEMAND</w:t>
      </w:r>
    </w:p>
    <w:p>
      <w:r>
        <w:rPr>
          <w:b w:val="0"/>
        </w:rPr>
        <w:t>| Brand | Branded search, monthly | Change vs last year | Share of search |</w:t>
      </w:r>
    </w:p>
    <w:p>
      <w:r>
        <w:rPr>
          <w:b w:val="0"/>
        </w:rPr>
        <w:t>|---|---|---|---|</w:t>
      </w:r>
    </w:p>
    <w:p>
      <w:r>
        <w:rPr>
          <w:b w:val="0"/>
        </w:rPr>
        <w:t xml:space="preserve">| </w:t>
      </w:r>
      <w:r>
        <w:rPr>
          <w:b/>
        </w:rPr>
        <w:t>[Our brand]</w:t>
      </w:r>
      <w:r>
        <w:rPr>
          <w:b w:val="0"/>
        </w:rPr>
        <w:t xml:space="preserve"> | | | |</w:t>
      </w:r>
    </w:p>
    <w:p>
      <w:r>
        <w:rPr>
          <w:b w:val="0"/>
        </w:rPr>
        <w:t xml:space="preserve">| </w:t>
      </w:r>
      <w:r>
        <w:rPr>
          <w:b/>
        </w:rPr>
        <w:t>[Rival 1]</w:t>
      </w:r>
      <w:r>
        <w:rPr>
          <w:b w:val="0"/>
        </w:rPr>
        <w:t xml:space="preserve"> | | | |</w:t>
      </w:r>
    </w:p>
    <w:p/>
    <w:p>
      <w:r>
        <w:rPr>
          <w:b w:val="0"/>
        </w:rPr>
        <w:t>4. OWNED AND SOCIAL</w:t>
      </w:r>
    </w:p>
    <w:p>
      <w:r>
        <w:rPr>
          <w:b w:val="0"/>
        </w:rPr>
        <w:t>| Brand | Main platforms | Followers | Posting rhythm | Formats that do best | Creator use |</w:t>
      </w:r>
    </w:p>
    <w:p>
      <w:r>
        <w:rPr>
          <w:b w:val="0"/>
        </w:rPr>
        <w:t>|---|---|---|---|---|---|</w:t>
      </w:r>
    </w:p>
    <w:p>
      <w:r>
        <w:rPr>
          <w:b w:val="0"/>
        </w:rPr>
        <w:t xml:space="preserve">| </w:t>
      </w:r>
      <w:r>
        <w:rPr>
          <w:b/>
        </w:rPr>
        <w:t>[Our brand]</w:t>
      </w:r>
      <w:r>
        <w:rPr>
          <w:b w:val="0"/>
        </w:rPr>
        <w:t xml:space="preserve"> | | | | | |</w:t>
      </w:r>
    </w:p>
    <w:p/>
    <w:p>
      <w:r>
        <w:rPr>
          <w:b w:val="0"/>
        </w:rPr>
        <w:t>5. PAID MEDIA</w:t>
      </w:r>
    </w:p>
    <w:p>
      <w:r>
        <w:rPr>
          <w:b w:val="0"/>
        </w:rPr>
        <w:t>| Brand | Active ads (Meta / Google) | Main messages in ads | Offers | Landing pages |</w:t>
      </w:r>
    </w:p>
    <w:p>
      <w:r>
        <w:rPr>
          <w:b w:val="0"/>
        </w:rPr>
        <w:t>|---|---|---|---|---|</w:t>
      </w:r>
    </w:p>
    <w:p>
      <w:r>
        <w:rPr>
          <w:b w:val="0"/>
        </w:rPr>
        <w:t xml:space="preserve">| </w:t>
      </w:r>
      <w:r>
        <w:rPr>
          <w:b/>
        </w:rPr>
        <w:t>[Our brand]</w:t>
      </w:r>
      <w:r>
        <w:rPr>
          <w:b w:val="0"/>
        </w:rPr>
        <w:t xml:space="preserve"> | | | | |</w:t>
      </w:r>
    </w:p>
    <w:p/>
    <w:p>
      <w:r>
        <w:rPr>
          <w:b w:val="0"/>
        </w:rPr>
        <w:t>6. WHAT CUSTOMERS SAY</w:t>
      </w:r>
    </w:p>
    <w:p>
      <w:r>
        <w:rPr>
          <w:b w:val="0"/>
        </w:rPr>
        <w:t>| Brand | Review rating + count | Top praise | Top complaint | Sample size |</w:t>
      </w:r>
    </w:p>
    <w:p>
      <w:r>
        <w:rPr>
          <w:b w:val="0"/>
        </w:rPr>
        <w:t>|---|---|---|---|---|</w:t>
      </w:r>
    </w:p>
    <w:p>
      <w:r>
        <w:rPr>
          <w:b w:val="0"/>
        </w:rPr>
        <w:t xml:space="preserve">| </w:t>
      </w:r>
      <w:r>
        <w:rPr>
          <w:b/>
        </w:rPr>
        <w:t>[Our brand]</w:t>
      </w:r>
      <w:r>
        <w:rPr>
          <w:b w:val="0"/>
        </w:rPr>
        <w:t xml:space="preserve"> | | | | |</w:t>
      </w:r>
    </w:p>
    <w:p/>
    <w:p>
      <w:r>
        <w:rPr>
          <w:b w:val="0"/>
        </w:rPr>
        <w:t>7. NEWS AND MOVES</w:t>
      </w:r>
    </w:p>
    <w:p>
      <w:r>
        <w:rPr>
          <w:b w:val="0"/>
        </w:rPr>
        <w:t>| Brand | Recent campaigns | Launches | Leadership or agency changes |</w:t>
      </w:r>
    </w:p>
    <w:p>
      <w:r>
        <w:rPr>
          <w:b w:val="0"/>
        </w:rPr>
        <w:t>|---|---|---|---|</w:t>
      </w:r>
    </w:p>
    <w:p>
      <w:r>
        <w:rPr>
          <w:b w:val="0"/>
        </w:rPr>
        <w:t xml:space="preserve">| </w:t>
      </w:r>
      <w:r>
        <w:rPr>
          <w:b/>
        </w:rPr>
        <w:t>[Our brand]</w:t>
      </w:r>
      <w:r>
        <w:rPr>
          <w:b w:val="0"/>
        </w:rPr>
        <w:t xml:space="preserve"> | | | |</w:t>
      </w:r>
    </w:p>
    <w:p/>
    <w:p>
      <w:r>
        <w:rPr>
          <w:b w:val="0"/>
        </w:rPr>
        <w:t>8. SUMMARY</w:t>
      </w:r>
    </w:p>
    <w:p>
      <w:r>
        <w:rPr>
          <w:b w:val="0"/>
        </w:rPr>
        <w:t xml:space="preserve">- Where we're ahead: </w:t>
      </w:r>
      <w:r>
        <w:rPr>
          <w:b/>
        </w:rPr>
        <w:t>[finding + number + source]</w:t>
      </w:r>
    </w:p>
    <w:p>
      <w:r>
        <w:rPr>
          <w:b w:val="0"/>
        </w:rPr>
        <w:t xml:space="preserve">- Where we're behind: </w:t>
      </w:r>
      <w:r>
        <w:rPr>
          <w:b/>
        </w:rPr>
        <w:t>[finding + number + source]</w:t>
      </w:r>
    </w:p>
    <w:p>
      <w:r>
        <w:rPr>
          <w:b w:val="0"/>
        </w:rPr>
        <w:t xml:space="preserve">- The space nobody owns: </w:t>
      </w:r>
      <w:r>
        <w:rPr>
          <w:b/>
        </w:rPr>
        <w:t>[a promise or audience no rival leads with]</w:t>
      </w:r>
    </w:p>
    <w:p>
      <w:r>
        <w:rPr>
          <w:b w:val="0"/>
        </w:rPr>
        <w:t xml:space="preserve">- Biggest threat: </w:t>
      </w:r>
      <w:r>
        <w:rPr>
          <w:b/>
        </w:rPr>
        <w:t>[which rival, doing what]</w:t>
      </w:r>
    </w:p>
    <w:p>
      <w:r>
        <w:rPr>
          <w:b w:val="0"/>
        </w:rPr>
        <w:t xml:space="preserve">- What I'd do: </w:t>
      </w:r>
      <w:r>
        <w:rPr>
          <w:b/>
        </w:rPr>
        <w:t>[1-3 actions, each with how you'd measure it]</w:t>
      </w:r>
    </w:p>
    <w:p>
      <w:r>
        <w:rPr>
          <w:b w:val="0"/>
        </w:rPr>
        <w:t xml:space="preserve">- What I couldn't see from outside: </w:t>
      </w:r>
      <w:r>
        <w:rPr>
          <w:b/>
        </w:rPr>
        <w:t>[and how I'd find out]</w:t>
      </w:r>
    </w:p>
    <w:p>
      <w:pPr>
        <w:pStyle w:val="Heading2"/>
      </w:pPr>
      <w:r>
        <w:t>How do you turn a competitive analysis into findings?</w:t>
      </w:r>
    </w:p>
    <w:p>
      <w:r>
        <w:rPr>
          <w:b w:val="0"/>
        </w:rPr>
        <w:t xml:space="preserve">Finding: </w:t>
      </w:r>
      <w:r>
        <w:rPr>
          <w:b/>
        </w:rPr>
        <w:t>[Rival]</w:t>
      </w:r>
      <w:r>
        <w:rPr>
          <w:b w:val="0"/>
        </w:rPr>
        <w:t xml:space="preserve"> leads with </w:t>
      </w:r>
      <w:r>
        <w:rPr>
          <w:b/>
        </w:rPr>
        <w:t>[promise]</w:t>
      </w:r>
      <w:r>
        <w:rPr>
          <w:b w:val="0"/>
        </w:rPr>
        <w:t xml:space="preserve"> in </w:t>
      </w:r>
      <w:r>
        <w:rPr>
          <w:b/>
        </w:rPr>
        <w:t>[X of Y]</w:t>
      </w:r>
      <w:r>
        <w:rPr>
          <w:b w:val="0"/>
        </w:rPr>
        <w:t xml:space="preserve"> of its active Meta ads, while our ads lead with </w:t>
      </w:r>
      <w:r>
        <w:rPr>
          <w:b/>
        </w:rPr>
        <w:t>[promise]</w:t>
      </w:r>
      <w:r>
        <w:rPr>
          <w:b w:val="0"/>
        </w:rPr>
        <w:t xml:space="preserve">. (Source: Meta Ad Library, </w:t>
      </w:r>
      <w:r>
        <w:rPr>
          <w:b/>
        </w:rPr>
        <w:t>[date]</w:t>
      </w:r>
      <w:r>
        <w:rPr>
          <w:b w:val="0"/>
        </w:rPr>
        <w:t>)</w:t>
      </w:r>
    </w:p>
    <w:p>
      <w:r>
        <w:rPr>
          <w:b w:val="0"/>
        </w:rPr>
        <w:t xml:space="preserve">So what: </w:t>
      </w:r>
      <w:r>
        <w:rPr>
          <w:b/>
        </w:rPr>
        <w:t>[why this matters for buyers or share]</w:t>
      </w:r>
    </w:p>
    <w:p>
      <w:r>
        <w:rPr>
          <w:b w:val="0"/>
        </w:rPr>
        <w:t xml:space="preserve">What I'd do: </w:t>
      </w:r>
      <w:r>
        <w:rPr>
          <w:b/>
        </w:rPr>
        <w:t>[one action]</w:t>
      </w:r>
    </w:p>
    <w:p>
      <w:r>
        <w:rPr>
          <w:b w:val="0"/>
        </w:rPr>
        <w:t xml:space="preserve">How we'd know: </w:t>
      </w:r>
      <w:r>
        <w:rPr>
          <w:b/>
        </w:rPr>
        <w:t>[metric and time frame]</w:t>
      </w:r>
    </w:p>
    <w:p>
      <w:pPr>
        <w:pStyle w:val="Heading2"/>
      </w:pPr>
      <w:r>
        <w:t>How do you use competitive analysis in a job interview?</w:t>
      </w:r>
    </w:p>
    <w:p>
      <w:r>
        <w:rPr>
          <w:b w:val="0"/>
        </w:rPr>
        <w:t xml:space="preserve">"Before today I compared </w:t>
      </w:r>
      <w:r>
        <w:rPr>
          <w:b/>
        </w:rPr>
        <w:t>[company]</w:t>
      </w:r>
      <w:r>
        <w:rPr>
          <w:b w:val="0"/>
        </w:rPr>
        <w:t xml:space="preserve"> with </w:t>
      </w:r>
      <w:r>
        <w:rPr>
          <w:b/>
        </w:rPr>
        <w:t>[rival 1]</w:t>
      </w:r>
      <w:r>
        <w:rPr>
          <w:b w:val="0"/>
        </w:rPr>
        <w:t xml:space="preserve"> and </w:t>
      </w:r>
      <w:r>
        <w:rPr>
          <w:b/>
        </w:rPr>
        <w:t>[rival 2]</w:t>
      </w:r>
      <w:r>
        <w:rPr>
          <w:b w:val="0"/>
        </w:rPr>
        <w:t xml:space="preserve">. </w:t>
      </w:r>
      <w:r>
        <w:rPr>
          <w:b/>
        </w:rPr>
        <w:t>[Strength, with number and source]</w:t>
      </w:r>
      <w:r>
        <w:rPr>
          <w:b w:val="0"/>
        </w:rPr>
        <w:t xml:space="preserve">. One thing I noticed is </w:t>
      </w:r>
      <w:r>
        <w:rPr>
          <w:b/>
        </w:rPr>
        <w:t>[gap]</w:t>
      </w:r>
      <w:r>
        <w:rPr>
          <w:b w:val="0"/>
        </w:rPr>
        <w:t xml:space="preserve">. I'd want to understand </w:t>
      </w:r>
      <w:r>
        <w:rPr>
          <w:b/>
        </w:rPr>
        <w:t>[question]</w:t>
      </w:r>
      <w:r>
        <w:rPr>
          <w:b w:val="0"/>
        </w:rPr>
        <w:t xml:space="preserve"> before suggesting anything, but my first instinct would be to test </w:t>
      </w:r>
      <w:r>
        <w:rPr>
          <w:b/>
        </w:rPr>
        <w:t>[idea]</w:t>
      </w:r>
      <w:r>
        <w:rPr>
          <w:b w:val="0"/>
        </w:rPr>
        <w:t xml:space="preserve">, measured by </w:t>
      </w:r>
      <w:r>
        <w:rPr>
          <w:b/>
        </w:rPr>
        <w:t>[metric]</w:t>
      </w:r>
      <w:r>
        <w:rPr>
          <w:b w:val="0"/>
        </w:rPr>
        <w:t>."</w:t>
      </w:r>
    </w:p>
    <w:p>
      <w:pPr>
        <w:pStyle w:val="Heading2"/>
      </w:pPr>
      <w:r>
        <w:t>SEO competitive analysis template</w:t>
      </w:r>
    </w:p>
    <w:p>
      <w:r>
        <w:rPr>
          <w:b w:val="0"/>
        </w:rPr>
        <w:t xml:space="preserve">SEO COMPETITIVE ANALYSIS: </w:t>
      </w:r>
      <w:r>
        <w:rPr>
          <w:b/>
        </w:rPr>
        <w:t>[brand]</w:t>
      </w:r>
      <w:r>
        <w:rPr>
          <w:b w:val="0"/>
        </w:rPr>
        <w:t xml:space="preserve"> vs </w:t>
      </w:r>
      <w:r>
        <w:rPr>
          <w:b/>
        </w:rPr>
        <w:t>[competitor 1]</w:t>
      </w:r>
      <w:r>
        <w:rPr>
          <w:b w:val="0"/>
        </w:rPr>
        <w:t xml:space="preserve">, </w:t>
      </w:r>
      <w:r>
        <w:rPr>
          <w:b/>
        </w:rPr>
        <w:t>[competitor 2]</w:t>
      </w:r>
      <w:r>
        <w:rPr>
          <w:b w:val="0"/>
        </w:rPr>
        <w:t xml:space="preserve">, </w:t>
      </w:r>
      <w:r>
        <w:rPr>
          <w:b/>
        </w:rPr>
        <w:t>[competitor 3]</w:t>
      </w:r>
    </w:p>
    <w:p/>
    <w:p>
      <w:r>
        <w:rPr>
          <w:b w:val="0"/>
        </w:rPr>
        <w:t xml:space="preserve">1. Search visibility: who ranks for the category's biggest terms? </w:t>
      </w:r>
      <w:r>
        <w:rPr>
          <w:b/>
        </w:rPr>
        <w:t>[list 5-10 terms and who ranks top 3]</w:t>
      </w:r>
    </w:p>
    <w:p>
      <w:r>
        <w:rPr>
          <w:b w:val="0"/>
        </w:rPr>
        <w:t xml:space="preserve">2. Keyword gaps: terms rivals rank for that </w:t>
      </w:r>
      <w:r>
        <w:rPr>
          <w:b/>
        </w:rPr>
        <w:t>[brand]</w:t>
      </w:r>
      <w:r>
        <w:rPr>
          <w:b w:val="0"/>
        </w:rPr>
        <w:t xml:space="preserve"> doesn't. </w:t>
      </w:r>
      <w:r>
        <w:rPr>
          <w:b/>
        </w:rPr>
        <w:t>[top 10, with intent: research / compare / buy]</w:t>
      </w:r>
    </w:p>
    <w:p>
      <w:r>
        <w:rPr>
          <w:b w:val="0"/>
        </w:rPr>
        <w:t>3. Top pages: each rival's best-performing pages and their format (guide, tool, comparison, category page).</w:t>
      </w:r>
    </w:p>
    <w:p>
      <w:r>
        <w:rPr>
          <w:b w:val="0"/>
        </w:rPr>
        <w:t>4. Content gaps: questions customers ask that no one answers well.</w:t>
      </w:r>
    </w:p>
    <w:p>
      <w:r>
        <w:rPr>
          <w:b w:val="0"/>
        </w:rPr>
        <w:t>5. Branded search: how often people search each brand name, and the trend. See share of search.</w:t>
      </w:r>
    </w:p>
    <w:p>
      <w:r>
        <w:rPr>
          <w:b w:val="0"/>
        </w:rPr>
        <w:t>6. AI answers: which brands show up when you ask an AI assistant the category's main questions.</w:t>
      </w:r>
    </w:p>
    <w:p>
      <w:r>
        <w:rPr>
          <w:b w:val="0"/>
        </w:rPr>
        <w:t xml:space="preserve">7. Takeaway: </w:t>
      </w:r>
      <w:r>
        <w:rPr>
          <w:b/>
        </w:rPr>
        <w:t>[one gap to close first, and why]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