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Behavioral Interview Questions: The STAR Method With Marketing Examples</w:t>
      </w:r>
    </w:p>
    <w:p>
      <w:r>
        <w:t>Templates from https://kunskap.app/guides/behavioral-interview-questions/ · Replace everything in [brackets].</w:t>
      </w:r>
    </w:p>
    <w:p>
      <w:pPr>
        <w:pStyle w:val="Heading2"/>
      </w:pPr>
      <w:r>
        <w:t>What is the STAR method?</w:t>
      </w:r>
    </w:p>
    <w:p>
      <w:r>
        <w:rPr>
          <w:b w:val="0"/>
        </w:rPr>
        <w:t xml:space="preserve">Situation: At </w:t>
      </w:r>
      <w:r>
        <w:rPr>
          <w:b/>
        </w:rPr>
        <w:t>[Company]</w:t>
      </w:r>
      <w:r>
        <w:rPr>
          <w:b w:val="0"/>
        </w:rPr>
        <w:t xml:space="preserve">, </w:t>
      </w:r>
      <w:r>
        <w:rPr>
          <w:b/>
        </w:rPr>
        <w:t>[what was going on, in one sentence]</w:t>
      </w:r>
      <w:r>
        <w:rPr>
          <w:b w:val="0"/>
        </w:rPr>
        <w:t>.</w:t>
      </w:r>
    </w:p>
    <w:p>
      <w:r>
        <w:rPr>
          <w:b w:val="0"/>
        </w:rPr>
        <w:t xml:space="preserve">Task: I was responsible for </w:t>
      </w:r>
      <w:r>
        <w:rPr>
          <w:b/>
        </w:rPr>
        <w:t>[your part / the goal]</w:t>
      </w:r>
      <w:r>
        <w:rPr>
          <w:b w:val="0"/>
        </w:rPr>
        <w:t>.</w:t>
      </w:r>
    </w:p>
    <w:p>
      <w:r>
        <w:rPr>
          <w:b w:val="0"/>
        </w:rPr>
        <w:t xml:space="preserve">Action: I </w:t>
      </w:r>
      <w:r>
        <w:rPr>
          <w:b/>
        </w:rPr>
        <w:t>[first thing you did]</w:t>
      </w:r>
      <w:r>
        <w:rPr>
          <w:b w:val="0"/>
        </w:rPr>
        <w:t xml:space="preserve">, then </w:t>
      </w:r>
      <w:r>
        <w:rPr>
          <w:b/>
        </w:rPr>
        <w:t>[second thing]</w:t>
      </w:r>
      <w:r>
        <w:rPr>
          <w:b w:val="0"/>
        </w:rPr>
        <w:t xml:space="preserve">, because </w:t>
      </w:r>
      <w:r>
        <w:rPr>
          <w:b/>
        </w:rPr>
        <w:t>[why]</w:t>
      </w:r>
      <w:r>
        <w:rPr>
          <w:b w:val="0"/>
        </w:rPr>
        <w:t xml:space="preserve">. When </w:t>
      </w:r>
      <w:r>
        <w:rPr>
          <w:b/>
        </w:rPr>
        <w:t>[obstacle]</w:t>
      </w:r>
      <w:r>
        <w:rPr>
          <w:b w:val="0"/>
        </w:rPr>
        <w:t xml:space="preserve">, I </w:t>
      </w:r>
      <w:r>
        <w:rPr>
          <w:b/>
        </w:rPr>
        <w:t>[how you handled it]</w:t>
      </w:r>
      <w:r>
        <w:rPr>
          <w:b w:val="0"/>
        </w:rPr>
        <w:t>.</w:t>
      </w:r>
    </w:p>
    <w:p>
      <w:r>
        <w:rPr>
          <w:b w:val="0"/>
        </w:rPr>
        <w:t xml:space="preserve">Result: </w:t>
      </w:r>
      <w:r>
        <w:rPr>
          <w:b/>
        </w:rPr>
        <w:t>[Metric]</w:t>
      </w:r>
      <w:r>
        <w:rPr>
          <w:b w:val="0"/>
        </w:rPr>
        <w:t xml:space="preserve"> went from [X] to [Y] over </w:t>
      </w:r>
      <w:r>
        <w:rPr>
          <w:b/>
        </w:rPr>
        <w:t>[time]</w:t>
      </w:r>
      <w:r>
        <w:rPr>
          <w:b w:val="0"/>
        </w:rPr>
        <w:t xml:space="preserve">. </w:t>
      </w:r>
      <w:r>
        <w:rPr>
          <w:b/>
        </w:rPr>
        <w:t>[What you'd do differently, or what you took from it.]</w:t>
      </w:r>
    </w:p>
    <w:p>
      <w:pPr>
        <w:pStyle w:val="Heading2"/>
      </w:pPr>
      <w:r>
        <w:t>"Tell me about a time you disagreed with a stakeholder."</w:t>
      </w:r>
    </w:p>
    <w:p>
      <w:r>
        <w:rPr>
          <w:b w:val="0"/>
        </w:rPr>
        <w:t xml:space="preserve">Situation: At </w:t>
      </w:r>
      <w:r>
        <w:rPr>
          <w:b/>
        </w:rPr>
        <w:t>[Company]</w:t>
      </w:r>
      <w:r>
        <w:rPr>
          <w:b w:val="0"/>
        </w:rPr>
        <w:t xml:space="preserve">, the sales VP wanted us to move most of the quarter's paid budget into </w:t>
      </w:r>
      <w:r>
        <w:rPr>
          <w:b/>
        </w:rPr>
        <w:t>[channel]</w:t>
      </w:r>
      <w:r>
        <w:rPr>
          <w:b w:val="0"/>
        </w:rPr>
        <w:t xml:space="preserve"> because a competitor was there.</w:t>
      </w:r>
    </w:p>
    <w:p>
      <w:r>
        <w:rPr>
          <w:b w:val="0"/>
        </w:rPr>
        <w:t>Task: I owned the paid plan and had to decide whether to make the shift.</w:t>
      </w:r>
    </w:p>
    <w:p>
      <w:r>
        <w:rPr>
          <w:b w:val="0"/>
        </w:rPr>
        <w:t xml:space="preserve">Action: I pulled the last </w:t>
      </w:r>
      <w:r>
        <w:rPr>
          <w:b/>
        </w:rPr>
        <w:t>[time period]</w:t>
      </w:r>
      <w:r>
        <w:rPr>
          <w:b w:val="0"/>
        </w:rPr>
        <w:t xml:space="preserve"> of results by channel and showed that </w:t>
      </w:r>
      <w:r>
        <w:rPr>
          <w:b/>
        </w:rPr>
        <w:t>[channel]</w:t>
      </w:r>
      <w:r>
        <w:rPr>
          <w:b w:val="0"/>
        </w:rPr>
        <w:t xml:space="preserve"> had brought in leads, but few that sales had closed. Instead of saying no, I proposed a smaller test: </w:t>
      </w:r>
      <w:r>
        <w:rPr>
          <w:b/>
        </w:rPr>
        <w:t>[share of budget]</w:t>
      </w:r>
      <w:r>
        <w:rPr>
          <w:b w:val="0"/>
        </w:rPr>
        <w:t xml:space="preserve"> for </w:t>
      </w:r>
      <w:r>
        <w:rPr>
          <w:b/>
        </w:rPr>
        <w:t>[weeks]</w:t>
      </w:r>
      <w:r>
        <w:rPr>
          <w:b w:val="0"/>
        </w:rPr>
        <w:t>, with the sales team agreeing up front what a good lead looked like.</w:t>
      </w:r>
    </w:p>
    <w:p>
      <w:r>
        <w:rPr>
          <w:b w:val="0"/>
        </w:rPr>
        <w:t xml:space="preserve">Result: The test produced </w:t>
      </w:r>
      <w:r>
        <w:rPr>
          <w:b/>
        </w:rPr>
        <w:t>[result]</w:t>
      </w:r>
      <w:r>
        <w:rPr>
          <w:b w:val="0"/>
        </w:rPr>
        <w:t xml:space="preserve">. We kept </w:t>
      </w:r>
      <w:r>
        <w:rPr>
          <w:b/>
        </w:rPr>
        <w:t>[channel]</w:t>
      </w:r>
      <w:r>
        <w:rPr>
          <w:b w:val="0"/>
        </w:rPr>
        <w:t xml:space="preserve"> at the smaller level, and the sales VP started coming to our monthly planning review. I learned to bring the data and an option along with any objection.</w:t>
      </w:r>
    </w:p>
    <w:p>
      <w:pPr>
        <w:pStyle w:val="Heading2"/>
      </w:pPr>
      <w:r>
        <w:t>"Tell me about a time data changed your mind."</w:t>
      </w:r>
    </w:p>
    <w:p>
      <w:r>
        <w:rPr>
          <w:b w:val="0"/>
        </w:rPr>
        <w:t xml:space="preserve">Situation: We were redesigning </w:t>
      </w:r>
      <w:r>
        <w:rPr>
          <w:b/>
        </w:rPr>
        <w:t>[email / landing page / onboarding]</w:t>
      </w:r>
      <w:r>
        <w:rPr>
          <w:b w:val="0"/>
        </w:rPr>
        <w:t xml:space="preserve"> at </w:t>
      </w:r>
      <w:r>
        <w:rPr>
          <w:b/>
        </w:rPr>
        <w:t>[Company]</w:t>
      </w:r>
      <w:r>
        <w:rPr>
          <w:b w:val="0"/>
        </w:rPr>
        <w:t xml:space="preserve">, and I was sure </w:t>
      </w:r>
      <w:r>
        <w:rPr>
          <w:b/>
        </w:rPr>
        <w:t>[your hypothesis]</w:t>
      </w:r>
      <w:r>
        <w:rPr>
          <w:b w:val="0"/>
        </w:rPr>
        <w:t>.</w:t>
      </w:r>
    </w:p>
    <w:p>
      <w:r>
        <w:rPr>
          <w:b w:val="0"/>
        </w:rPr>
        <w:t>Task: I was running the test and had to recommend which version to roll out.</w:t>
      </w:r>
    </w:p>
    <w:p>
      <w:r>
        <w:rPr>
          <w:b w:val="0"/>
        </w:rPr>
        <w:t xml:space="preserve">Action: I set up an A/B test on </w:t>
      </w:r>
      <w:r>
        <w:rPr>
          <w:b/>
        </w:rPr>
        <w:t>[audience]</w:t>
      </w:r>
      <w:r>
        <w:rPr>
          <w:b w:val="0"/>
        </w:rPr>
        <w:t xml:space="preserve"> with </w:t>
      </w:r>
      <w:r>
        <w:rPr>
          <w:b/>
        </w:rPr>
        <w:t>[primary metric]</w:t>
      </w:r>
      <w:r>
        <w:rPr>
          <w:b w:val="0"/>
        </w:rPr>
        <w:t xml:space="preserve"> as the measure. When the results came in, my version lost on </w:t>
      </w:r>
      <w:r>
        <w:rPr>
          <w:b/>
        </w:rPr>
        <w:t>[metric]</w:t>
      </w:r>
      <w:r>
        <w:rPr>
          <w:b w:val="0"/>
        </w:rPr>
        <w:t xml:space="preserve">. I checked the sample and the segments to make sure it wasn't a fluke, then dug into why: </w:t>
      </w:r>
      <w:r>
        <w:rPr>
          <w:b/>
        </w:rPr>
        <w:t>[what you found]</w:t>
      </w:r>
      <w:r>
        <w:rPr>
          <w:b w:val="0"/>
        </w:rPr>
        <w:t>.</w:t>
      </w:r>
    </w:p>
    <w:p>
      <w:r>
        <w:rPr>
          <w:b w:val="0"/>
        </w:rPr>
        <w:t xml:space="preserve">Result: We rolled out the other version, and </w:t>
      </w:r>
      <w:r>
        <w:rPr>
          <w:b/>
        </w:rPr>
        <w:t>[metric]</w:t>
      </w:r>
      <w:r>
        <w:rPr>
          <w:b w:val="0"/>
        </w:rPr>
        <w:t xml:space="preserve"> improved by </w:t>
      </w:r>
      <w:r>
        <w:rPr>
          <w:b/>
        </w:rPr>
        <w:t>[amount]</w:t>
      </w:r>
      <w:r>
        <w:rPr>
          <w:b w:val="0"/>
        </w:rPr>
        <w:t>. Since then I write down what result would prove me wrong before every test.</w:t>
      </w:r>
    </w:p>
    <w:p>
      <w:pPr>
        <w:pStyle w:val="Heading2"/>
      </w:pPr>
      <w:r>
        <w:t>"Tell me about a time a launch went wrong."</w:t>
      </w:r>
    </w:p>
    <w:p>
      <w:r>
        <w:rPr>
          <w:b w:val="0"/>
        </w:rPr>
        <w:t xml:space="preserve">Situation: </w:t>
      </w:r>
      <w:r>
        <w:rPr>
          <w:b/>
        </w:rPr>
        <w:t>[Days/hours]</w:t>
      </w:r>
      <w:r>
        <w:rPr>
          <w:b w:val="0"/>
        </w:rPr>
        <w:t xml:space="preserve"> before the launch of </w:t>
      </w:r>
      <w:r>
        <w:rPr>
          <w:b/>
        </w:rPr>
        <w:t>[campaign/product]</w:t>
      </w:r>
      <w:r>
        <w:rPr>
          <w:b w:val="0"/>
        </w:rPr>
        <w:t xml:space="preserve"> at </w:t>
      </w:r>
      <w:r>
        <w:rPr>
          <w:b/>
        </w:rPr>
        <w:t>[Company]</w:t>
      </w:r>
      <w:r>
        <w:rPr>
          <w:b w:val="0"/>
        </w:rPr>
        <w:t xml:space="preserve">, we found </w:t>
      </w:r>
      <w:r>
        <w:rPr>
          <w:b/>
        </w:rPr>
        <w:t>[the problem: wrong pricing in the creative, a broken tracking link, a legal flag]</w:t>
      </w:r>
      <w:r>
        <w:rPr>
          <w:b w:val="0"/>
        </w:rPr>
        <w:t>.</w:t>
      </w:r>
    </w:p>
    <w:p>
      <w:r>
        <w:rPr>
          <w:b w:val="0"/>
        </w:rPr>
        <w:t>Task: I was the launch lead, so the call was mine.</w:t>
      </w:r>
    </w:p>
    <w:p>
      <w:r>
        <w:rPr>
          <w:b w:val="0"/>
        </w:rPr>
        <w:t xml:space="preserve">Action: I [first move: paused the scheduled sends, called the agency, got legal on the phone]. I told </w:t>
      </w:r>
      <w:r>
        <w:rPr>
          <w:b/>
        </w:rPr>
        <w:t>[stakeholders]</w:t>
      </w:r>
      <w:r>
        <w:rPr>
          <w:b w:val="0"/>
        </w:rPr>
        <w:t xml:space="preserve"> what had happened and what we'd do, with a new time. Then I </w:t>
      </w:r>
      <w:r>
        <w:rPr>
          <w:b/>
        </w:rPr>
        <w:t>[how you fixed it]</w:t>
      </w:r>
      <w:r>
        <w:rPr>
          <w:b w:val="0"/>
        </w:rPr>
        <w:t>.</w:t>
      </w:r>
    </w:p>
    <w:p>
      <w:r>
        <w:rPr>
          <w:b w:val="0"/>
        </w:rPr>
        <w:t xml:space="preserve">Result: We launched </w:t>
      </w:r>
      <w:r>
        <w:rPr>
          <w:b/>
        </w:rPr>
        <w:t>[when]</w:t>
      </w:r>
      <w:r>
        <w:rPr>
          <w:b w:val="0"/>
        </w:rPr>
        <w:t xml:space="preserve">, </w:t>
      </w:r>
      <w:r>
        <w:rPr>
          <w:b/>
        </w:rPr>
        <w:t>[outcome]</w:t>
      </w:r>
      <w:r>
        <w:rPr>
          <w:b w:val="0"/>
        </w:rPr>
        <w:t xml:space="preserve">. Afterwards I added </w:t>
      </w:r>
      <w:r>
        <w:rPr>
          <w:b/>
        </w:rPr>
        <w:t>[a checklist step / a review]</w:t>
      </w:r>
      <w:r>
        <w:rPr>
          <w:b w:val="0"/>
        </w:rPr>
        <w:t xml:space="preserve"> to our launch process, and we haven't had the same problem since.</w:t>
      </w:r>
    </w:p>
    <w:p>
      <w:pPr>
        <w:pStyle w:val="Heading2"/>
      </w:pPr>
      <w:r>
        <w:t>"Tell me about a time you had to do more with less budget."</w:t>
      </w:r>
    </w:p>
    <w:p>
      <w:r>
        <w:rPr>
          <w:b w:val="0"/>
        </w:rPr>
        <w:t xml:space="preserve">Situation: Midway through </w:t>
      </w:r>
      <w:r>
        <w:rPr>
          <w:b/>
        </w:rPr>
        <w:t>[year]</w:t>
      </w:r>
      <w:r>
        <w:rPr>
          <w:b w:val="0"/>
        </w:rPr>
        <w:t xml:space="preserve">, our budget at </w:t>
      </w:r>
      <w:r>
        <w:rPr>
          <w:b/>
        </w:rPr>
        <w:t>[Company]</w:t>
      </w:r>
      <w:r>
        <w:rPr>
          <w:b w:val="0"/>
        </w:rPr>
        <w:t xml:space="preserve"> was cut by </w:t>
      </w:r>
      <w:r>
        <w:rPr>
          <w:b/>
        </w:rPr>
        <w:t>[amount or share]</w:t>
      </w:r>
      <w:r>
        <w:rPr>
          <w:b w:val="0"/>
        </w:rPr>
        <w:t>, with the same targets.</w:t>
      </w:r>
    </w:p>
    <w:p>
      <w:r>
        <w:rPr>
          <w:b w:val="0"/>
        </w:rPr>
        <w:t>Task: I had to decide what to keep and what to drop.</w:t>
      </w:r>
    </w:p>
    <w:p>
      <w:r>
        <w:rPr>
          <w:b w:val="0"/>
        </w:rPr>
        <w:t xml:space="preserve">Action: I ranked every activity by </w:t>
      </w:r>
      <w:r>
        <w:rPr>
          <w:b/>
        </w:rPr>
        <w:t>[cost per result / contribution to pipeline / reach]</w:t>
      </w:r>
      <w:r>
        <w:rPr>
          <w:b w:val="0"/>
        </w:rPr>
        <w:t xml:space="preserve"> and cut </w:t>
      </w:r>
      <w:r>
        <w:rPr>
          <w:b/>
        </w:rPr>
        <w:t>[what you cut]</w:t>
      </w:r>
      <w:r>
        <w:rPr>
          <w:b w:val="0"/>
        </w:rPr>
        <w:t xml:space="preserve">. I moved </w:t>
      </w:r>
      <w:r>
        <w:rPr>
          <w:b/>
        </w:rPr>
        <w:t>[budget or effort]</w:t>
      </w:r>
      <w:r>
        <w:rPr>
          <w:b w:val="0"/>
        </w:rPr>
        <w:t xml:space="preserve"> to </w:t>
      </w:r>
      <w:r>
        <w:rPr>
          <w:b/>
        </w:rPr>
        <w:t>[what you doubled down on]</w:t>
      </w:r>
      <w:r>
        <w:rPr>
          <w:b w:val="0"/>
        </w:rPr>
        <w:t xml:space="preserve"> and </w:t>
      </w:r>
      <w:r>
        <w:rPr>
          <w:b/>
        </w:rPr>
        <w:t>[one creative or low-cost move: repurposed content, partnerships, organic]</w:t>
      </w:r>
      <w:r>
        <w:rPr>
          <w:b w:val="0"/>
        </w:rPr>
        <w:t>.</w:t>
      </w:r>
    </w:p>
    <w:p>
      <w:r>
        <w:rPr>
          <w:b w:val="0"/>
        </w:rPr>
        <w:t xml:space="preserve">Result: We finished the year at </w:t>
      </w:r>
      <w:r>
        <w:rPr>
          <w:b/>
        </w:rPr>
        <w:t>[result against target]</w:t>
      </w:r>
      <w:r>
        <w:rPr>
          <w:b w:val="0"/>
        </w:rPr>
        <w:t>. The ranking became how we planned the next year's budget.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