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Web Designer Cover Letter: Examples and Structure</w:t>
      </w:r>
    </w:p>
    <w:p>
      <w:r>
        <w:t>Templates from https://knowtheroom.ai/cover-letters/web-designer/ · Replace everything in [brackets].</w:t>
      </w:r>
    </w:p>
    <w:p>
      <w:pPr>
        <w:pStyle w:val="Heading2"/>
      </w:pPr>
      <w:r>
        <w:t>Example 1: in-house marketing web designer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I've been looking at </w:t>
      </w:r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[site / product pages / recent launch page]</w:t>
      </w:r>
      <w:r>
        <w:rPr>
          <w:b w:val="0"/>
        </w:rPr>
        <w:t>, and [one specific, positive observation, e.g. how clearly the pricing page explains the plans]. I'd like to help design pages like that, so I'm applying for the Web Designer role on your marketing team.</w:t>
      </w:r>
    </w:p>
    <w:p/>
    <w:p>
      <w:r>
        <w:rPr>
          <w:b w:val="0"/>
        </w:rPr>
        <w:t>Three projects in my portfolio match what you're looking for: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</w:t>
      </w:r>
      <w:r>
        <w:rPr>
          <w:b/>
        </w:rPr>
        <w:t>[goal, e.g. redesigned the demo request page]</w:t>
      </w:r>
      <w:r>
        <w:rPr>
          <w:b w:val="0"/>
        </w:rPr>
        <w:t xml:space="preserve"> for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[Result, e.g. form completions rose by X%]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: [X] landing pages for </w:t>
      </w:r>
      <w:r>
        <w:rPr>
          <w:b/>
        </w:rPr>
        <w:t>[campaign type]</w:t>
      </w:r>
      <w:r>
        <w:rPr>
          <w:b w:val="0"/>
        </w:rPr>
        <w:t xml:space="preserve">, designed in Figma and built in </w:t>
      </w:r>
      <w:r>
        <w:rPr>
          <w:b/>
        </w:rPr>
        <w:t>[Webflow]</w:t>
      </w:r>
      <w:r>
        <w:rPr>
          <w:b w:val="0"/>
        </w:rPr>
        <w:t xml:space="preserve">. </w:t>
      </w:r>
      <w:r>
        <w:rPr>
          <w:b/>
        </w:rPr>
        <w:t>[Result]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[Project 3]</w:t>
      </w:r>
      <w:r>
        <w:rPr>
          <w:b w:val="0"/>
        </w:rPr>
        <w:t xml:space="preserve">: </w:t>
      </w:r>
      <w:r>
        <w:rPr>
          <w:b/>
        </w:rPr>
        <w:t>[a design system / accessibility work / a site launch]</w:t>
      </w:r>
      <w:r>
        <w:rPr>
          <w:b w:val="0"/>
        </w:rPr>
        <w:t xml:space="preserve">. </w:t>
      </w:r>
      <w:r>
        <w:rPr>
          <w:b/>
        </w:rPr>
        <w:t>[Result]</w:t>
      </w:r>
      <w:r>
        <w:rPr>
          <w:b w:val="0"/>
        </w:rPr>
        <w:t xml:space="preserve">. </w:t>
      </w:r>
      <w:r>
        <w:rPr>
          <w:b/>
        </w:rPr>
        <w:t>[Link]</w:t>
      </w:r>
    </w:p>
    <w:p/>
    <w:p>
      <w:r>
        <w:rPr>
          <w:b w:val="0"/>
        </w:rPr>
        <w:t xml:space="preserve">I design and build in </w:t>
      </w:r>
      <w:r>
        <w:rPr>
          <w:b/>
        </w:rPr>
        <w:t>[tools]</w:t>
      </w:r>
      <w:r>
        <w:rPr>
          <w:b w:val="0"/>
        </w:rPr>
        <w:t>, and I like working closely with growth and content teams on what to test next.</w:t>
      </w:r>
    </w:p>
    <w:p/>
    <w:p>
      <w:r>
        <w:rPr>
          <w:b w:val="0"/>
        </w:rPr>
        <w:t xml:space="preserve">I'd welcome a conversation about the role.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pPr>
        <w:pStyle w:val="Heading2"/>
      </w:pPr>
      <w:r>
        <w:t>Example 2: agency web designer</w:t>
      </w:r>
    </w:p>
    <w:p>
      <w:r>
        <w:rPr>
          <w:b w:val="0"/>
        </w:rPr>
        <w:t xml:space="preserve">Dear </w:t>
      </w:r>
      <w:r>
        <w:rPr>
          <w:b/>
        </w:rPr>
        <w:t>[Creative director's or hiring manager's name]</w:t>
      </w:r>
      <w:r>
        <w:rPr>
          <w:b w:val="0"/>
        </w:rPr>
        <w:t>,</w:t>
      </w:r>
    </w:p>
    <w:p/>
    <w:p>
      <w:r>
        <w:rPr>
          <w:b/>
        </w:rPr>
        <w:t>[One line on a specific site or campaign the agency made and why it worked.]</w:t>
      </w:r>
      <w:r>
        <w:rPr>
          <w:b w:val="0"/>
        </w:rPr>
        <w:t xml:space="preserve"> I'd like to work on projects like that, so I'm applying for the Web Designer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or last company]</w:t>
      </w:r>
      <w:r>
        <w:rPr>
          <w:b w:val="0"/>
        </w:rPr>
        <w:t xml:space="preserve">, I designed [X] marketing sites and [X] landing pages for clients in </w:t>
      </w:r>
      <w:r>
        <w:rPr>
          <w:b/>
        </w:rPr>
        <w:t>[industries]</w:t>
      </w:r>
      <w:r>
        <w:rPr>
          <w:b w:val="0"/>
        </w:rPr>
        <w:t>, from wireframes through launch. Two projects that fit this role: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 for </w:t>
      </w:r>
      <w:r>
        <w:rPr>
          <w:b/>
        </w:rPr>
        <w:t>[client type]</w:t>
      </w:r>
      <w:r>
        <w:rPr>
          <w:b w:val="0"/>
        </w:rPr>
        <w:t xml:space="preserve">: </w:t>
      </w:r>
      <w:r>
        <w:rPr>
          <w:b/>
        </w:rPr>
        <w:t>[brief]</w:t>
      </w:r>
      <w:r>
        <w:rPr>
          <w:b w:val="0"/>
        </w:rPr>
        <w:t xml:space="preserve">, </w:t>
      </w:r>
      <w:r>
        <w:rPr>
          <w:b/>
        </w:rPr>
        <w:t>[what you led]</w:t>
      </w:r>
      <w:r>
        <w:rPr>
          <w:b w:val="0"/>
        </w:rPr>
        <w:t xml:space="preserve">, </w:t>
      </w:r>
      <w:r>
        <w:rPr>
          <w:b/>
        </w:rPr>
        <w:t>[result or launch]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 for </w:t>
      </w:r>
      <w:r>
        <w:rPr>
          <w:b/>
        </w:rPr>
        <w:t>[client type]</w:t>
      </w:r>
      <w:r>
        <w:rPr>
          <w:b w:val="0"/>
        </w:rPr>
        <w:t xml:space="preserve">: </w:t>
      </w:r>
      <w:r>
        <w:rPr>
          <w:b/>
        </w:rPr>
        <w:t>[brief]</w:t>
      </w:r>
      <w:r>
        <w:rPr>
          <w:b w:val="0"/>
        </w:rPr>
        <w:t xml:space="preserve">, </w:t>
      </w:r>
      <w:r>
        <w:rPr>
          <w:b/>
        </w:rPr>
        <w:t>[what you led]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 xml:space="preserve">. </w:t>
      </w:r>
      <w:r>
        <w:rPr>
          <w:b/>
        </w:rPr>
        <w:t>[Link]</w:t>
      </w:r>
    </w:p>
    <w:p/>
    <w:p>
      <w:r>
        <w:rPr>
          <w:b w:val="0"/>
        </w:rPr>
        <w:t>I'm comfortable presenting work to clients, taking feedback on tight timelines and handing off clean files to developers.</w:t>
      </w:r>
    </w:p>
    <w:p/>
    <w:p>
      <w:r>
        <w:rPr>
          <w:b w:val="0"/>
        </w:rPr>
        <w:t xml:space="preserve">I'd be glad to talk about how I could help your team.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pPr>
        <w:pStyle w:val="Heading2"/>
      </w:pPr>
      <w:r>
        <w:t>Example 3: junior or career-change web designer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Junior Web Designer role at </w:t>
      </w:r>
      <w:r>
        <w:rPr>
          <w:b/>
        </w:rPr>
        <w:t>[Company]</w:t>
      </w:r>
      <w:r>
        <w:rPr>
          <w:b w:val="0"/>
        </w:rPr>
        <w:t>. [One line on why this company: its product, its audience or something you noticed on its site.]</w:t>
      </w:r>
    </w:p>
    <w:p/>
    <w:p>
      <w:r>
        <w:rPr>
          <w:b w:val="0"/>
        </w:rPr>
        <w:t xml:space="preserve">I come to web design from </w:t>
      </w:r>
      <w:r>
        <w:rPr>
          <w:b/>
        </w:rPr>
        <w:t>[graphic design / marketing / a bootcamp]</w:t>
      </w:r>
      <w:r>
        <w:rPr>
          <w:b w:val="0"/>
        </w:rPr>
        <w:t>, and I've designed and built [X] sites so far: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a site for </w:t>
      </w:r>
      <w:r>
        <w:rPr>
          <w:b/>
        </w:rPr>
        <w:t>[a local business / nonprofit]</w:t>
      </w:r>
      <w:r>
        <w:rPr>
          <w:b w:val="0"/>
        </w:rPr>
        <w:t xml:space="preserve">, designed in Figma and built in </w:t>
      </w:r>
      <w:r>
        <w:rPr>
          <w:b/>
        </w:rPr>
        <w:t>[platform]</w:t>
      </w:r>
      <w:r>
        <w:rPr>
          <w:b w:val="0"/>
        </w:rPr>
        <w:t xml:space="preserve">. </w:t>
      </w:r>
      <w:r>
        <w:rPr>
          <w:b/>
        </w:rPr>
        <w:t>[What changed after launch]</w:t>
      </w:r>
      <w:r>
        <w:rPr>
          <w:b w:val="0"/>
        </w:rPr>
        <w:t xml:space="preserve">. </w:t>
      </w:r>
      <w:r>
        <w:rPr>
          <w:b/>
        </w:rPr>
        <w:t>[Link]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: a redesign of </w:t>
      </w:r>
      <w:r>
        <w:rPr>
          <w:b/>
        </w:rPr>
        <w:t>[a real page]</w:t>
      </w:r>
      <w:r>
        <w:rPr>
          <w:b w:val="0"/>
        </w:rPr>
        <w:t xml:space="preserve"> as practice, focused on </w:t>
      </w:r>
      <w:r>
        <w:rPr>
          <w:b/>
        </w:rPr>
        <w:t>[mobile layout / a clearer sign-up flow]</w:t>
      </w:r>
      <w:r>
        <w:rPr>
          <w:b w:val="0"/>
        </w:rPr>
        <w:t xml:space="preserve">. </w:t>
      </w:r>
      <w:r>
        <w:rPr>
          <w:b/>
        </w:rPr>
        <w:t>[Link]</w:t>
      </w:r>
    </w:p>
    <w:p/>
    <w:p>
      <w:r>
        <w:rPr>
          <w:b w:val="0"/>
        </w:rPr>
        <w:t xml:space="preserve">I'm comfortable with </w:t>
      </w:r>
      <w:r>
        <w:rPr>
          <w:b/>
        </w:rPr>
        <w:t>[tools]</w:t>
      </w:r>
      <w:r>
        <w:rPr>
          <w:b w:val="0"/>
        </w:rPr>
        <w:t>, I know HTML and CSS basics, and I'm keen to learn how your team tests and improves pages.</w:t>
      </w:r>
    </w:p>
    <w:p/>
    <w:p>
      <w:r>
        <w:rPr>
          <w:b w:val="0"/>
        </w:rPr>
        <w:t xml:space="preserve">I'd welcome a conversation.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