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Specialist Cover Letter: Examples and Tips</w:t>
      </w:r>
    </w:p>
    <w:p>
      <w:r>
        <w:t>Templates from https://knowtheroom.ai/cover-letters/social-media-specialist/ · Replace everything in [brackets].</w:t>
      </w:r>
    </w:p>
    <w:p>
      <w:pPr>
        <w:pStyle w:val="Heading2"/>
      </w:pPr>
      <w:r>
        <w:t>Example: organic social media specialist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Social Media Specialist role at </w:t>
      </w:r>
      <w:r>
        <w:rPr>
          <w:b/>
        </w:rPr>
        <w:t>[Company]</w:t>
      </w:r>
      <w:r>
        <w:rPr>
          <w:b w:val="0"/>
        </w:rPr>
        <w:t xml:space="preserve">. Your </w:t>
      </w:r>
      <w:r>
        <w:rPr>
          <w:b/>
        </w:rPr>
        <w:t>[platform]</w:t>
      </w:r>
      <w:r>
        <w:rPr>
          <w:b w:val="0"/>
        </w:rPr>
        <w:t xml:space="preserve"> [specific observation, e.g. how-to videos get far more saves than your launch posts], and I think there's room to bring that same energy to </w:t>
      </w:r>
      <w:r>
        <w:rPr>
          <w:b/>
        </w:rPr>
        <w:t>[product, campaign or format]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run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[brief description of the brand]</w:t>
      </w:r>
      <w:r>
        <w:rPr>
          <w:b w:val="0"/>
        </w:rPr>
        <w:t xml:space="preserve">. Last </w:t>
      </w:r>
      <w:r>
        <w:rPr>
          <w:b/>
        </w:rPr>
        <w:t>[timeframe]</w:t>
      </w:r>
      <w:r>
        <w:rPr>
          <w:b w:val="0"/>
        </w:rPr>
        <w:t xml:space="preserve"> I launched </w:t>
      </w:r>
      <w:r>
        <w:rPr>
          <w:b/>
        </w:rPr>
        <w:t>[series or format]</w:t>
      </w:r>
      <w:r>
        <w:rPr>
          <w:b w:val="0"/>
        </w:rPr>
        <w:t xml:space="preserve">, which raised </w:t>
      </w:r>
      <w:r>
        <w:rPr>
          <w:b/>
        </w:rPr>
        <w:t>[metric, e.g. average saves per post]</w:t>
      </w:r>
      <w:r>
        <w:rPr>
          <w:b w:val="0"/>
        </w:rPr>
        <w:t xml:space="preserve"> from [X] to [Y]. I shoot and edit most of our short-form video myself in </w:t>
      </w:r>
      <w:r>
        <w:rPr>
          <w:b/>
        </w:rPr>
        <w:t>[tool]</w:t>
      </w:r>
      <w:r>
        <w:rPr>
          <w:b w:val="0"/>
        </w:rPr>
        <w:t>, and I report monthly on what's working so we make more of it.</w:t>
      </w:r>
    </w:p>
    <w:p/>
    <w:p>
      <w:r>
        <w:rPr>
          <w:b w:val="0"/>
        </w:rPr>
        <w:t xml:space="preserve">In my first few months I'd test </w:t>
      </w:r>
      <w:r>
        <w:rPr>
          <w:b/>
        </w:rPr>
        <w:t>[one concrete idea]</w:t>
      </w:r>
      <w:r>
        <w:rPr>
          <w:b w:val="0"/>
        </w:rPr>
        <w:t xml:space="preserve">, because </w:t>
      </w:r>
      <w:r>
        <w:rPr>
          <w:b/>
        </w:rPr>
        <w:t>[reason tied to your observation]</w:t>
      </w:r>
      <w:r>
        <w:rPr>
          <w:b w:val="0"/>
        </w:rPr>
        <w:t>.</w:t>
      </w:r>
    </w:p>
    <w:p/>
    <w:p>
      <w:r>
        <w:rPr>
          <w:b w:val="0"/>
        </w:rPr>
        <w:t xml:space="preserve">You can see my work here: </w:t>
      </w:r>
      <w:r>
        <w:rPr>
          <w:b/>
        </w:rPr>
        <w:t>[portfolio link]</w:t>
      </w:r>
      <w:r>
        <w:rPr>
          <w:b w:val="0"/>
        </w:rPr>
        <w:t xml:space="preserve">. I'd love to talk about what you're planning for </w:t>
      </w:r>
      <w:r>
        <w:rPr>
          <w:b/>
        </w:rPr>
        <w:t>[platform or season]</w:t>
      </w:r>
      <w:r>
        <w:rPr>
          <w:b w:val="0"/>
        </w:rPr>
        <w:t>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Example: paid social specialist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about the Paid Social Specialist opening at </w:t>
      </w:r>
      <w:r>
        <w:rPr>
          <w:b/>
        </w:rPr>
        <w:t>[Company]</w:t>
      </w:r>
      <w:r>
        <w:rPr>
          <w:b w:val="0"/>
        </w:rPr>
        <w:t xml:space="preserve">. I've seen your ads on </w:t>
      </w:r>
      <w:r>
        <w:rPr>
          <w:b/>
        </w:rPr>
        <w:t>[platform]</w:t>
      </w:r>
      <w:r>
        <w:rPr>
          <w:b w:val="0"/>
        </w:rPr>
        <w:t xml:space="preserve"> for </w:t>
      </w:r>
      <w:r>
        <w:rPr>
          <w:b/>
        </w:rPr>
        <w:t>[product]</w:t>
      </w:r>
      <w:r>
        <w:rPr>
          <w:b w:val="0"/>
        </w:rPr>
        <w:t>, and [specific observation, e.g. the creator-style videos look like they're doing the heavy lifting].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manage about </w:t>
      </w:r>
      <w:r>
        <w:rPr>
          <w:b/>
        </w:rPr>
        <w:t>[budget range]</w:t>
      </w:r>
      <w:r>
        <w:rPr>
          <w:b w:val="0"/>
        </w:rPr>
        <w:t xml:space="preserve"> a month across </w:t>
      </w:r>
      <w:r>
        <w:rPr>
          <w:b/>
        </w:rPr>
        <w:t>[platforms]</w:t>
      </w:r>
      <w:r>
        <w:rPr>
          <w:b w:val="0"/>
        </w:rPr>
        <w:t xml:space="preserve">. Over </w:t>
      </w:r>
      <w:r>
        <w:rPr>
          <w:b/>
        </w:rPr>
        <w:t>[timeframe]</w:t>
      </w:r>
      <w:r>
        <w:rPr>
          <w:b w:val="0"/>
        </w:rPr>
        <w:t xml:space="preserve"> I cut cost per </w:t>
      </w:r>
      <w:r>
        <w:rPr>
          <w:b/>
        </w:rPr>
        <w:t>[purchase / lead]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 xml:space="preserve"> by [what you changed, e.g. testing hooks weekly and moving budget to the winning formats]. I set up our conversion tracking in </w:t>
      </w:r>
      <w:r>
        <w:rPr>
          <w:b/>
        </w:rPr>
        <w:t>[tool]</w:t>
      </w:r>
      <w:r>
        <w:rPr>
          <w:b w:val="0"/>
        </w:rPr>
        <w:t>, so we can see results by campaign.</w:t>
      </w:r>
    </w:p>
    <w:p/>
    <w:p>
      <w:r>
        <w:rPr>
          <w:b w:val="0"/>
        </w:rPr>
        <w:t xml:space="preserve">I'd start by </w:t>
      </w:r>
      <w:r>
        <w:rPr>
          <w:b/>
        </w:rPr>
        <w:t>[one test you'd run]</w:t>
      </w:r>
      <w:r>
        <w:rPr>
          <w:b w:val="0"/>
        </w:rPr>
        <w:t xml:space="preserve">, and I'd share a clear read on it within </w:t>
      </w:r>
      <w:r>
        <w:rPr>
          <w:b/>
        </w:rPr>
        <w:t>[timeframe]</w:t>
      </w:r>
      <w:r>
        <w:rPr>
          <w:b w:val="0"/>
        </w:rPr>
        <w:t>.</w:t>
      </w:r>
    </w:p>
    <w:p/>
    <w:p>
      <w:r>
        <w:rPr>
          <w:b w:val="0"/>
        </w:rPr>
        <w:t xml:space="preserve">Examples of my campaigns and reporting are here: </w:t>
      </w:r>
      <w:r>
        <w:rPr>
          <w:b/>
        </w:rPr>
        <w:t>[link]</w:t>
      </w:r>
      <w:r>
        <w:rPr>
          <w:b w:val="0"/>
        </w:rPr>
        <w:t>. I'd welcome a conversation.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Example: social and community specialist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Social Media and Community Specialist role at </w:t>
      </w:r>
      <w:r>
        <w:rPr>
          <w:b/>
        </w:rPr>
        <w:t>[Company]</w:t>
      </w:r>
      <w:r>
        <w:rPr>
          <w:b w:val="0"/>
        </w:rPr>
        <w:t xml:space="preserve">. I've spent time in your </w:t>
      </w:r>
      <w:r>
        <w:rPr>
          <w:b/>
        </w:rPr>
        <w:t>[comments / Discord / group]</w:t>
      </w:r>
      <w:r>
        <w:rPr>
          <w:b w:val="0"/>
        </w:rPr>
        <w:t>, and [specific observation, e.g. your regulars answer each other's questions before your team does, which is a great sign].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look after </w:t>
      </w:r>
      <w:r>
        <w:rPr>
          <w:b/>
        </w:rPr>
        <w:t>[platforms and communities]</w:t>
      </w:r>
      <w:r>
        <w:rPr>
          <w:b w:val="0"/>
        </w:rPr>
        <w:t xml:space="preserve"> with </w:t>
      </w:r>
      <w:r>
        <w:rPr>
          <w:b/>
        </w:rPr>
        <w:t>[number]</w:t>
      </w:r>
      <w:r>
        <w:rPr>
          <w:b w:val="0"/>
        </w:rPr>
        <w:t xml:space="preserve"> members. I cut our average response time from [X] to [Y] by </w:t>
      </w:r>
      <w:r>
        <w:rPr>
          <w:b/>
        </w:rPr>
        <w:t>[what you did]</w:t>
      </w:r>
      <w:r>
        <w:rPr>
          <w:b w:val="0"/>
        </w:rPr>
        <w:t xml:space="preserve">, and I started </w:t>
      </w:r>
      <w:r>
        <w:rPr>
          <w:b/>
        </w:rPr>
        <w:t>[program, e.g. a monthly member spotlight]</w:t>
      </w:r>
      <w:r>
        <w:rPr>
          <w:b w:val="0"/>
        </w:rPr>
        <w:t xml:space="preserve"> that brought in </w:t>
      </w:r>
      <w:r>
        <w:rPr>
          <w:b/>
        </w:rPr>
        <w:t>[number]</w:t>
      </w:r>
      <w:r>
        <w:rPr>
          <w:b w:val="0"/>
        </w:rPr>
        <w:t xml:space="preserve"> new contributors.</w:t>
      </w:r>
    </w:p>
    <w:p/>
    <w:p>
      <w:r>
        <w:rPr>
          <w:b w:val="0"/>
        </w:rPr>
        <w:t>I'd love to help turn more of what your community says into content and product ideas.</w:t>
      </w:r>
    </w:p>
    <w:p/>
    <w:p>
      <w:r>
        <w:rPr>
          <w:b w:val="0"/>
        </w:rPr>
        <w:t xml:space="preserve">My examples are here: </w:t>
      </w:r>
      <w:r>
        <w:rPr>
          <w:b/>
        </w:rPr>
        <w:t>[link]</w:t>
      </w:r>
      <w:r>
        <w:rPr>
          <w:b w:val="0"/>
        </w:rPr>
        <w:t>. Thank you for considering me.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