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Social Media Manager Cover Letter: Examples and Tips</w:t>
      </w:r>
    </w:p>
    <w:p>
      <w:r>
        <w:t>Templates from https://knowtheroom.ai/cover-letters/social-media-manager/ · Replace everything in [brackets].</w:t>
      </w:r>
    </w:p>
    <w:p>
      <w:pPr>
        <w:pStyle w:val="Heading2"/>
      </w:pPr>
      <w:r>
        <w:t>Example 1: experienced social media manager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 w:val="0"/>
        </w:rPr>
        <w:t xml:space="preserve">I'm applying for the Social Media Manager role at </w:t>
      </w:r>
      <w:r>
        <w:rPr>
          <w:b/>
        </w:rPr>
        <w:t>[Company]</w:t>
      </w:r>
      <w:r>
        <w:rPr>
          <w:b w:val="0"/>
        </w:rPr>
        <w:t xml:space="preserve">. I've been following your </w:t>
      </w:r>
      <w:r>
        <w:rPr>
          <w:b/>
        </w:rPr>
        <w:t>[platform]</w:t>
      </w:r>
      <w:r>
        <w:rPr>
          <w:b w:val="0"/>
        </w:rPr>
        <w:t xml:space="preserve"> for a while, and [specific observation, e.g. your behind-the-scenes posts get far more comments than your product shots].</w:t>
      </w:r>
    </w:p>
    <w:p/>
    <w:p>
      <w:r>
        <w:rPr>
          <w:b w:val="0"/>
        </w:rPr>
        <w:t xml:space="preserve">At </w:t>
      </w:r>
      <w:r>
        <w:rPr>
          <w:b/>
        </w:rPr>
        <w:t>[Current company]</w:t>
      </w:r>
      <w:r>
        <w:rPr>
          <w:b w:val="0"/>
        </w:rPr>
        <w:t xml:space="preserve">, I run </w:t>
      </w:r>
      <w:r>
        <w:rPr>
          <w:b/>
        </w:rPr>
        <w:t>[platforms]</w:t>
      </w:r>
      <w:r>
        <w:rPr>
          <w:b w:val="0"/>
        </w:rPr>
        <w:t xml:space="preserve"> for </w:t>
      </w:r>
      <w:r>
        <w:rPr>
          <w:b/>
        </w:rPr>
        <w:t>[brief description of the brand]</w:t>
      </w:r>
      <w:r>
        <w:rPr>
          <w:b w:val="0"/>
        </w:rPr>
        <w:t xml:space="preserve">. Over </w:t>
      </w:r>
      <w:r>
        <w:rPr>
          <w:b/>
        </w:rPr>
        <w:t>[timeframe]</w:t>
      </w:r>
      <w:r>
        <w:rPr>
          <w:b w:val="0"/>
        </w:rPr>
        <w:t xml:space="preserve"> I grew </w:t>
      </w:r>
      <w:r>
        <w:rPr>
          <w:b/>
        </w:rPr>
        <w:t>[metric, e.g. engagement rate or saves]</w:t>
      </w:r>
      <w:r>
        <w:rPr>
          <w:b w:val="0"/>
        </w:rPr>
        <w:t xml:space="preserve"> by </w:t>
      </w:r>
      <w:r>
        <w:rPr>
          <w:b/>
        </w:rPr>
        <w:t>[X%]</w:t>
      </w:r>
      <w:r>
        <w:rPr>
          <w:b w:val="0"/>
        </w:rPr>
        <w:t xml:space="preserve"> by </w:t>
      </w:r>
      <w:r>
        <w:rPr>
          <w:b/>
        </w:rPr>
        <w:t>[what you changed]</w:t>
      </w:r>
      <w:r>
        <w:rPr>
          <w:b w:val="0"/>
        </w:rPr>
        <w:t xml:space="preserve">, and our </w:t>
      </w:r>
      <w:r>
        <w:rPr>
          <w:b/>
        </w:rPr>
        <w:t>[creator program or series]</w:t>
      </w:r>
      <w:r>
        <w:rPr>
          <w:b w:val="0"/>
        </w:rPr>
        <w:t xml:space="preserve"> drove </w:t>
      </w:r>
      <w:r>
        <w:rPr>
          <w:b/>
        </w:rPr>
        <w:t>[result, e.g. X% of site traffic from social]</w:t>
      </w:r>
      <w:r>
        <w:rPr>
          <w:b w:val="0"/>
        </w:rPr>
        <w:t>.</w:t>
      </w:r>
    </w:p>
    <w:p/>
    <w:p>
      <w:r>
        <w:rPr>
          <w:b w:val="0"/>
        </w:rPr>
        <w:t xml:space="preserve">If I joined, I'd start by </w:t>
      </w:r>
      <w:r>
        <w:rPr>
          <w:b/>
        </w:rPr>
        <w:t>[one concrete test]</w:t>
      </w:r>
      <w:r>
        <w:rPr>
          <w:b w:val="0"/>
        </w:rPr>
        <w:t xml:space="preserve">, because </w:t>
      </w:r>
      <w:r>
        <w:rPr>
          <w:b/>
        </w:rPr>
        <w:t>[reason tied to your observation]</w:t>
      </w:r>
      <w:r>
        <w:rPr>
          <w:b w:val="0"/>
        </w:rPr>
        <w:t>.</w:t>
      </w:r>
    </w:p>
    <w:p/>
    <w:p>
      <w:r>
        <w:rPr>
          <w:b w:val="0"/>
        </w:rPr>
        <w:t xml:space="preserve">You can see examples of my work here: </w:t>
      </w:r>
      <w:r>
        <w:rPr>
          <w:b/>
        </w:rPr>
        <w:t>[portfolio link]</w:t>
      </w:r>
      <w:r>
        <w:rPr>
          <w:b w:val="0"/>
        </w:rPr>
        <w:t xml:space="preserve">. I'd love to talk about what you're planning for </w:t>
      </w:r>
      <w:r>
        <w:rPr>
          <w:b/>
        </w:rPr>
        <w:t>[platform or season]</w:t>
      </w:r>
      <w:r>
        <w:rPr>
          <w:b w:val="0"/>
        </w:rPr>
        <w:t>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r>
        <w:rPr>
          <w:b/>
        </w:rPr>
        <w:t>[Phone]</w:t>
      </w:r>
      <w:r>
        <w:rPr>
          <w:b w:val="0"/>
        </w:rPr>
        <w:t xml:space="preserve"> · </w:t>
      </w:r>
      <w:r>
        <w:rPr>
          <w:b/>
        </w:rPr>
        <w:t>[LinkedIn URL]</w:t>
      </w:r>
    </w:p>
    <w:p>
      <w:pPr>
        <w:pStyle w:val="Heading2"/>
      </w:pPr>
      <w:r>
        <w:t>Example 2: coordinator stepping up to manager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 w:val="0"/>
        </w:rPr>
        <w:t xml:space="preserve">I'm writing about the Social Media Manager opening at </w:t>
      </w:r>
      <w:r>
        <w:rPr>
          <w:b/>
        </w:rPr>
        <w:t>[Company]</w:t>
      </w:r>
      <w:r>
        <w:rPr>
          <w:b w:val="0"/>
        </w:rPr>
        <w:t xml:space="preserve">. Your recent </w:t>
      </w:r>
      <w:r>
        <w:rPr>
          <w:b/>
        </w:rPr>
        <w:t>[campaign or post series]</w:t>
      </w:r>
      <w:r>
        <w:rPr>
          <w:b w:val="0"/>
        </w:rPr>
        <w:t xml:space="preserve"> caught my eye because </w:t>
      </w:r>
      <w:r>
        <w:rPr>
          <w:b/>
        </w:rPr>
        <w:t>[specific detail]</w:t>
      </w:r>
      <w:r>
        <w:rPr>
          <w:b w:val="0"/>
        </w:rPr>
        <w:t>.</w:t>
      </w:r>
    </w:p>
    <w:p/>
    <w:p>
      <w:r>
        <w:rPr>
          <w:b w:val="0"/>
        </w:rPr>
        <w:t xml:space="preserve">As Social Media Coordinator at </w:t>
      </w:r>
      <w:r>
        <w:rPr>
          <w:b/>
        </w:rPr>
        <w:t>[Current company]</w:t>
      </w:r>
      <w:r>
        <w:rPr>
          <w:b w:val="0"/>
        </w:rPr>
        <w:t xml:space="preserve">, I've run day-to-day publishing on </w:t>
      </w:r>
      <w:r>
        <w:rPr>
          <w:b/>
        </w:rPr>
        <w:t>[platforms]</w:t>
      </w:r>
      <w:r>
        <w:rPr>
          <w:b w:val="0"/>
        </w:rPr>
        <w:t xml:space="preserve"> for </w:t>
      </w:r>
      <w:r>
        <w:rPr>
          <w:b/>
        </w:rPr>
        <w:t>[timeframe]</w:t>
      </w:r>
      <w:r>
        <w:rPr>
          <w:b w:val="0"/>
        </w:rPr>
        <w:t xml:space="preserve">. I pitched and launched </w:t>
      </w:r>
      <w:r>
        <w:rPr>
          <w:b/>
        </w:rPr>
        <w:t>[a series, format or community idea]</w:t>
      </w:r>
      <w:r>
        <w:rPr>
          <w:b w:val="0"/>
        </w:rPr>
        <w:t xml:space="preserve">, which </w:t>
      </w:r>
      <w:r>
        <w:rPr>
          <w:b/>
        </w:rPr>
        <w:t>[result with a number]</w:t>
      </w:r>
      <w:r>
        <w:rPr>
          <w:b w:val="0"/>
        </w:rPr>
        <w:t xml:space="preserve">. I also manage our </w:t>
      </w:r>
      <w:r>
        <w:rPr>
          <w:b/>
        </w:rPr>
        <w:t>[scheduling tool / reporting]</w:t>
      </w:r>
      <w:r>
        <w:rPr>
          <w:b w:val="0"/>
        </w:rPr>
        <w:t xml:space="preserve"> and share a </w:t>
      </w:r>
      <w:r>
        <w:rPr>
          <w:b/>
        </w:rPr>
        <w:t>[weekly / monthly]</w:t>
      </w:r>
      <w:r>
        <w:rPr>
          <w:b w:val="0"/>
        </w:rPr>
        <w:t xml:space="preserve"> report with the </w:t>
      </w:r>
      <w:r>
        <w:rPr>
          <w:b/>
        </w:rPr>
        <w:t>[team]</w:t>
      </w:r>
      <w:r>
        <w:rPr>
          <w:b w:val="0"/>
        </w:rPr>
        <w:t>.</w:t>
      </w:r>
    </w:p>
    <w:p/>
    <w:p>
      <w:r>
        <w:rPr>
          <w:b w:val="0"/>
        </w:rPr>
        <w:t>I'm ready to own strategy as well as execution, and I'd bring the same habit of testing small ideas quickly.</w:t>
      </w:r>
    </w:p>
    <w:p/>
    <w:p>
      <w:r>
        <w:rPr>
          <w:b w:val="0"/>
        </w:rPr>
        <w:t xml:space="preserve">My work is here: </w:t>
      </w:r>
      <w:r>
        <w:rPr>
          <w:b/>
        </w:rPr>
        <w:t>[portfolio link]</w:t>
      </w:r>
      <w:r>
        <w:rPr>
          <w:b w:val="0"/>
        </w:rPr>
        <w:t>. I'd welcome a conversation.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