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Coordinator Cover Letter: Examples and Tips</w:t>
      </w:r>
    </w:p>
    <w:p>
      <w:r>
        <w:t>Templates from https://knowtheroom.ai/cover-letters/social-media-coordinator/ · Replace everything in [brackets].</w:t>
      </w:r>
    </w:p>
    <w:p>
      <w:pPr>
        <w:pStyle w:val="Heading2"/>
      </w:pPr>
      <w:r>
        <w:t>Example 1: social media coordinator with experience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[platform]</w:t>
      </w:r>
      <w:r>
        <w:rPr>
          <w:b w:val="0"/>
        </w:rPr>
        <w:t xml:space="preserve"> </w:t>
      </w:r>
      <w:r>
        <w:rPr>
          <w:b/>
        </w:rPr>
        <w:t>[series, format or recent post]</w:t>
      </w:r>
      <w:r>
        <w:rPr>
          <w:b w:val="0"/>
        </w:rPr>
        <w:t xml:space="preserve"> does something most </w:t>
      </w:r>
      <w:r>
        <w:rPr>
          <w:b/>
        </w:rPr>
        <w:t>[category]</w:t>
      </w:r>
      <w:r>
        <w:rPr>
          <w:b w:val="0"/>
        </w:rPr>
        <w:t xml:space="preserve"> brands miss: [specific observation, e.g. it replies to comments like a person, it turns customer questions into short videos]. I'd like to help you do more of it as your Social Media Coordinator.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run day-to-day posting for </w:t>
      </w:r>
      <w:r>
        <w:rPr>
          <w:b/>
        </w:rPr>
        <w:t>[platforms]</w:t>
      </w:r>
      <w:r>
        <w:rPr>
          <w:b w:val="0"/>
        </w:rPr>
        <w:t xml:space="preserve">. In </w:t>
      </w:r>
      <w:r>
        <w:rPr>
          <w:b/>
        </w:rPr>
        <w:t>[time]</w:t>
      </w:r>
      <w:r>
        <w:rPr>
          <w:b w:val="0"/>
        </w:rPr>
        <w:t xml:space="preserve">, I [what you did, e.g. moved our calendar from ad hoc to two weeks ahead and started a weekly short-video format], and </w:t>
      </w:r>
      <w:r>
        <w:rPr>
          <w:b/>
        </w:rPr>
        <w:t>[result: engagement rate, saves, replies, clicks]</w:t>
      </w:r>
      <w:r>
        <w:rPr>
          <w:b w:val="0"/>
        </w:rPr>
        <w:t xml:space="preserve"> went from </w:t>
      </w:r>
      <w:r>
        <w:rPr>
          <w:b/>
        </w:rPr>
        <w:t>[before]</w:t>
      </w:r>
      <w:r>
        <w:rPr>
          <w:b w:val="0"/>
        </w:rPr>
        <w:t xml:space="preserve"> to </w:t>
      </w:r>
      <w:r>
        <w:rPr>
          <w:b/>
        </w:rPr>
        <w:t>[after]</w:t>
      </w:r>
      <w:r>
        <w:rPr>
          <w:b w:val="0"/>
        </w:rPr>
        <w:t>.</w:t>
      </w:r>
    </w:p>
    <w:p/>
    <w:p>
      <w:r>
        <w:rPr>
          <w:b w:val="0"/>
        </w:rPr>
        <w:t xml:space="preserve">I schedule in </w:t>
      </w:r>
      <w:r>
        <w:rPr>
          <w:b/>
        </w:rPr>
        <w:t>[tool]</w:t>
      </w:r>
      <w:r>
        <w:rPr>
          <w:b w:val="0"/>
        </w:rPr>
        <w:t xml:space="preserve">, answer our community within </w:t>
      </w:r>
      <w:r>
        <w:rPr>
          <w:b/>
        </w:rPr>
        <w:t>[time frame]</w:t>
      </w:r>
      <w:r>
        <w:rPr>
          <w:b w:val="0"/>
        </w:rPr>
        <w:t>, and send a weekly report that says what to do more and less of.</w:t>
      </w:r>
    </w:p>
    <w:p/>
    <w:p>
      <w:r>
        <w:rPr>
          <w:b w:val="0"/>
        </w:rPr>
        <w:t xml:space="preserve">You can see my work at </w:t>
      </w:r>
      <w:r>
        <w:rPr>
          <w:b/>
        </w:rPr>
        <w:t>[link]</w:t>
      </w:r>
      <w:r>
        <w:rPr>
          <w:b w:val="0"/>
        </w:rPr>
        <w:t>. I'd welcome the chance to talk about the role.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entry-level social media coordinator with no experience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social channels.]</w:t>
      </w:r>
      <w:r>
        <w:rPr>
          <w:b w:val="0"/>
        </w:rPr>
        <w:t xml:space="preserve"> I'm applying for the Social Media Coordinator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 haven't held a social media job yet, but I've been running accounts for </w:t>
      </w:r>
      <w:r>
        <w:rPr>
          <w:b/>
        </w:rPr>
        <w:t>[time]</w:t>
      </w:r>
      <w:r>
        <w:rPr>
          <w:b w:val="0"/>
        </w:rPr>
        <w:t xml:space="preserve">. I manage </w:t>
      </w:r>
      <w:r>
        <w:rPr>
          <w:b/>
        </w:rPr>
        <w:t>[club, small business or side project]</w:t>
      </w:r>
      <w:r>
        <w:rPr>
          <w:b w:val="0"/>
        </w:rPr>
        <w:t xml:space="preserve">'s </w:t>
      </w:r>
      <w:r>
        <w:rPr>
          <w:b/>
        </w:rPr>
        <w:t>[platform]</w:t>
      </w:r>
      <w:r>
        <w:rPr>
          <w:b w:val="0"/>
        </w:rPr>
        <w:t xml:space="preserve">, where I </w:t>
      </w:r>
      <w:r>
        <w:rPr>
          <w:b/>
        </w:rPr>
        <w:t>[what you did: started a posting schedule, tested formats, answered every comment]</w:t>
      </w:r>
      <w:r>
        <w:rPr>
          <w:b w:val="0"/>
        </w:rPr>
        <w:t xml:space="preserve">. In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[result: followers, engagement, event sign-ups, sales]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[tools: Canva, CapCut, Later, Meta Business Suite]</w:t>
      </w:r>
      <w:r>
        <w:rPr>
          <w:b w:val="0"/>
        </w:rPr>
        <w:t xml:space="preserve"> and I learn platforms quickly.</w:t>
      </w:r>
    </w:p>
    <w:p/>
    <w:p>
      <w:r>
        <w:rPr>
          <w:b w:val="0"/>
        </w:rPr>
        <w:t xml:space="preserve">The account is at </w:t>
      </w:r>
      <w:r>
        <w:rPr>
          <w:b/>
        </w:rPr>
        <w:t>[link]</w:t>
      </w:r>
      <w:r>
        <w:rPr>
          <w:b w:val="0"/>
        </w:rPr>
        <w:t xml:space="preserve">. I'd love the chance to show you what I could do for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social media marketing coordinator (broader role)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social or a recent campaign.]</w:t>
      </w:r>
      <w:r>
        <w:rPr>
          <w:b w:val="0"/>
        </w:rPr>
        <w:t xml:space="preserve"> I'm applying for the Social Media Marketing Coordinator role.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coordinate social alongside </w:t>
      </w:r>
      <w:r>
        <w:rPr>
          <w:b/>
        </w:rPr>
        <w:t>[email / events / paid social]</w:t>
      </w:r>
      <w:r>
        <w:rPr>
          <w:b w:val="0"/>
        </w:rPr>
        <w:t xml:space="preserve">. For our </w:t>
      </w:r>
      <w:r>
        <w:rPr>
          <w:b/>
        </w:rPr>
        <w:t>[campaign or launch]</w:t>
      </w:r>
      <w:r>
        <w:rPr>
          <w:b w:val="0"/>
        </w:rPr>
        <w:t xml:space="preserve">, I </w:t>
      </w:r>
      <w:r>
        <w:rPr>
          <w:b/>
        </w:rPr>
        <w:t>[what you did across channels]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keep calendars, briefs and approvals moving across </w:t>
      </w:r>
      <w:r>
        <w:rPr>
          <w:b/>
        </w:rPr>
        <w:t>[teams]</w:t>
      </w:r>
      <w:r>
        <w:rPr>
          <w:b w:val="0"/>
        </w:rPr>
        <w:t xml:space="preserve">, and I'm comfortable with </w:t>
      </w:r>
      <w:r>
        <w:rPr>
          <w:b/>
        </w:rPr>
        <w:t>[tools from the posting]</w:t>
      </w:r>
      <w:r>
        <w:rPr>
          <w:b w:val="0"/>
        </w:rPr>
        <w:t>.</w:t>
      </w:r>
    </w:p>
    <w:p/>
    <w:p>
      <w:r>
        <w:rPr>
          <w:b w:val="0"/>
        </w:rPr>
        <w:t xml:space="preserve">Work samples: </w:t>
      </w:r>
      <w:r>
        <w:rPr>
          <w:b/>
        </w:rPr>
        <w:t>[link]</w:t>
      </w:r>
      <w:r>
        <w:rPr>
          <w:b w:val="0"/>
        </w:rPr>
        <w:t>. I'd be glad to talk.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