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SEO Specialist Cover Letter: Examples and Structure</w:t>
      </w:r>
    </w:p>
    <w:p>
      <w:r>
        <w:t>Templates from https://knowtheroom.ai/cover-letters/seo-specialist/ · Replace everything in [brackets].</w:t>
      </w:r>
    </w:p>
    <w:p>
      <w:pPr>
        <w:pStyle w:val="Heading2"/>
      </w:pPr>
      <w:r>
        <w:t>Example 1: in-house SEO specialist</w:t>
      </w:r>
    </w:p>
    <w:p>
      <w:r>
        <w:rPr>
          <w:b w:val="0"/>
        </w:rPr>
        <w:t xml:space="preserve">Dear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I spent some time on </w:t>
      </w:r>
      <w:r>
        <w:rPr>
          <w:b/>
        </w:rPr>
        <w:t>[Company]</w:t>
      </w:r>
      <w:r>
        <w:rPr>
          <w:b w:val="0"/>
        </w:rPr>
        <w:t>'s site before applying and noticed [specific, accurate observation, e.g. your category pages rank well, but the comparison guides your customers search for sit on page two]. That's the kind of gap I like closing, and I'd like to do it as your SEO Specialist.</w:t>
      </w:r>
    </w:p>
    <w:p/>
    <w:p>
      <w:r>
        <w:rPr>
          <w:b w:val="0"/>
        </w:rPr>
        <w:t xml:space="preserve">At </w:t>
      </w:r>
      <w:r>
        <w:rPr>
          <w:b/>
        </w:rPr>
        <w:t>[Company]</w:t>
      </w:r>
      <w:r>
        <w:rPr>
          <w:b w:val="0"/>
        </w:rPr>
        <w:t xml:space="preserve">, I own technical and on-page SEO for </w:t>
      </w:r>
      <w:r>
        <w:rPr>
          <w:b/>
        </w:rPr>
        <w:t>[site type]</w:t>
      </w:r>
      <w:r>
        <w:rPr>
          <w:b w:val="0"/>
        </w:rPr>
        <w:t>. Two results:</w:t>
      </w:r>
    </w:p>
    <w:p>
      <w:r>
        <w:rPr>
          <w:b w:val="0"/>
        </w:rPr>
        <w:t xml:space="preserve">- </w:t>
      </w:r>
      <w:r>
        <w:rPr>
          <w:b/>
        </w:rPr>
        <w:t>[Problem]</w:t>
      </w:r>
      <w:r>
        <w:rPr>
          <w:b w:val="0"/>
        </w:rPr>
        <w:t xml:space="preserve">: I [what you did, e.g. fixed crawl waste from faceted URLs and consolidated thin pages]. Organic </w:t>
      </w:r>
      <w:r>
        <w:rPr>
          <w:b/>
        </w:rPr>
        <w:t>[traffic / sign-ups]</w:t>
      </w:r>
      <w:r>
        <w:rPr>
          <w:b w:val="0"/>
        </w:rPr>
        <w:t xml:space="preserve"> rose </w:t>
      </w:r>
      <w:r>
        <w:rPr>
          <w:b/>
        </w:rPr>
        <w:t>[result]</w:t>
      </w:r>
      <w:r>
        <w:rPr>
          <w:b w:val="0"/>
        </w:rPr>
        <w:t xml:space="preserve"> over </w:t>
      </w:r>
      <w:r>
        <w:rPr>
          <w:b/>
        </w:rPr>
        <w:t>[time]</w:t>
      </w:r>
      <w:r>
        <w:rPr>
          <w:b w:val="0"/>
        </w:rPr>
        <w:t>.</w:t>
      </w:r>
    </w:p>
    <w:p>
      <w:r>
        <w:rPr>
          <w:b w:val="0"/>
        </w:rPr>
        <w:t xml:space="preserve">- </w:t>
      </w:r>
      <w:r>
        <w:rPr>
          <w:b/>
        </w:rPr>
        <w:t>[Problem]</w:t>
      </w:r>
      <w:r>
        <w:rPr>
          <w:b w:val="0"/>
        </w:rPr>
        <w:t xml:space="preserve">: I [what you did, e.g. rebuilt internal linking around our top </w:t>
      </w:r>
      <w:r>
        <w:rPr>
          <w:b/>
        </w:rPr>
        <w:t>[number]</w:t>
      </w:r>
      <w:r>
        <w:rPr>
          <w:b w:val="0"/>
        </w:rPr>
        <w:t xml:space="preserve"> topics], which moved </w:t>
      </w:r>
      <w:r>
        <w:rPr>
          <w:b/>
        </w:rPr>
        <w:t>[number]</w:t>
      </w:r>
      <w:r>
        <w:rPr>
          <w:b w:val="0"/>
        </w:rPr>
        <w:t xml:space="preserve"> priority queries onto page one.</w:t>
      </w:r>
    </w:p>
    <w:p/>
    <w:p>
      <w:r>
        <w:rPr>
          <w:b w:val="0"/>
        </w:rPr>
        <w:t xml:space="preserve">I work in </w:t>
      </w:r>
      <w:r>
        <w:rPr>
          <w:b/>
        </w:rPr>
        <w:t>[Search Console, GA4, a crawler, keyword tool]</w:t>
      </w:r>
      <w:r>
        <w:rPr>
          <w:b w:val="0"/>
        </w:rPr>
        <w:t xml:space="preserve"> every day and write tickets developers can ship without a meeting.</w:t>
      </w:r>
    </w:p>
    <w:p/>
    <w:p>
      <w:r>
        <w:rPr>
          <w:b w:val="0"/>
        </w:rPr>
        <w:t xml:space="preserve">I'd welcome the chance to talk about </w:t>
      </w:r>
      <w:r>
        <w:rPr>
          <w:b/>
        </w:rPr>
        <w:t>[Company]</w:t>
      </w:r>
      <w:r>
        <w:rPr>
          <w:b w:val="0"/>
        </w:rPr>
        <w:t xml:space="preserve">'s search plans for </w:t>
      </w:r>
      <w:r>
        <w:rPr>
          <w:b/>
        </w:rPr>
        <w:t>[period or product]</w:t>
      </w:r>
      <w:r>
        <w:rPr>
          <w:b w:val="0"/>
        </w:rPr>
        <w:t>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p>
      <w:pPr>
        <w:pStyle w:val="Heading2"/>
      </w:pPr>
      <w:r>
        <w:t>Example 2: agency SEO specialist</w:t>
      </w:r>
    </w:p>
    <w:p>
      <w:r>
        <w:rPr>
          <w:b w:val="0"/>
        </w:rPr>
        <w:t xml:space="preserve">Dear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/>
        </w:rPr>
        <w:t>[One line on the agency's work or a client result you admire.]</w:t>
      </w:r>
      <w:r>
        <w:rPr>
          <w:b w:val="0"/>
        </w:rPr>
        <w:t xml:space="preserve"> I'm applying for the SEO Specialist role at </w:t>
      </w:r>
      <w:r>
        <w:rPr>
          <w:b/>
        </w:rPr>
        <w:t>[Agency]</w:t>
      </w:r>
      <w:r>
        <w:rPr>
          <w:b w:val="0"/>
        </w:rPr>
        <w:t>.</w:t>
      </w:r>
    </w:p>
    <w:p/>
    <w:p>
      <w:r>
        <w:rPr>
          <w:b w:val="0"/>
        </w:rPr>
        <w:t xml:space="preserve">At </w:t>
      </w:r>
      <w:r>
        <w:rPr>
          <w:b/>
        </w:rPr>
        <w:t>[Agency or Company]</w:t>
      </w:r>
      <w:r>
        <w:rPr>
          <w:b w:val="0"/>
        </w:rPr>
        <w:t xml:space="preserve">, I manage SEO for </w:t>
      </w:r>
      <w:r>
        <w:rPr>
          <w:b/>
        </w:rPr>
        <w:t>[number]</w:t>
      </w:r>
      <w:r>
        <w:rPr>
          <w:b w:val="0"/>
        </w:rPr>
        <w:t xml:space="preserve"> clients in </w:t>
      </w:r>
      <w:r>
        <w:rPr>
          <w:b/>
        </w:rPr>
        <w:t>[industries]</w:t>
      </w:r>
      <w:r>
        <w:rPr>
          <w:b w:val="0"/>
        </w:rPr>
        <w:t xml:space="preserve">. For </w:t>
      </w:r>
      <w:r>
        <w:rPr>
          <w:b/>
        </w:rPr>
        <w:t>[client type]</w:t>
      </w:r>
      <w:r>
        <w:rPr>
          <w:b w:val="0"/>
        </w:rPr>
        <w:t xml:space="preserve">, I </w:t>
      </w:r>
      <w:r>
        <w:rPr>
          <w:b/>
        </w:rPr>
        <w:t>[what you did]</w:t>
      </w:r>
      <w:r>
        <w:rPr>
          <w:b w:val="0"/>
        </w:rPr>
        <w:t xml:space="preserve"> and </w:t>
      </w:r>
      <w:r>
        <w:rPr>
          <w:b/>
        </w:rPr>
        <w:t>[result]</w:t>
      </w:r>
      <w:r>
        <w:rPr>
          <w:b w:val="0"/>
        </w:rPr>
        <w:t xml:space="preserve"> in </w:t>
      </w:r>
      <w:r>
        <w:rPr>
          <w:b/>
        </w:rPr>
        <w:t>[time]</w:t>
      </w:r>
      <w:r>
        <w:rPr>
          <w:b w:val="0"/>
        </w:rPr>
        <w:t xml:space="preserve">. For another, I ran a technical audit that </w:t>
      </w:r>
      <w:r>
        <w:rPr>
          <w:b/>
        </w:rPr>
        <w:t>[result]</w:t>
      </w:r>
      <w:r>
        <w:rPr>
          <w:b w:val="0"/>
        </w:rPr>
        <w:t>.</w:t>
      </w:r>
    </w:p>
    <w:p/>
    <w:p>
      <w:r>
        <w:rPr>
          <w:b w:val="0"/>
        </w:rPr>
        <w:t>I'm comfortable running several accounts at once, turning audits into prioritized plans clients approve, and reporting on progress in plain language.</w:t>
      </w:r>
    </w:p>
    <w:p/>
    <w:p>
      <w:r>
        <w:rPr>
          <w:b w:val="0"/>
        </w:rPr>
        <w:t xml:space="preserve">I'd be glad to talk about how I could support your </w:t>
      </w:r>
      <w:r>
        <w:rPr>
          <w:b/>
        </w:rPr>
        <w:t>[team or client group]</w:t>
      </w:r>
      <w:r>
        <w:rPr>
          <w:b w:val="0"/>
        </w:rPr>
        <w:t>.</w:t>
      </w:r>
    </w:p>
    <w:p/>
    <w:p>
      <w:r>
        <w:rPr>
          <w:b w:val="0"/>
        </w:rPr>
        <w:t>Thank you,</w:t>
      </w:r>
    </w:p>
    <w:p>
      <w:r>
        <w:rPr>
          <w:b/>
        </w:rPr>
        <w:t>[Your name]</w:t>
      </w:r>
    </w:p>
    <w:p>
      <w:pPr>
        <w:pStyle w:val="Heading2"/>
      </w:pPr>
      <w:r>
        <w:t>Example 3: entry-level SEO cover letter</w:t>
      </w:r>
    </w:p>
    <w:p>
      <w:r>
        <w:rPr>
          <w:b w:val="0"/>
        </w:rPr>
        <w:t xml:space="preserve">Dear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/>
        </w:rPr>
        <w:t>[Specific observation about their site or content.]</w:t>
      </w:r>
      <w:r>
        <w:rPr>
          <w:b w:val="0"/>
        </w:rPr>
        <w:t xml:space="preserve"> I'm applying for the </w:t>
      </w:r>
      <w:r>
        <w:rPr>
          <w:b/>
        </w:rPr>
        <w:t>[Junior]</w:t>
      </w:r>
      <w:r>
        <w:rPr>
          <w:b w:val="0"/>
        </w:rPr>
        <w:t xml:space="preserve"> SEO Specialist role at </w:t>
      </w:r>
      <w:r>
        <w:rPr>
          <w:b/>
        </w:rPr>
        <w:t>[Company]</w:t>
      </w:r>
      <w:r>
        <w:rPr>
          <w:b w:val="0"/>
        </w:rPr>
        <w:t>.</w:t>
      </w:r>
    </w:p>
    <w:p/>
    <w:p>
      <w:r>
        <w:rPr>
          <w:b w:val="0"/>
        </w:rPr>
        <w:t xml:space="preserve">I learned SEO by doing it. I built </w:t>
      </w:r>
      <w:r>
        <w:rPr>
          <w:b/>
        </w:rPr>
        <w:t>[site or blog]</w:t>
      </w:r>
      <w:r>
        <w:rPr>
          <w:b w:val="0"/>
        </w:rPr>
        <w:t xml:space="preserve"> about </w:t>
      </w:r>
      <w:r>
        <w:rPr>
          <w:b/>
        </w:rPr>
        <w:t>[topic]</w:t>
      </w:r>
      <w:r>
        <w:rPr>
          <w:b w:val="0"/>
        </w:rPr>
        <w:t xml:space="preserve"> and grew it to </w:t>
      </w:r>
      <w:r>
        <w:rPr>
          <w:b/>
        </w:rPr>
        <w:t>[result]</w:t>
      </w:r>
      <w:r>
        <w:rPr>
          <w:b w:val="0"/>
        </w:rPr>
        <w:t xml:space="preserve"> in </w:t>
      </w:r>
      <w:r>
        <w:rPr>
          <w:b/>
        </w:rPr>
        <w:t>[time]</w:t>
      </w:r>
      <w:r>
        <w:rPr>
          <w:b w:val="0"/>
        </w:rPr>
        <w:t xml:space="preserve"> by </w:t>
      </w:r>
      <w:r>
        <w:rPr>
          <w:b/>
        </w:rPr>
        <w:t>[what you did: keyword research, internal linking, fixing slow pages]</w:t>
      </w:r>
      <w:r>
        <w:rPr>
          <w:b w:val="0"/>
        </w:rPr>
        <w:t xml:space="preserve">. I also ran an audit for </w:t>
      </w:r>
      <w:r>
        <w:rPr>
          <w:b/>
        </w:rPr>
        <w:t>[small business or club]</w:t>
      </w:r>
      <w:r>
        <w:rPr>
          <w:b w:val="0"/>
        </w:rPr>
        <w:t xml:space="preserve"> that </w:t>
      </w:r>
      <w:r>
        <w:rPr>
          <w:b/>
        </w:rPr>
        <w:t>[result or fix shipped]</w:t>
      </w:r>
      <w:r>
        <w:rPr>
          <w:b w:val="0"/>
        </w:rPr>
        <w:t xml:space="preserve">. I've completed </w:t>
      </w:r>
      <w:r>
        <w:rPr>
          <w:b/>
        </w:rPr>
        <w:t>[certification, if relevant]</w:t>
      </w:r>
      <w:r>
        <w:rPr>
          <w:b w:val="0"/>
        </w:rPr>
        <w:t>.</w:t>
      </w:r>
    </w:p>
    <w:p/>
    <w:p>
      <w:r>
        <w:rPr>
          <w:b w:val="0"/>
        </w:rPr>
        <w:t xml:space="preserve">I'm comfortable in </w:t>
      </w:r>
      <w:r>
        <w:rPr>
          <w:b/>
        </w:rPr>
        <w:t>[tools]</w:t>
      </w:r>
      <w:r>
        <w:rPr>
          <w:b w:val="0"/>
        </w:rPr>
        <w:t xml:space="preserve"> and ready to learn your process.</w:t>
      </w:r>
    </w:p>
    <w:p/>
    <w:p>
      <w:r>
        <w:rPr>
          <w:b w:val="0"/>
        </w:rPr>
        <w:t>I'd love the chance to talk about the role.</w:t>
      </w:r>
    </w:p>
    <w:p/>
    <w:p>
      <w:r>
        <w:rPr>
          <w:b/>
        </w:rPr>
        <w:t>[Your name]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