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Public Relations Cover Letter: PR Examples and Structure</w:t>
      </w:r>
    </w:p>
    <w:p>
      <w:r>
        <w:t>Templates from https://knowtheroom.ai/cover-letters/public-relations/ · Replace everything in [brackets].</w:t>
      </w:r>
    </w:p>
    <w:p>
      <w:pPr>
        <w:pStyle w:val="Heading2"/>
      </w:pPr>
      <w:r>
        <w:t>Example 1: agency PR account executive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Your team's work getting </w:t>
      </w:r>
      <w:r>
        <w:rPr>
          <w:b/>
        </w:rPr>
        <w:t>[client]</w:t>
      </w:r>
      <w:r>
        <w:rPr>
          <w:b w:val="0"/>
        </w:rPr>
        <w:t xml:space="preserve"> into </w:t>
      </w:r>
      <w:r>
        <w:rPr>
          <w:b/>
        </w:rPr>
        <w:t>[outlet]</w:t>
      </w:r>
      <w:r>
        <w:rPr>
          <w:b w:val="0"/>
        </w:rPr>
        <w:t xml:space="preserve"> for </w:t>
      </w:r>
      <w:r>
        <w:rPr>
          <w:b/>
        </w:rPr>
        <w:t>[story angle]</w:t>
      </w:r>
      <w:r>
        <w:rPr>
          <w:b w:val="0"/>
        </w:rPr>
        <w:t xml:space="preserve"> is the kind of placement I want to be pitching, so I'm applying for the Account Executive role at </w:t>
      </w:r>
      <w:r>
        <w:rPr>
          <w:b/>
        </w:rPr>
        <w:t>[Agency]</w:t>
      </w:r>
      <w:r>
        <w:rPr>
          <w:b w:val="0"/>
        </w:rPr>
        <w:t>.</w:t>
      </w:r>
    </w:p>
    <w:p/>
    <w:p>
      <w:r>
        <w:rPr>
          <w:b w:val="0"/>
        </w:rPr>
        <w:t xml:space="preserve">At </w:t>
      </w:r>
      <w:r>
        <w:rPr>
          <w:b/>
        </w:rPr>
        <w:t>[Current agency]</w:t>
      </w:r>
      <w:r>
        <w:rPr>
          <w:b w:val="0"/>
        </w:rPr>
        <w:t xml:space="preserve">, I support </w:t>
      </w:r>
      <w:r>
        <w:rPr>
          <w:b/>
        </w:rPr>
        <w:t>[number]</w:t>
      </w:r>
      <w:r>
        <w:rPr>
          <w:b w:val="0"/>
        </w:rPr>
        <w:t xml:space="preserve"> accounts in </w:t>
      </w:r>
      <w:r>
        <w:rPr>
          <w:b/>
        </w:rPr>
        <w:t>[sector, e.g. consumer tech and food and beverage]</w:t>
      </w:r>
      <w:r>
        <w:rPr>
          <w:b w:val="0"/>
        </w:rPr>
        <w:t xml:space="preserve">. I pitched </w:t>
      </w:r>
      <w:r>
        <w:rPr>
          <w:b/>
        </w:rPr>
        <w:t>[outlet]</w:t>
      </w:r>
      <w:r>
        <w:rPr>
          <w:b w:val="0"/>
        </w:rPr>
        <w:t xml:space="preserve"> on </w:t>
      </w:r>
      <w:r>
        <w:rPr>
          <w:b/>
        </w:rPr>
        <w:t>[angle]</w:t>
      </w:r>
      <w:r>
        <w:rPr>
          <w:b w:val="0"/>
        </w:rPr>
        <w:t xml:space="preserve"> for </w:t>
      </w:r>
      <w:r>
        <w:rPr>
          <w:b/>
        </w:rPr>
        <w:t>[client]</w:t>
      </w:r>
      <w:r>
        <w:rPr>
          <w:b w:val="0"/>
        </w:rPr>
        <w:t xml:space="preserve">, which led to [type of coverage, e.g. a feature in the </w:t>
      </w:r>
      <w:r>
        <w:rPr>
          <w:b/>
        </w:rPr>
        <w:t>[section]</w:t>
      </w:r>
      <w:r>
        <w:rPr>
          <w:b w:val="0"/>
        </w:rPr>
        <w:t xml:space="preserve">], and I built the media list behind our </w:t>
      </w:r>
      <w:r>
        <w:rPr>
          <w:b/>
        </w:rPr>
        <w:t>[launch]</w:t>
      </w:r>
      <w:r>
        <w:rPr>
          <w:b w:val="0"/>
        </w:rPr>
        <w:t xml:space="preserve">, which earned </w:t>
      </w:r>
      <w:r>
        <w:rPr>
          <w:b/>
        </w:rPr>
        <w:t>[number]</w:t>
      </w:r>
      <w:r>
        <w:rPr>
          <w:b w:val="0"/>
        </w:rPr>
        <w:t xml:space="preserve"> pieces of coverage in </w:t>
      </w:r>
      <w:r>
        <w:rPr>
          <w:b/>
        </w:rPr>
        <w:t>[timeframe]</w:t>
      </w:r>
      <w:r>
        <w:rPr>
          <w:b w:val="0"/>
        </w:rPr>
        <w:t>.</w:t>
      </w:r>
    </w:p>
    <w:p/>
    <w:p>
      <w:r>
        <w:rPr>
          <w:b w:val="0"/>
        </w:rPr>
        <w:t xml:space="preserve">I know the </w:t>
      </w:r>
      <w:r>
        <w:rPr>
          <w:b/>
        </w:rPr>
        <w:t>[beat]</w:t>
      </w:r>
      <w:r>
        <w:rPr>
          <w:b w:val="0"/>
        </w:rPr>
        <w:t xml:space="preserve"> reporters at </w:t>
      </w:r>
      <w:r>
        <w:rPr>
          <w:b/>
        </w:rPr>
        <w:t>[types of outlets]</w:t>
      </w:r>
      <w:r>
        <w:rPr>
          <w:b w:val="0"/>
        </w:rPr>
        <w:t xml:space="preserve"> and what each of them covers. I also write our weekly coverage reports, so I'm used to explaining to a client what a placement means for them and what we'll pitch next.</w:t>
      </w:r>
    </w:p>
    <w:p/>
    <w:p>
      <w:r>
        <w:rPr>
          <w:b w:val="0"/>
        </w:rPr>
        <w:t xml:space="preserve">I'd welcome a conversation. Clips are at </w:t>
      </w:r>
      <w:r>
        <w:rPr>
          <w:b/>
        </w:rPr>
        <w:t>[link]</w:t>
      </w:r>
      <w:r>
        <w:rPr>
          <w:b w:val="0"/>
        </w:rPr>
        <w:t>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</w:p>
    <w:p>
      <w:pPr>
        <w:pStyle w:val="Heading2"/>
      </w:pPr>
      <w:r>
        <w:t>Example 2: in-house communications or PR manager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/>
        </w:rPr>
        <w:t>[Company]</w:t>
      </w:r>
      <w:r>
        <w:rPr>
          <w:b w:val="0"/>
        </w:rPr>
        <w:t xml:space="preserve">'s </w:t>
      </w:r>
      <w:r>
        <w:rPr>
          <w:b/>
        </w:rPr>
        <w:t>[recent announcement or news moment]</w:t>
      </w:r>
      <w:r>
        <w:rPr>
          <w:b w:val="0"/>
        </w:rPr>
        <w:t xml:space="preserve"> got [observation, e.g. the product story in front of trade and business press at the same time]. I'm applying for the </w:t>
      </w:r>
      <w:r>
        <w:rPr>
          <w:b/>
        </w:rPr>
        <w:t>[PR Manager / Communications Manager]</w:t>
      </w:r>
      <w:r>
        <w:rPr>
          <w:b w:val="0"/>
        </w:rPr>
        <w:t xml:space="preserve"> role because I'd like to help build on that.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run media relations and executive communications for </w:t>
      </w:r>
      <w:r>
        <w:rPr>
          <w:b/>
        </w:rPr>
        <w:t>[team or business]</w:t>
      </w:r>
      <w:r>
        <w:rPr>
          <w:b w:val="0"/>
        </w:rPr>
        <w:t xml:space="preserve">. I placed our </w:t>
      </w:r>
      <w:r>
        <w:rPr>
          <w:b/>
        </w:rPr>
        <w:t>[executive's title]</w:t>
      </w:r>
      <w:r>
        <w:rPr>
          <w:b w:val="0"/>
        </w:rPr>
        <w:t xml:space="preserve"> in </w:t>
      </w:r>
      <w:r>
        <w:rPr>
          <w:b/>
        </w:rPr>
        <w:t>[outlet]</w:t>
      </w:r>
      <w:r>
        <w:rPr>
          <w:b w:val="0"/>
        </w:rPr>
        <w:t xml:space="preserve"> on </w:t>
      </w:r>
      <w:r>
        <w:rPr>
          <w:b/>
        </w:rPr>
        <w:t>[topic]</w:t>
      </w:r>
      <w:r>
        <w:rPr>
          <w:b w:val="0"/>
        </w:rPr>
        <w:t xml:space="preserve">, prepared </w:t>
      </w:r>
      <w:r>
        <w:rPr>
          <w:b/>
        </w:rPr>
        <w:t>[them / the leadership team]</w:t>
      </w:r>
      <w:r>
        <w:rPr>
          <w:b w:val="0"/>
        </w:rPr>
        <w:t xml:space="preserve"> for </w:t>
      </w:r>
      <w:r>
        <w:rPr>
          <w:b/>
        </w:rPr>
        <w:t>[number]</w:t>
      </w:r>
      <w:r>
        <w:rPr>
          <w:b w:val="0"/>
        </w:rPr>
        <w:t xml:space="preserve"> interviews, and wrote the messaging we used for </w:t>
      </w:r>
      <w:r>
        <w:rPr>
          <w:b/>
        </w:rPr>
        <w:t>[launch or announcement]</w:t>
      </w:r>
      <w:r>
        <w:rPr>
          <w:b w:val="0"/>
        </w:rPr>
        <w:t xml:space="preserve"> across press, social and internal channels.</w:t>
      </w:r>
    </w:p>
    <w:p/>
    <w:p>
      <w:r>
        <w:rPr>
          <w:b w:val="0"/>
        </w:rPr>
        <w:t xml:space="preserve">When </w:t>
      </w:r>
      <w:r>
        <w:rPr>
          <w:b/>
        </w:rPr>
        <w:t>[issue, e.g. a product recall or an outage]</w:t>
      </w:r>
      <w:r>
        <w:rPr>
          <w:b w:val="0"/>
        </w:rPr>
        <w:t xml:space="preserve"> hit, I [what you did, e.g. drafted the holding statement within </w:t>
      </w:r>
      <w:r>
        <w:rPr>
          <w:b/>
        </w:rPr>
        <w:t>[timeframe]</w:t>
      </w:r>
      <w:r>
        <w:rPr>
          <w:b w:val="0"/>
        </w:rPr>
        <w:t xml:space="preserve"> and coordinated with legal and support], which kept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 w:val="0"/>
        </w:rPr>
        <w:t xml:space="preserve">I'd be glad to talk about your plans for </w:t>
      </w:r>
      <w:r>
        <w:rPr>
          <w:b/>
        </w:rPr>
        <w:t>[the goal named in the posting]</w:t>
      </w:r>
      <w:r>
        <w:rPr>
          <w:b w:val="0"/>
        </w:rPr>
        <w:t>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pPr>
        <w:pStyle w:val="Heading2"/>
      </w:pPr>
      <w:r>
        <w:t>Example 3: entry-level PR or communications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 read about </w:t>
      </w:r>
      <w:r>
        <w:rPr>
          <w:b/>
        </w:rPr>
        <w:t>[their client or company]</w:t>
      </w:r>
      <w:r>
        <w:rPr>
          <w:b w:val="0"/>
        </w:rPr>
        <w:t xml:space="preserve">'s </w:t>
      </w:r>
      <w:r>
        <w:rPr>
          <w:b/>
        </w:rPr>
        <w:t>[news]</w:t>
      </w:r>
      <w:r>
        <w:rPr>
          <w:b w:val="0"/>
        </w:rPr>
        <w:t xml:space="preserve"> in </w:t>
      </w:r>
      <w:r>
        <w:rPr>
          <w:b/>
        </w:rPr>
        <w:t>[outlet]</w:t>
      </w:r>
      <w:r>
        <w:rPr>
          <w:b w:val="0"/>
        </w:rPr>
        <w:t xml:space="preserve">, and the angle on </w:t>
      </w:r>
      <w:r>
        <w:rPr>
          <w:b/>
        </w:rPr>
        <w:t>[detail]</w:t>
      </w:r>
      <w:r>
        <w:rPr>
          <w:b w:val="0"/>
        </w:rPr>
        <w:t xml:space="preserve"> was what made it a story. I'm applying for the </w:t>
      </w:r>
      <w:r>
        <w:rPr>
          <w:b/>
        </w:rPr>
        <w:t>[PR Assistant / Coordinator]</w:t>
      </w:r>
      <w:r>
        <w:rPr>
          <w:b w:val="0"/>
        </w:rPr>
        <w:t xml:space="preserve"> role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 xml:space="preserve">During my internship at </w:t>
      </w:r>
      <w:r>
        <w:rPr>
          <w:b/>
        </w:rPr>
        <w:t>[Agency or company]</w:t>
      </w:r>
      <w:r>
        <w:rPr>
          <w:b w:val="0"/>
        </w:rPr>
        <w:t xml:space="preserve">, I built media lists for </w:t>
      </w:r>
      <w:r>
        <w:rPr>
          <w:b/>
        </w:rPr>
        <w:t>[number]</w:t>
      </w:r>
      <w:r>
        <w:rPr>
          <w:b w:val="0"/>
        </w:rPr>
        <w:t xml:space="preserve"> campaigns, drafted </w:t>
      </w:r>
      <w:r>
        <w:rPr>
          <w:b/>
        </w:rPr>
        <w:t>[press releases or pitches]</w:t>
      </w:r>
      <w:r>
        <w:rPr>
          <w:b w:val="0"/>
        </w:rPr>
        <w:t xml:space="preserve">, and tracked coverage for the weekly client report. One pitch I drafted for </w:t>
      </w:r>
      <w:r>
        <w:rPr>
          <w:b/>
        </w:rPr>
        <w:t>[client]</w:t>
      </w:r>
      <w:r>
        <w:rPr>
          <w:b w:val="0"/>
        </w:rPr>
        <w:t xml:space="preserve"> ran in </w:t>
      </w:r>
      <w:r>
        <w:rPr>
          <w:b/>
        </w:rPr>
        <w:t>[outlet]</w:t>
      </w:r>
      <w:r>
        <w:rPr>
          <w:b w:val="0"/>
        </w:rPr>
        <w:t>. I also [relevant experience, e.g. ran media relations for the campus paper or wrote for the student newspaper], so I know what a reporter does with a weak pitch.</w:t>
      </w:r>
    </w:p>
    <w:p/>
    <w:p>
      <w:r>
        <w:rPr>
          <w:b w:val="0"/>
        </w:rPr>
        <w:t xml:space="preserve">I read </w:t>
      </w:r>
      <w:r>
        <w:rPr>
          <w:b/>
        </w:rPr>
        <w:t>[outlets or newsletters relevant to their sector]</w:t>
      </w:r>
      <w:r>
        <w:rPr>
          <w:b w:val="0"/>
        </w:rPr>
        <w:t xml:space="preserve"> every morning, and I'd bring that habit to your team.</w:t>
      </w:r>
    </w:p>
    <w:p/>
    <w:p>
      <w:r>
        <w:rPr>
          <w:b w:val="0"/>
        </w:rPr>
        <w:t xml:space="preserve">Clips and writing samples are at </w:t>
      </w:r>
      <w:r>
        <w:rPr>
          <w:b/>
        </w:rPr>
        <w:t>[link]</w:t>
      </w:r>
      <w:r>
        <w:rPr>
          <w:b w:val="0"/>
        </w:rPr>
        <w:t>. Thank you for your time.</w:t>
      </w:r>
    </w:p>
    <w:p/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