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Product Marketing Manager Cover Letter: Examples</w:t>
      </w:r>
    </w:p>
    <w:p>
      <w:r>
        <w:t>Templates from https://knowtheroom.ai/cover-letters/product-marketing-manager/ · Replace everything in [brackets].</w:t>
      </w:r>
    </w:p>
    <w:p>
      <w:pPr>
        <w:pStyle w:val="Heading2"/>
      </w:pPr>
      <w:r>
        <w:t>Example 1: B2B product marketing manager</w:t>
      </w:r>
    </w:p>
    <w:p>
      <w:r>
        <w:rPr>
          <w:b w:val="0"/>
        </w:rPr>
        <w:t xml:space="preserve">Dear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 w:val="0"/>
        </w:rPr>
        <w:t xml:space="preserve">Your </w:t>
      </w:r>
      <w:r>
        <w:rPr>
          <w:b/>
        </w:rPr>
        <w:t>[recent launch or homepage]</w:t>
      </w:r>
      <w:r>
        <w:rPr>
          <w:b w:val="0"/>
        </w:rPr>
        <w:t xml:space="preserve"> now leads with </w:t>
      </w:r>
      <w:r>
        <w:rPr>
          <w:b/>
        </w:rPr>
        <w:t>[their message, e.g. time saved for finance teams]</w:t>
      </w:r>
      <w:r>
        <w:rPr>
          <w:b w:val="0"/>
        </w:rPr>
        <w:t xml:space="preserve"> instead of </w:t>
      </w:r>
      <w:r>
        <w:rPr>
          <w:b/>
        </w:rPr>
        <w:t>[what it used to lead with]</w:t>
      </w:r>
      <w:r>
        <w:rPr>
          <w:b w:val="0"/>
        </w:rPr>
        <w:t xml:space="preserve">, which is a sharper story for </w:t>
      </w:r>
      <w:r>
        <w:rPr>
          <w:b/>
        </w:rPr>
        <w:t>[buyer]</w:t>
      </w:r>
      <w:r>
        <w:rPr>
          <w:b w:val="0"/>
        </w:rPr>
        <w:t xml:space="preserve">. I'm applying for the Product Marketing Manager role at </w:t>
      </w:r>
      <w:r>
        <w:rPr>
          <w:b/>
        </w:rPr>
        <w:t>[Company]</w:t>
      </w:r>
      <w:r>
        <w:rPr>
          <w:b w:val="0"/>
        </w:rPr>
        <w:t>.</w:t>
      </w:r>
    </w:p>
    <w:p/>
    <w:p>
      <w:r>
        <w:rPr>
          <w:b w:val="0"/>
        </w:rPr>
        <w:t xml:space="preserve">At </w:t>
      </w:r>
      <w:r>
        <w:rPr>
          <w:b/>
        </w:rPr>
        <w:t>[Current company]</w:t>
      </w:r>
      <w:r>
        <w:rPr>
          <w:b w:val="0"/>
        </w:rPr>
        <w:t xml:space="preserve">, I own positioning and launches for </w:t>
      </w:r>
      <w:r>
        <w:rPr>
          <w:b/>
        </w:rPr>
        <w:t>[product or product line]</w:t>
      </w:r>
      <w:r>
        <w:rPr>
          <w:b w:val="0"/>
        </w:rPr>
        <w:t xml:space="preserve">, sold to </w:t>
      </w:r>
      <w:r>
        <w:rPr>
          <w:b/>
        </w:rPr>
        <w:t>[buyer]</w:t>
      </w:r>
      <w:r>
        <w:rPr>
          <w:b w:val="0"/>
        </w:rPr>
        <w:t xml:space="preserve"> at </w:t>
      </w:r>
      <w:r>
        <w:rPr>
          <w:b/>
        </w:rPr>
        <w:t>[type of company]</w:t>
      </w:r>
      <w:r>
        <w:rPr>
          <w:b w:val="0"/>
        </w:rPr>
        <w:t xml:space="preserve">. I led the launch of </w:t>
      </w:r>
      <w:r>
        <w:rPr>
          <w:b/>
        </w:rPr>
        <w:t>[feature or product]</w:t>
      </w:r>
      <w:r>
        <w:rPr>
          <w:b w:val="0"/>
        </w:rPr>
        <w:t xml:space="preserve"> across product, sales and </w:t>
      </w:r>
      <w:r>
        <w:rPr>
          <w:b/>
        </w:rPr>
        <w:t>[other teams]</w:t>
      </w:r>
      <w:r>
        <w:rPr>
          <w:b w:val="0"/>
        </w:rPr>
        <w:t xml:space="preserve">, and in the </w:t>
      </w:r>
      <w:r>
        <w:rPr>
          <w:b/>
        </w:rPr>
        <w:t>[timeframe]</w:t>
      </w:r>
      <w:r>
        <w:rPr>
          <w:b w:val="0"/>
        </w:rPr>
        <w:t xml:space="preserve"> after launch it [result, e.g. reached </w:t>
      </w:r>
      <w:r>
        <w:rPr>
          <w:b/>
        </w:rPr>
        <w:t>[number]</w:t>
      </w:r>
      <w:r>
        <w:rPr>
          <w:b w:val="0"/>
        </w:rPr>
        <w:t xml:space="preserve">% adoption among existing accounts / sourced </w:t>
      </w:r>
      <w:r>
        <w:rPr>
          <w:b/>
        </w:rPr>
        <w:t>[amount]</w:t>
      </w:r>
      <w:r>
        <w:rPr>
          <w:b w:val="0"/>
        </w:rPr>
        <w:t xml:space="preserve"> in pipeline].</w:t>
      </w:r>
    </w:p>
    <w:p/>
    <w:p>
      <w:r>
        <w:rPr>
          <w:b w:val="0"/>
        </w:rPr>
        <w:t xml:space="preserve">I also run our win/loss interviews. After </w:t>
      </w:r>
      <w:r>
        <w:rPr>
          <w:b/>
        </w:rPr>
        <w:t>[number]</w:t>
      </w:r>
      <w:r>
        <w:rPr>
          <w:b w:val="0"/>
        </w:rPr>
        <w:t xml:space="preserve"> calls, we found </w:t>
      </w:r>
      <w:r>
        <w:rPr>
          <w:b/>
        </w:rPr>
        <w:t>[finding in one line]</w:t>
      </w:r>
      <w:r>
        <w:rPr>
          <w:b w:val="0"/>
        </w:rPr>
        <w:t xml:space="preserve">, so I rewrote the </w:t>
      </w:r>
      <w:r>
        <w:rPr>
          <w:b/>
        </w:rPr>
        <w:t>[battlecard / pitch deck / pricing page]</w:t>
      </w:r>
      <w:r>
        <w:rPr>
          <w:b w:val="0"/>
        </w:rPr>
        <w:t xml:space="preserve">, and our win rate against </w:t>
      </w:r>
      <w:r>
        <w:rPr>
          <w:b/>
        </w:rPr>
        <w:t>[competitor type]</w:t>
      </w:r>
      <w:r>
        <w:rPr>
          <w:b w:val="0"/>
        </w:rPr>
        <w:t xml:space="preserve"> moved from </w:t>
      </w:r>
      <w:r>
        <w:rPr>
          <w:b/>
        </w:rPr>
        <w:t>[X%]</w:t>
      </w:r>
      <w:r>
        <w:rPr>
          <w:b w:val="0"/>
        </w:rPr>
        <w:t xml:space="preserve"> to </w:t>
      </w:r>
      <w:r>
        <w:rPr>
          <w:b/>
        </w:rPr>
        <w:t>[Y%]</w:t>
      </w:r>
      <w:r>
        <w:rPr>
          <w:b w:val="0"/>
        </w:rPr>
        <w:t xml:space="preserve"> over </w:t>
      </w:r>
      <w:r>
        <w:rPr>
          <w:b/>
        </w:rPr>
        <w:t>[timeframe]</w:t>
      </w:r>
      <w:r>
        <w:rPr>
          <w:b w:val="0"/>
        </w:rPr>
        <w:t>.</w:t>
      </w:r>
    </w:p>
    <w:p/>
    <w:p>
      <w:r>
        <w:rPr>
          <w:b w:val="0"/>
        </w:rPr>
        <w:t xml:space="preserve">I'd want to start by talking to your sales team and a few customers about </w:t>
      </w:r>
      <w:r>
        <w:rPr>
          <w:b/>
        </w:rPr>
        <w:t>[their market or segment]</w:t>
      </w:r>
      <w:r>
        <w:rPr>
          <w:b w:val="0"/>
        </w:rPr>
        <w:t>. I'd welcome a conversation.</w:t>
      </w:r>
    </w:p>
    <w:p/>
    <w:p>
      <w:r>
        <w:rPr>
          <w:b w:val="0"/>
        </w:rPr>
        <w:t>Best regards,</w:t>
      </w:r>
    </w:p>
    <w:p>
      <w:r>
        <w:rPr>
          <w:b/>
        </w:rPr>
        <w:t>[Your name]</w:t>
      </w:r>
    </w:p>
    <w:p>
      <w:r>
        <w:rPr>
          <w:b/>
        </w:rPr>
        <w:t>[Phone]</w:t>
      </w:r>
      <w:r>
        <w:rPr>
          <w:b w:val="0"/>
        </w:rPr>
        <w:t xml:space="preserve"> · </w:t>
      </w:r>
      <w:r>
        <w:rPr>
          <w:b/>
        </w:rPr>
        <w:t>[LinkedIn URL]</w:t>
      </w:r>
    </w:p>
    <w:p>
      <w:pPr>
        <w:pStyle w:val="Heading2"/>
      </w:pPr>
      <w:r>
        <w:t>Example 2: consumer or app product marketing</w:t>
      </w:r>
    </w:p>
    <w:p>
      <w:r>
        <w:rPr>
          <w:b w:val="0"/>
        </w:rPr>
        <w:t xml:space="preserve">Dear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/>
        </w:rPr>
        <w:t>[Company]</w:t>
      </w:r>
      <w:r>
        <w:rPr>
          <w:b w:val="0"/>
        </w:rPr>
        <w:t xml:space="preserve">'s </w:t>
      </w:r>
      <w:r>
        <w:rPr>
          <w:b/>
        </w:rPr>
        <w:t>[recent feature or update]</w:t>
      </w:r>
      <w:r>
        <w:rPr>
          <w:b w:val="0"/>
        </w:rPr>
        <w:t xml:space="preserve"> solves </w:t>
      </w:r>
      <w:r>
        <w:rPr>
          <w:b/>
        </w:rPr>
        <w:t>[user problem]</w:t>
      </w:r>
      <w:r>
        <w:rPr>
          <w:b w:val="0"/>
        </w:rPr>
        <w:t xml:space="preserve">, but </w:t>
      </w:r>
      <w:r>
        <w:rPr>
          <w:b/>
        </w:rPr>
        <w:t>[observation, e.g. the app store page still sells the old version of the product]</w:t>
      </w:r>
      <w:r>
        <w:rPr>
          <w:b w:val="0"/>
        </w:rPr>
        <w:t>. I'm applying for the Product Marketing Manager role because that kind of gap is the work I like most.</w:t>
      </w:r>
    </w:p>
    <w:p/>
    <w:p>
      <w:r>
        <w:rPr>
          <w:b w:val="0"/>
        </w:rPr>
        <w:t xml:space="preserve">At </w:t>
      </w:r>
      <w:r>
        <w:rPr>
          <w:b/>
        </w:rPr>
        <w:t>[Current company]</w:t>
      </w:r>
      <w:r>
        <w:rPr>
          <w:b w:val="0"/>
        </w:rPr>
        <w:t xml:space="preserve">, I own go-to-market for </w:t>
      </w:r>
      <w:r>
        <w:rPr>
          <w:b/>
        </w:rPr>
        <w:t>[product area]</w:t>
      </w:r>
      <w:r>
        <w:rPr>
          <w:b w:val="0"/>
        </w:rPr>
        <w:t xml:space="preserve"> across </w:t>
      </w:r>
      <w:r>
        <w:rPr>
          <w:b/>
        </w:rPr>
        <w:t>[channels, e.g. in-app, email, app store and paid social]</w:t>
      </w:r>
      <w:r>
        <w:rPr>
          <w:b w:val="0"/>
        </w:rPr>
        <w:t xml:space="preserve">. For </w:t>
      </w:r>
      <w:r>
        <w:rPr>
          <w:b/>
        </w:rPr>
        <w:t>[launch]</w:t>
      </w:r>
      <w:r>
        <w:rPr>
          <w:b w:val="0"/>
        </w:rPr>
        <w:t xml:space="preserve">, I wrote the positioning, briefed </w:t>
      </w:r>
      <w:r>
        <w:rPr>
          <w:b/>
        </w:rPr>
        <w:t>[creative / growth / CRM]</w:t>
      </w:r>
      <w:r>
        <w:rPr>
          <w:b w:val="0"/>
        </w:rPr>
        <w:t xml:space="preserve">, and ran the onboarding test that lifted </w:t>
      </w:r>
      <w:r>
        <w:rPr>
          <w:b/>
        </w:rPr>
        <w:t>[metric, e.g. day-7 activation]</w:t>
      </w:r>
      <w:r>
        <w:rPr>
          <w:b w:val="0"/>
        </w:rPr>
        <w:t xml:space="preserve"> by </w:t>
      </w:r>
      <w:r>
        <w:rPr>
          <w:b/>
        </w:rPr>
        <w:t>[X%]</w:t>
      </w:r>
      <w:r>
        <w:rPr>
          <w:b w:val="0"/>
        </w:rPr>
        <w:t>.</w:t>
      </w:r>
    </w:p>
    <w:p/>
    <w:p>
      <w:r>
        <w:rPr>
          <w:b w:val="0"/>
        </w:rPr>
        <w:t>I spend time in user research every month, and I keep a running list of the words customers use for the problem, which is where our best headlines come from.</w:t>
      </w:r>
    </w:p>
    <w:p/>
    <w:p>
      <w:r>
        <w:rPr>
          <w:b w:val="0"/>
        </w:rPr>
        <w:t xml:space="preserve">I'd be glad to talk about how I could help with </w:t>
      </w:r>
      <w:r>
        <w:rPr>
          <w:b/>
        </w:rPr>
        <w:t>[goal from the posting]</w:t>
      </w:r>
      <w:r>
        <w:rPr>
          <w:b w:val="0"/>
        </w:rPr>
        <w:t>.</w:t>
      </w:r>
    </w:p>
    <w:p/>
    <w:p>
      <w:r>
        <w:rPr>
          <w:b w:val="0"/>
        </w:rPr>
        <w:t>Best regards,</w:t>
      </w:r>
    </w:p>
    <w:p>
      <w:r>
        <w:rPr>
          <w:b/>
        </w:rPr>
        <w:t>[Your name]</w:t>
      </w:r>
    </w:p>
    <w:p>
      <w:pPr>
        <w:pStyle w:val="Heading2"/>
      </w:pPr>
      <w:r>
        <w:t>Example 3: moving into product marketing</w:t>
      </w:r>
    </w:p>
    <w:p>
      <w:r>
        <w:rPr>
          <w:b w:val="0"/>
        </w:rPr>
        <w:t xml:space="preserve">Dear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 w:val="0"/>
        </w:rPr>
        <w:t xml:space="preserve">I've used </w:t>
      </w:r>
      <w:r>
        <w:rPr>
          <w:b/>
        </w:rPr>
        <w:t>[their product]</w:t>
      </w:r>
      <w:r>
        <w:rPr>
          <w:b w:val="0"/>
        </w:rPr>
        <w:t xml:space="preserve"> for </w:t>
      </w:r>
      <w:r>
        <w:rPr>
          <w:b/>
        </w:rPr>
        <w:t>[time]</w:t>
      </w:r>
      <w:r>
        <w:rPr>
          <w:b w:val="0"/>
        </w:rPr>
        <w:t xml:space="preserve"> as [your relation to it, e.g. a </w:t>
      </w:r>
      <w:r>
        <w:rPr>
          <w:b/>
        </w:rPr>
        <w:t>[role]</w:t>
      </w:r>
      <w:r>
        <w:rPr>
          <w:b w:val="0"/>
        </w:rPr>
        <w:t xml:space="preserve"> at </w:t>
      </w:r>
      <w:r>
        <w:rPr>
          <w:b/>
        </w:rPr>
        <w:t>[company type]</w:t>
      </w:r>
      <w:r>
        <w:rPr>
          <w:b w:val="0"/>
        </w:rPr>
        <w:t xml:space="preserve">], and </w:t>
      </w:r>
      <w:r>
        <w:rPr>
          <w:b/>
        </w:rPr>
        <w:t>[observation about how it's sold or explained]</w:t>
      </w:r>
      <w:r>
        <w:rPr>
          <w:b w:val="0"/>
        </w:rPr>
        <w:t xml:space="preserve">. I'm applying for the </w:t>
      </w:r>
      <w:r>
        <w:rPr>
          <w:b/>
        </w:rPr>
        <w:t>[Associate]</w:t>
      </w:r>
      <w:r>
        <w:rPr>
          <w:b w:val="0"/>
        </w:rPr>
        <w:t xml:space="preserve"> Product Marketing Manager role at </w:t>
      </w:r>
      <w:r>
        <w:rPr>
          <w:b/>
        </w:rPr>
        <w:t>[Company]</w:t>
      </w:r>
      <w:r>
        <w:rPr>
          <w:b w:val="0"/>
        </w:rPr>
        <w:t>.</w:t>
      </w:r>
    </w:p>
    <w:p/>
    <w:p>
      <w:r>
        <w:rPr>
          <w:b w:val="0"/>
        </w:rPr>
        <w:t xml:space="preserve">I'm moving into product marketing from [current function, e.g. sales engineering, customer success, content marketing or product management]. In that role I [the PMM-adjacent work, e.g. wrote the comparison pages for our three main competitors / ran the customer calls that shaped our last release / built the demo script the sales team still uses], which </w:t>
      </w:r>
      <w:r>
        <w:rPr>
          <w:b/>
        </w:rPr>
        <w:t>[result]</w:t>
      </w:r>
      <w:r>
        <w:rPr>
          <w:b w:val="0"/>
        </w:rPr>
        <w:t>.</w:t>
      </w:r>
    </w:p>
    <w:p/>
    <w:p>
      <w:r>
        <w:rPr>
          <w:b w:val="0"/>
        </w:rPr>
        <w:t xml:space="preserve">I know </w:t>
      </w:r>
      <w:r>
        <w:rPr>
          <w:b/>
        </w:rPr>
        <w:t>[their buyer or market]</w:t>
      </w:r>
      <w:r>
        <w:rPr>
          <w:b w:val="0"/>
        </w:rPr>
        <w:t xml:space="preserve"> from the inside, and I'd bring that to positioning and enablement from the first week.</w:t>
      </w:r>
    </w:p>
    <w:p/>
    <w:p>
      <w:r>
        <w:rPr>
          <w:b w:val="0"/>
        </w:rPr>
        <w:t>I'd welcome a conversation about the role.</w:t>
      </w:r>
    </w:p>
    <w:p/>
    <w:p>
      <w:r>
        <w:rPr>
          <w:b w:val="0"/>
        </w:rPr>
        <w:t>Best regards,</w:t>
      </w:r>
    </w:p>
    <w:p>
      <w:r>
        <w:rPr>
          <w:b/>
        </w:rPr>
        <w:t>[Your name]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