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Media Planner Cover Letter: Examples for Agency Roles</w:t>
      </w:r>
    </w:p>
    <w:p>
      <w:r>
        <w:t>Templates from https://knowtheroom.ai/cover-letters/media-planner/ · Replace everything in [brackets].</w:t>
      </w:r>
    </w:p>
    <w:p>
      <w:pPr>
        <w:pStyle w:val="Heading2"/>
      </w:pPr>
      <w:r>
        <w:t>Example 1: agency media planner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[Agency]</w:t>
      </w:r>
      <w:r>
        <w:rPr>
          <w:b w:val="0"/>
        </w:rPr>
        <w:t xml:space="preserve">'s work for </w:t>
      </w:r>
      <w:r>
        <w:rPr>
          <w:b/>
        </w:rPr>
        <w:t>[client or category, e.g. its retail clients]</w:t>
      </w:r>
      <w:r>
        <w:rPr>
          <w:b w:val="0"/>
        </w:rPr>
        <w:t xml:space="preserve"> stood out to me because </w:t>
      </w:r>
      <w:r>
        <w:rPr>
          <w:b/>
        </w:rPr>
        <w:t>[specific reason, e.g. how much of it is built around local reach and timing]</w:t>
      </w:r>
      <w:r>
        <w:rPr>
          <w:b w:val="0"/>
        </w:rPr>
        <w:t>. I'm applying for the Media Planner role because that's the kind of planning I enjoy most.</w:t>
      </w:r>
    </w:p>
    <w:p/>
    <w:p>
      <w:r>
        <w:rPr>
          <w:b w:val="0"/>
        </w:rPr>
        <w:t xml:space="preserve">At </w:t>
      </w:r>
      <w:r>
        <w:rPr>
          <w:b/>
        </w:rPr>
        <w:t>[current agency]</w:t>
      </w:r>
      <w:r>
        <w:rPr>
          <w:b w:val="0"/>
        </w:rPr>
        <w:t xml:space="preserve">, I plan </w:t>
      </w:r>
      <w:r>
        <w:rPr>
          <w:b/>
        </w:rPr>
        <w:t>[channels]</w:t>
      </w:r>
      <w:r>
        <w:rPr>
          <w:b w:val="0"/>
        </w:rPr>
        <w:t xml:space="preserve"> for [X] clients in </w:t>
      </w:r>
      <w:r>
        <w:rPr>
          <w:b/>
        </w:rPr>
        <w:t>[categories]</w:t>
      </w:r>
      <w:r>
        <w:rPr>
          <w:b w:val="0"/>
        </w:rPr>
        <w:t xml:space="preserve">. Last year I built the launch plan for </w:t>
      </w:r>
      <w:r>
        <w:rPr>
          <w:b/>
        </w:rPr>
        <w:t>[client description, e.g. a regional grocery chain's new delivery service]</w:t>
      </w:r>
      <w:r>
        <w:rPr>
          <w:b w:val="0"/>
        </w:rPr>
        <w:t xml:space="preserve">: the goal was </w:t>
      </w:r>
      <w:r>
        <w:rPr>
          <w:b/>
        </w:rPr>
        <w:t>[goal]</w:t>
      </w:r>
      <w:r>
        <w:rPr>
          <w:b w:val="0"/>
        </w:rPr>
        <w:t xml:space="preserve">, so I [key decision, e.g. weighted the budget toward connected TV and local social in the 12 launch markets]. The plan </w:t>
      </w:r>
      <w:r>
        <w:rPr>
          <w:b/>
        </w:rPr>
        <w:t>[result, e.g. reached X% of the target audience at a CPM below the plan]</w:t>
      </w:r>
      <w:r>
        <w:rPr>
          <w:b w:val="0"/>
        </w:rPr>
        <w:t>.</w:t>
      </w:r>
    </w:p>
    <w:p/>
    <w:p>
      <w:r>
        <w:rPr>
          <w:b w:val="0"/>
        </w:rPr>
        <w:t xml:space="preserve">I build plans from audience research in </w:t>
      </w:r>
      <w:r>
        <w:rPr>
          <w:b/>
        </w:rPr>
        <w:t>[tools]</w:t>
      </w:r>
      <w:r>
        <w:rPr>
          <w:b w:val="0"/>
        </w:rPr>
        <w:t>, work closely with our buying team on pacing and optimization, and present quarterly reviews to clients.</w:t>
      </w:r>
    </w:p>
    <w:p/>
    <w:p>
      <w:r>
        <w:rPr>
          <w:b w:val="0"/>
        </w:rPr>
        <w:t>I'd welcome a conversation about the role.</w:t>
      </w:r>
    </w:p>
    <w:p/>
    <w:p>
      <w:r>
        <w:rPr>
          <w:b/>
        </w:rPr>
        <w:t>[Your name]</w:t>
      </w:r>
    </w:p>
    <w:p>
      <w:pPr>
        <w:pStyle w:val="Heading2"/>
      </w:pPr>
      <w:r>
        <w:t>Example 2: in-house media planner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Media Planner role at </w:t>
      </w:r>
      <w:r>
        <w:rPr>
          <w:b/>
        </w:rPr>
        <w:t>[Company]</w:t>
      </w:r>
      <w:r>
        <w:rPr>
          <w:b w:val="0"/>
        </w:rPr>
        <w:t>. [One line on the brand: a campaign, a product launch or how it shows up across channels.]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plan a $[X] annual budget across </w:t>
      </w:r>
      <w:r>
        <w:rPr>
          <w:b/>
        </w:rPr>
        <w:t>[channels]</w:t>
      </w:r>
      <w:r>
        <w:rPr>
          <w:b w:val="0"/>
        </w:rPr>
        <w:t xml:space="preserve"> and manage our agency partners' plans. Two results I'm proud of:</w:t>
      </w:r>
    </w:p>
    <w:p>
      <w:r>
        <w:rPr>
          <w:b w:val="0"/>
        </w:rPr>
        <w:t>- [Result 1, e.g. moved X% of spend from linear TV to connected TV and social after a geo test, with no drop in brand search]</w:t>
      </w:r>
    </w:p>
    <w:p>
      <w:r>
        <w:rPr>
          <w:b w:val="0"/>
        </w:rPr>
        <w:t>- [Result 2, e.g. built the measurement plan that the team now uses for every launch]</w:t>
      </w:r>
    </w:p>
    <w:p/>
    <w:p>
      <w:r>
        <w:rPr>
          <w:b w:val="0"/>
        </w:rPr>
        <w:t>I'm comfortable translating media results into business terms for finance and leadership, and I like working with creative and brand teams early, before the plan is set.</w:t>
      </w:r>
    </w:p>
    <w:p/>
    <w:p>
      <w:r>
        <w:rPr>
          <w:b w:val="0"/>
        </w:rPr>
        <w:t>I'd be glad to talk about how I could help your team.</w:t>
      </w:r>
    </w:p>
    <w:p/>
    <w:p>
      <w:r>
        <w:rPr>
          <w:b/>
        </w:rPr>
        <w:t>[Your name]</w:t>
      </w:r>
    </w:p>
    <w:p>
      <w:pPr>
        <w:pStyle w:val="Heading2"/>
      </w:pPr>
      <w:r>
        <w:t>Example 3: assistant or associate media planner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Assistant Media Planner role at </w:t>
      </w:r>
      <w:r>
        <w:rPr>
          <w:b/>
        </w:rPr>
        <w:t>[Agency]</w:t>
      </w:r>
      <w:r>
        <w:rPr>
          <w:b w:val="0"/>
        </w:rPr>
        <w:t xml:space="preserve">. </w:t>
      </w:r>
      <w:r>
        <w:rPr>
          <w:b/>
        </w:rPr>
        <w:t>[One line on why this agency: its clients, its training program, its work.]</w:t>
      </w:r>
    </w:p>
    <w:p/>
    <w:p>
      <w:r>
        <w:rPr>
          <w:b w:val="0"/>
        </w:rPr>
        <w:t xml:space="preserve">In my </w:t>
      </w:r>
      <w:r>
        <w:rPr>
          <w:b/>
        </w:rPr>
        <w:t>[internship / current role]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I </w:t>
      </w:r>
      <w:r>
        <w:rPr>
          <w:b/>
        </w:rPr>
        <w:t>[built flowcharts / pulled audience research / reconciled plans against invoices]</w:t>
      </w:r>
      <w:r>
        <w:rPr>
          <w:b w:val="0"/>
        </w:rPr>
        <w:t xml:space="preserve"> for [X] clients, and I learned how a plan moves from brief to launch. I also ran </w:t>
      </w:r>
      <w:r>
        <w:rPr>
          <w:b/>
        </w:rPr>
        <w:t>[a small paid social campaign for a student organization or local business]</w:t>
      </w:r>
      <w:r>
        <w:rPr>
          <w:b w:val="0"/>
        </w:rPr>
        <w:t xml:space="preserve">, where I </w:t>
      </w:r>
      <w:r>
        <w:rPr>
          <w:b/>
        </w:rPr>
        <w:t>[what you did and what happened]</w:t>
      </w:r>
      <w:r>
        <w:rPr>
          <w:b w:val="0"/>
        </w:rPr>
        <w:t>.</w:t>
      </w:r>
    </w:p>
    <w:p/>
    <w:p>
      <w:r>
        <w:rPr>
          <w:b w:val="0"/>
        </w:rPr>
        <w:t>I'm organized, comfortable with spreadsheets and eager to learn the planning tools your team uses.</w:t>
      </w:r>
    </w:p>
    <w:p/>
    <w:p>
      <w:r>
        <w:rPr>
          <w:b w:val="0"/>
        </w:rPr>
        <w:t>Thank you for considering my application.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