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Specialist Cover Letter: Examples and Structure</w:t>
      </w:r>
    </w:p>
    <w:p>
      <w:r>
        <w:t>Templates from https://knowtheroom.ai/cover-letters/marketing-specialist/ · Replace everything in [brackets].</w:t>
      </w:r>
    </w:p>
    <w:p>
      <w:pPr>
        <w:pStyle w:val="Heading2"/>
      </w:pPr>
      <w:r>
        <w:t>Example 1: digital marketing specialist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[Company]</w:t>
      </w:r>
      <w:r>
        <w:rPr>
          <w:b w:val="0"/>
        </w:rPr>
        <w:t xml:space="preserve">'s </w:t>
      </w:r>
      <w:r>
        <w:rPr>
          <w:b/>
        </w:rPr>
        <w:t>[campaign, landing page, email or ad]</w:t>
      </w:r>
      <w:r>
        <w:rPr>
          <w:b w:val="0"/>
        </w:rPr>
        <w:t xml:space="preserve"> caught my attention because </w:t>
      </w:r>
      <w:r>
        <w:rPr>
          <w:b/>
        </w:rPr>
        <w:t>[specific reason]</w:t>
      </w:r>
      <w:r>
        <w:rPr>
          <w:b w:val="0"/>
        </w:rPr>
        <w:t>. I'd like to help build on that as your Digital Marketing Specialist.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run </w:t>
      </w:r>
      <w:r>
        <w:rPr>
          <w:b/>
        </w:rPr>
        <w:t>[channels, e.g. paid social, email and landing pages]</w:t>
      </w:r>
      <w:r>
        <w:rPr>
          <w:b w:val="0"/>
        </w:rPr>
        <w:t xml:space="preserve"> for </w:t>
      </w:r>
      <w:r>
        <w:rPr>
          <w:b/>
        </w:rPr>
        <w:t>[product or audience]</w:t>
      </w:r>
      <w:r>
        <w:rPr>
          <w:b w:val="0"/>
        </w:rPr>
        <w:t>. Two results:</w:t>
      </w:r>
    </w:p>
    <w:p>
      <w:r>
        <w:rPr>
          <w:b w:val="0"/>
        </w:rPr>
        <w:t xml:space="preserve">- I [what you did, e.g. rebuilt our welcome email series around the questions new customers ask], which lifted </w:t>
      </w:r>
      <w:r>
        <w:rPr>
          <w:b/>
        </w:rPr>
        <w:t>[metric]</w:t>
      </w:r>
      <w:r>
        <w:rPr>
          <w:b w:val="0"/>
        </w:rPr>
        <w:t xml:space="preserve"> from </w:t>
      </w:r>
      <w:r>
        <w:rPr>
          <w:b/>
        </w:rPr>
        <w:t>[before]</w:t>
      </w:r>
      <w:r>
        <w:rPr>
          <w:b w:val="0"/>
        </w:rPr>
        <w:t xml:space="preserve"> to </w:t>
      </w:r>
      <w:r>
        <w:rPr>
          <w:b/>
        </w:rPr>
        <w:t>[after]</w:t>
      </w:r>
      <w:r>
        <w:rPr>
          <w:b w:val="0"/>
        </w:rPr>
        <w:t>.</w:t>
      </w:r>
    </w:p>
    <w:p>
      <w:r>
        <w:rPr>
          <w:b w:val="0"/>
        </w:rPr>
        <w:t xml:space="preserve">- I </w:t>
      </w:r>
      <w:r>
        <w:rPr>
          <w:b/>
        </w:rPr>
        <w:t>[what you did, e.g. tested new creative and audiences on paid social]</w:t>
      </w:r>
      <w:r>
        <w:rPr>
          <w:b w:val="0"/>
        </w:rPr>
        <w:t xml:space="preserve">, cutting cost per </w:t>
      </w:r>
      <w:r>
        <w:rPr>
          <w:b/>
        </w:rPr>
        <w:t>[lead / sale]</w:t>
      </w:r>
      <w:r>
        <w:rPr>
          <w:b w:val="0"/>
        </w:rPr>
        <w:t xml:space="preserve"> by </w:t>
      </w:r>
      <w:r>
        <w:rPr>
          <w:b/>
        </w:rPr>
        <w:t>[result]</w:t>
      </w:r>
      <w:r>
        <w:rPr>
          <w:b w:val="0"/>
        </w:rPr>
        <w:t xml:space="preserve"> over </w:t>
      </w:r>
      <w:r>
        <w:rPr>
          <w:b/>
        </w:rPr>
        <w:t>[time]</w:t>
      </w:r>
      <w:r>
        <w:rPr>
          <w:b w:val="0"/>
        </w:rPr>
        <w:t>.</w:t>
      </w:r>
    </w:p>
    <w:p/>
    <w:p>
      <w:r>
        <w:rPr>
          <w:b w:val="0"/>
        </w:rPr>
        <w:t xml:space="preserve">I work in </w:t>
      </w:r>
      <w:r>
        <w:rPr>
          <w:b/>
        </w:rPr>
        <w:t>[tools from the posting]</w:t>
      </w:r>
      <w:r>
        <w:rPr>
          <w:b w:val="0"/>
        </w:rPr>
        <w:t>, test one change at a time and report results in a way the team can act on.</w:t>
      </w:r>
    </w:p>
    <w:p/>
    <w:p>
      <w:r>
        <w:rPr>
          <w:b w:val="0"/>
        </w:rPr>
        <w:t>I'd welcome the chance to talk about the role.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Example 2: email marketing specialist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their emails, e.g. your onboarding emails teach the product instead of selling it.] I'm applying for the Email Marketing Specialist role.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own email for a list of </w:t>
      </w:r>
      <w:r>
        <w:rPr>
          <w:b/>
        </w:rPr>
        <w:t>[size]</w:t>
      </w:r>
      <w:r>
        <w:rPr>
          <w:b w:val="0"/>
        </w:rPr>
        <w:t xml:space="preserve">. I </w:t>
      </w:r>
      <w:r>
        <w:rPr>
          <w:b/>
        </w:rPr>
        <w:t>[built / rebuilt]</w:t>
      </w:r>
      <w:r>
        <w:rPr>
          <w:b w:val="0"/>
        </w:rPr>
        <w:t xml:space="preserve"> our </w:t>
      </w:r>
      <w:r>
        <w:rPr>
          <w:b/>
        </w:rPr>
        <w:t>[flow or program]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 xml:space="preserve">, and I run weekly campaigns with </w:t>
      </w:r>
      <w:r>
        <w:rPr>
          <w:b/>
        </w:rPr>
        <w:t>[open, click or revenue result]</w:t>
      </w:r>
      <w:r>
        <w:rPr>
          <w:b w:val="0"/>
        </w:rPr>
        <w:t>.</w:t>
      </w:r>
    </w:p>
    <w:p/>
    <w:p>
      <w:r>
        <w:rPr>
          <w:b w:val="0"/>
        </w:rPr>
        <w:t xml:space="preserve">I'm fluent in </w:t>
      </w:r>
      <w:r>
        <w:rPr>
          <w:b/>
        </w:rPr>
        <w:t>[ESP from the posting]</w:t>
      </w:r>
      <w:r>
        <w:rPr>
          <w:b w:val="0"/>
        </w:rPr>
        <w:t>, comfortable with segmentation and A/B testing, and careful with deliverability.</w:t>
      </w:r>
    </w:p>
    <w:p/>
    <w:p>
      <w:r>
        <w:rPr>
          <w:b w:val="0"/>
        </w:rPr>
        <w:t>I'd be glad to talk about your email program.</w:t>
      </w:r>
    </w:p>
    <w:p/>
    <w:p>
      <w:r>
        <w:rPr>
          <w:b w:val="0"/>
        </w:rPr>
        <w:t>Thank you,</w:t>
      </w:r>
    </w:p>
    <w:p>
      <w:r>
        <w:rPr>
          <w:b/>
        </w:rPr>
        <w:t>[Your name]</w:t>
      </w:r>
    </w:p>
    <w:p>
      <w:pPr>
        <w:pStyle w:val="Heading2"/>
      </w:pPr>
      <w:r>
        <w:t>Example 3: marketing specialist with no direct experience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 company.]</w:t>
      </w:r>
      <w:r>
        <w:rPr>
          <w:b w:val="0"/>
        </w:rPr>
        <w:t xml:space="preserve"> I'm applying for the Marketing Specialist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My marketing experience so far comes from </w:t>
      </w:r>
      <w:r>
        <w:rPr>
          <w:b/>
        </w:rPr>
        <w:t>[internship, coursework, certification or small business work]</w:t>
      </w:r>
      <w:r>
        <w:rPr>
          <w:b w:val="0"/>
        </w:rPr>
        <w:t xml:space="preserve">. For </w:t>
      </w:r>
      <w:r>
        <w:rPr>
          <w:b/>
        </w:rPr>
        <w:t>[project]</w:t>
      </w:r>
      <w:r>
        <w:rPr>
          <w:b w:val="0"/>
        </w:rPr>
        <w:t xml:space="preserve">, I </w:t>
      </w:r>
      <w:r>
        <w:rPr>
          <w:b/>
        </w:rPr>
        <w:t>[what you did]</w:t>
      </w:r>
      <w:r>
        <w:rPr>
          <w:b w:val="0"/>
        </w:rPr>
        <w:t xml:space="preserve"> and </w:t>
      </w:r>
      <w:r>
        <w:rPr>
          <w:b/>
        </w:rPr>
        <w:t>[result]</w:t>
      </w:r>
      <w:r>
        <w:rPr>
          <w:b w:val="0"/>
        </w:rPr>
        <w:t>. I also [second example: ran social for a club, built a simple site, wrote a campaign plan].</w:t>
      </w:r>
    </w:p>
    <w:p/>
    <w:p>
      <w:r>
        <w:rPr>
          <w:b w:val="0"/>
        </w:rPr>
        <w:t xml:space="preserve">I'm comfortable with </w:t>
      </w:r>
      <w:r>
        <w:rPr>
          <w:b/>
        </w:rPr>
        <w:t>[tools]</w:t>
      </w:r>
      <w:r>
        <w:rPr>
          <w:b w:val="0"/>
        </w:rPr>
        <w:t xml:space="preserve"> and ready to own </w:t>
      </w:r>
      <w:r>
        <w:rPr>
          <w:b/>
        </w:rPr>
        <w:t>[the specialty in the posting]</w:t>
      </w:r>
      <w:r>
        <w:rPr>
          <w:b w:val="0"/>
        </w:rPr>
        <w:t>.</w:t>
      </w:r>
    </w:p>
    <w:p/>
    <w:p>
      <w:r>
        <w:rPr>
          <w:b w:val="0"/>
        </w:rPr>
        <w:t>I'd love to talk about how I could help.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