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Manager Cover Letter: Examples and Structure</w:t>
      </w:r>
    </w:p>
    <w:p>
      <w:r>
        <w:t>Templates from https://knowtheroom.ai/cover-letters/marketing-manager/ · Replace everything in [brackets].</w:t>
      </w:r>
    </w:p>
    <w:p>
      <w:pPr>
        <w:pStyle w:val="Heading2"/>
      </w:pPr>
      <w:r>
        <w:t>Example 1: campaign-led marketing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Marketing Manager role at </w:t>
      </w:r>
      <w:r>
        <w:rPr>
          <w:b/>
        </w:rPr>
        <w:t>[Company]</w:t>
      </w:r>
      <w:r>
        <w:rPr>
          <w:b w:val="0"/>
        </w:rPr>
        <w:t xml:space="preserve">. Your </w:t>
      </w:r>
      <w:r>
        <w:rPr>
          <w:b/>
        </w:rPr>
        <w:t>[recent campaign or launch]</w:t>
      </w:r>
      <w:r>
        <w:rPr>
          <w:b w:val="0"/>
        </w:rPr>
        <w:t xml:space="preserve"> stood out to me because [one specific detail, e.g. it moved from discount-led messaging to product stories].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plan and run our integrated campaigns across </w:t>
      </w:r>
      <w:r>
        <w:rPr>
          <w:b/>
        </w:rPr>
        <w:t>[channels]</w:t>
      </w:r>
      <w:r>
        <w:rPr>
          <w:b w:val="0"/>
        </w:rPr>
        <w:t xml:space="preserve">. Our </w:t>
      </w:r>
      <w:r>
        <w:rPr>
          <w:b/>
        </w:rPr>
        <w:t>[campaign name or season]</w:t>
      </w:r>
      <w:r>
        <w:rPr>
          <w:b w:val="0"/>
        </w:rPr>
        <w:t xml:space="preserve"> campaign delivered </w:t>
      </w:r>
      <w:r>
        <w:rPr>
          <w:b/>
        </w:rPr>
        <w:t>[result, e.g. X% more qualified leads]</w:t>
      </w:r>
      <w:r>
        <w:rPr>
          <w:b w:val="0"/>
        </w:rPr>
        <w:t xml:space="preserve"> against a </w:t>
      </w:r>
      <w:r>
        <w:rPr>
          <w:b/>
        </w:rPr>
        <w:t>[budget or target]</w:t>
      </w:r>
      <w:r>
        <w:rPr>
          <w:b w:val="0"/>
        </w:rPr>
        <w:t xml:space="preserve">, and I cut cost per </w:t>
      </w:r>
      <w:r>
        <w:rPr>
          <w:b/>
        </w:rPr>
        <w:t>[lead / acquisition]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 xml:space="preserve"> by </w:t>
      </w:r>
      <w:r>
        <w:rPr>
          <w:b/>
        </w:rPr>
        <w:t>[what you changed]</w:t>
      </w:r>
      <w:r>
        <w:rPr>
          <w:b w:val="0"/>
        </w:rPr>
        <w:t>.</w:t>
      </w:r>
    </w:p>
    <w:p/>
    <w:p>
      <w:r>
        <w:rPr>
          <w:b w:val="0"/>
        </w:rPr>
        <w:t xml:space="preserve">Your posting asks for someone who can </w:t>
      </w:r>
      <w:r>
        <w:rPr>
          <w:b/>
        </w:rPr>
        <w:t>[their top ask in their words]</w:t>
      </w:r>
      <w:r>
        <w:rPr>
          <w:b w:val="0"/>
        </w:rPr>
        <w:t xml:space="preserve">. I'd start by </w:t>
      </w:r>
      <w:r>
        <w:rPr>
          <w:b/>
        </w:rPr>
        <w:t>[one concrete first step]</w:t>
      </w:r>
      <w:r>
        <w:rPr>
          <w:b w:val="0"/>
        </w:rPr>
        <w:t xml:space="preserve">, because </w:t>
      </w:r>
      <w:r>
        <w:rPr>
          <w:b/>
        </w:rPr>
        <w:t>[short reason tied to their situation]</w:t>
      </w:r>
      <w:r>
        <w:rPr>
          <w:b w:val="0"/>
        </w:rPr>
        <w:t>.</w:t>
      </w:r>
    </w:p>
    <w:p/>
    <w:p>
      <w:r>
        <w:rPr>
          <w:b w:val="0"/>
        </w:rPr>
        <w:t>I'd welcome a conversation about the role. Thank you for your time.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moving up from specialist to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about the Marketing Manager opening at </w:t>
      </w:r>
      <w:r>
        <w:rPr>
          <w:b/>
        </w:rPr>
        <w:t>[Company]</w:t>
      </w:r>
      <w:r>
        <w:rPr>
          <w:b w:val="0"/>
        </w:rPr>
        <w:t xml:space="preserve">. I've watched your </w:t>
      </w:r>
      <w:r>
        <w:rPr>
          <w:b/>
        </w:rPr>
        <w:t>[channel, e.g. email or social]</w:t>
      </w:r>
      <w:r>
        <w:rPr>
          <w:b w:val="0"/>
        </w:rPr>
        <w:t xml:space="preserve"> change over the past year, and </w:t>
      </w:r>
      <w:r>
        <w:rPr>
          <w:b/>
        </w:rPr>
        <w:t>[one observation]</w:t>
      </w:r>
      <w:r>
        <w:rPr>
          <w:b w:val="0"/>
        </w:rPr>
        <w:t>.</w:t>
      </w:r>
    </w:p>
    <w:p/>
    <w:p>
      <w:r>
        <w:rPr>
          <w:b w:val="0"/>
        </w:rPr>
        <w:t xml:space="preserve">For the past </w:t>
      </w:r>
      <w:r>
        <w:rPr>
          <w:b/>
        </w:rPr>
        <w:t>[number]</w:t>
      </w:r>
      <w:r>
        <w:rPr>
          <w:b w:val="0"/>
        </w:rPr>
        <w:t xml:space="preserve"> years I've run </w:t>
      </w:r>
      <w:r>
        <w:rPr>
          <w:b/>
        </w:rPr>
        <w:t>[channel or program]</w:t>
      </w:r>
      <w:r>
        <w:rPr>
          <w:b w:val="0"/>
        </w:rPr>
        <w:t xml:space="preserve"> at </w:t>
      </w:r>
      <w:r>
        <w:rPr>
          <w:b/>
        </w:rPr>
        <w:t>[Current company]</w:t>
      </w:r>
      <w:r>
        <w:rPr>
          <w:b w:val="0"/>
        </w:rPr>
        <w:t xml:space="preserve">, where I </w:t>
      </w:r>
      <w:r>
        <w:rPr>
          <w:b/>
        </w:rPr>
        <w:t>[result with a number]</w:t>
      </w:r>
      <w:r>
        <w:rPr>
          <w:b w:val="0"/>
        </w:rPr>
        <w:t xml:space="preserve">. Last year I also led </w:t>
      </w:r>
      <w:r>
        <w:rPr>
          <w:b/>
        </w:rPr>
        <w:t>[a campaign, a launch or a small team]</w:t>
      </w:r>
      <w:r>
        <w:rPr>
          <w:b w:val="0"/>
        </w:rPr>
        <w:t xml:space="preserve">, coordinating </w:t>
      </w:r>
      <w:r>
        <w:rPr>
          <w:b/>
        </w:rPr>
        <w:t>[who: design, sales, an agency]</w:t>
      </w:r>
      <w:r>
        <w:rPr>
          <w:b w:val="0"/>
        </w:rPr>
        <w:t xml:space="preserve"> to deliver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I'm ready to own the full plan, not one channel, and your focus on </w:t>
      </w:r>
      <w:r>
        <w:rPr>
          <w:b/>
        </w:rPr>
        <w:t>[their ask]</w:t>
      </w:r>
      <w:r>
        <w:rPr>
          <w:b w:val="0"/>
        </w:rPr>
        <w:t xml:space="preserve"> is the kind of work I want to do next.</w:t>
      </w:r>
    </w:p>
    <w:p/>
    <w:p>
      <w:r>
        <w:rPr>
          <w:b w:val="0"/>
        </w:rPr>
        <w:t xml:space="preserve">I'd be glad to talk about how I could help </w:t>
      </w:r>
      <w:r>
        <w:rPr>
          <w:b/>
        </w:rPr>
        <w:t>[the goal in the posting]</w:t>
      </w:r>
      <w:r>
        <w:rPr>
          <w:b w:val="0"/>
        </w:rPr>
        <w:t>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