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Internship Cover Letter: Examples and Structure</w:t>
      </w:r>
    </w:p>
    <w:p>
      <w:r>
        <w:t>Templates from https://knowtheroom.ai/cover-letters/marketing-internship/ · Replace everything in [brackets].</w:t>
      </w:r>
    </w:p>
    <w:p>
      <w:pPr>
        <w:pStyle w:val="Heading2"/>
      </w:pPr>
      <w:r>
        <w:t>Example 1: social media or content internship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Your </w:t>
      </w:r>
      <w:r>
        <w:rPr>
          <w:b/>
        </w:rPr>
        <w:t>[TikTok / Instagram]</w:t>
      </w:r>
      <w:r>
        <w:rPr>
          <w:b w:val="0"/>
        </w:rPr>
        <w:t xml:space="preserve"> posts about </w:t>
      </w:r>
      <w:r>
        <w:rPr>
          <w:b/>
        </w:rPr>
        <w:t>[topic or series]</w:t>
      </w:r>
      <w:r>
        <w:rPr>
          <w:b w:val="0"/>
        </w:rPr>
        <w:t xml:space="preserve"> read like they came from a person, not a brand, and that's what made me look up your internship. I'm a </w:t>
      </w:r>
      <w:r>
        <w:rPr>
          <w:b/>
        </w:rPr>
        <w:t>[year]</w:t>
      </w:r>
      <w:r>
        <w:rPr>
          <w:b w:val="0"/>
        </w:rPr>
        <w:t xml:space="preserve"> at </w:t>
      </w:r>
      <w:r>
        <w:rPr>
          <w:b/>
        </w:rPr>
        <w:t>[school]</w:t>
      </w:r>
      <w:r>
        <w:rPr>
          <w:b w:val="0"/>
        </w:rPr>
        <w:t xml:space="preserve"> studying </w:t>
      </w:r>
      <w:r>
        <w:rPr>
          <w:b/>
        </w:rPr>
        <w:t>[major]</w:t>
      </w:r>
      <w:r>
        <w:rPr>
          <w:b w:val="0"/>
        </w:rPr>
        <w:t xml:space="preserve">, and I'm applying for the </w:t>
      </w:r>
      <w:r>
        <w:rPr>
          <w:b/>
        </w:rPr>
        <w:t>[Social Media / Content]</w:t>
      </w:r>
      <w:r>
        <w:rPr>
          <w:b w:val="0"/>
        </w:rPr>
        <w:t xml:space="preserve"> Marketing Intern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For the past </w:t>
      </w:r>
      <w:r>
        <w:rPr>
          <w:b/>
        </w:rPr>
        <w:t>[time]</w:t>
      </w:r>
      <w:r>
        <w:rPr>
          <w:b w:val="0"/>
        </w:rPr>
        <w:t xml:space="preserve">, I've run the </w:t>
      </w:r>
      <w:r>
        <w:rPr>
          <w:b/>
        </w:rPr>
        <w:t>[platform]</w:t>
      </w:r>
      <w:r>
        <w:rPr>
          <w:b w:val="0"/>
        </w:rPr>
        <w:t xml:space="preserve"> account for </w:t>
      </w:r>
      <w:r>
        <w:rPr>
          <w:b/>
        </w:rPr>
        <w:t>[club, team or small business]</w:t>
      </w:r>
      <w:r>
        <w:rPr>
          <w:b w:val="0"/>
        </w:rPr>
        <w:t xml:space="preserve">. I post </w:t>
      </w:r>
      <w:r>
        <w:rPr>
          <w:b/>
        </w:rPr>
        <w:t>[number]</w:t>
      </w:r>
      <w:r>
        <w:rPr>
          <w:b w:val="0"/>
        </w:rPr>
        <w:t xml:space="preserve"> times a week, I tried </w:t>
      </w:r>
      <w:r>
        <w:rPr>
          <w:b/>
        </w:rPr>
        <w:t>[format, e.g. short behind-the-scenes videos]</w:t>
      </w:r>
      <w:r>
        <w:rPr>
          <w:b w:val="0"/>
        </w:rPr>
        <w:t xml:space="preserve"> after noticing </w:t>
      </w:r>
      <w:r>
        <w:rPr>
          <w:b/>
        </w:rPr>
        <w:t>[what you noticed]</w:t>
      </w:r>
      <w:r>
        <w:rPr>
          <w:b w:val="0"/>
        </w:rPr>
        <w:t xml:space="preserve">, and [what happened, e.g. our followers went from </w:t>
      </w:r>
      <w:r>
        <w:rPr>
          <w:b/>
        </w:rPr>
        <w:t>[number]</w:t>
      </w:r>
      <w:r>
        <w:rPr>
          <w:b w:val="0"/>
        </w:rPr>
        <w:t xml:space="preserve"> to </w:t>
      </w:r>
      <w:r>
        <w:rPr>
          <w:b/>
        </w:rPr>
        <w:t>[number]</w:t>
      </w:r>
      <w:r>
        <w:rPr>
          <w:b w:val="0"/>
        </w:rPr>
        <w:t xml:space="preserve"> / our event sign-ups came mostly from those posts].</w:t>
      </w:r>
    </w:p>
    <w:p/>
    <w:p>
      <w:r>
        <w:rPr>
          <w:b w:val="0"/>
        </w:rPr>
        <w:t>I want to learn how a brand team plans content around launches, and how you decide what to measure.</w:t>
      </w:r>
    </w:p>
    <w:p/>
    <w:p>
      <w:r>
        <w:rPr>
          <w:b w:val="0"/>
        </w:rPr>
        <w:t xml:space="preserve">I'm available </w:t>
      </w:r>
      <w:r>
        <w:rPr>
          <w:b/>
        </w:rPr>
        <w:t>[dates or days per week]</w:t>
      </w:r>
      <w:r>
        <w:rPr>
          <w:b w:val="0"/>
        </w:rPr>
        <w:t xml:space="preserve"> </w:t>
      </w:r>
      <w:r>
        <w:rPr>
          <w:b/>
        </w:rPr>
        <w:t>[and can receive school credit if needed]</w:t>
      </w:r>
      <w:r>
        <w:rPr>
          <w:b w:val="0"/>
        </w:rPr>
        <w:t xml:space="preserve">. I'd love to talk. My work is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 w:val="0"/>
        </w:rPr>
        <w:t>Thank you,</w:t>
      </w:r>
    </w:p>
    <w:p>
      <w:r>
        <w:rPr>
          <w:b/>
        </w:rPr>
        <w:t>[Your name]</w:t>
      </w:r>
    </w:p>
    <w:p>
      <w:pPr>
        <w:pStyle w:val="Heading2"/>
      </w:pPr>
      <w:r>
        <w:t>Example 2: brand or general marketing internship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[Company]</w:t>
      </w:r>
      <w:r>
        <w:rPr>
          <w:b w:val="0"/>
        </w:rPr>
        <w:t xml:space="preserve">'s </w:t>
      </w:r>
      <w:r>
        <w:rPr>
          <w:b/>
        </w:rPr>
        <w:t>[recent campaign, packaging change or launch]</w:t>
      </w:r>
      <w:r>
        <w:rPr>
          <w:b w:val="0"/>
        </w:rPr>
        <w:t xml:space="preserve"> caught my attention because </w:t>
      </w:r>
      <w:r>
        <w:rPr>
          <w:b/>
        </w:rPr>
        <w:t>[specific detail]</w:t>
      </w:r>
      <w:r>
        <w:rPr>
          <w:b w:val="0"/>
        </w:rPr>
        <w:t xml:space="preserve">. I'm a </w:t>
      </w:r>
      <w:r>
        <w:rPr>
          <w:b/>
        </w:rPr>
        <w:t>[year]</w:t>
      </w:r>
      <w:r>
        <w:rPr>
          <w:b w:val="0"/>
        </w:rPr>
        <w:t xml:space="preserve"> at </w:t>
      </w:r>
      <w:r>
        <w:rPr>
          <w:b/>
        </w:rPr>
        <w:t>[school]</w:t>
      </w:r>
      <w:r>
        <w:rPr>
          <w:b w:val="0"/>
        </w:rPr>
        <w:t xml:space="preserve"> studying </w:t>
      </w:r>
      <w:r>
        <w:rPr>
          <w:b/>
        </w:rPr>
        <w:t>[major]</w:t>
      </w:r>
      <w:r>
        <w:rPr>
          <w:b w:val="0"/>
        </w:rPr>
        <w:t xml:space="preserve">, applying for your </w:t>
      </w:r>
      <w:r>
        <w:rPr>
          <w:b/>
        </w:rPr>
        <w:t>[Summer]</w:t>
      </w:r>
      <w:r>
        <w:rPr>
          <w:b w:val="0"/>
        </w:rPr>
        <w:t xml:space="preserve"> Marketing Intern position.</w:t>
      </w:r>
    </w:p>
    <w:p/>
    <w:p>
      <w:r>
        <w:rPr>
          <w:b w:val="0"/>
        </w:rPr>
        <w:t xml:space="preserve">In my </w:t>
      </w:r>
      <w:r>
        <w:rPr>
          <w:b/>
        </w:rPr>
        <w:t>[class name]</w:t>
      </w:r>
      <w:r>
        <w:rPr>
          <w:b w:val="0"/>
        </w:rPr>
        <w:t xml:space="preserve"> class, our team built a marketing plan for </w:t>
      </w:r>
      <w:r>
        <w:rPr>
          <w:b/>
        </w:rPr>
        <w:t>[real brand or product]</w:t>
      </w:r>
      <w:r>
        <w:rPr>
          <w:b w:val="0"/>
        </w:rPr>
        <w:t xml:space="preserve">. I led the </w:t>
      </w:r>
      <w:r>
        <w:rPr>
          <w:b/>
        </w:rPr>
        <w:t>[part, e.g. customer research]</w:t>
      </w:r>
      <w:r>
        <w:rPr>
          <w:b w:val="0"/>
        </w:rPr>
        <w:t xml:space="preserve">, interviewing </w:t>
      </w:r>
      <w:r>
        <w:rPr>
          <w:b/>
        </w:rPr>
        <w:t>[number]</w:t>
      </w:r>
      <w:r>
        <w:rPr>
          <w:b w:val="0"/>
        </w:rPr>
        <w:t xml:space="preserve"> people and turning what we heard into the </w:t>
      </w:r>
      <w:r>
        <w:rPr>
          <w:b/>
        </w:rPr>
        <w:t>[positioning / audience profile]</w:t>
      </w:r>
      <w:r>
        <w:rPr>
          <w:b w:val="0"/>
        </w:rPr>
        <w:t xml:space="preserve"> the rest of the plan used. I also work </w:t>
      </w:r>
      <w:r>
        <w:rPr>
          <w:b/>
        </w:rPr>
        <w:t>[number]</w:t>
      </w:r>
      <w:r>
        <w:rPr>
          <w:b w:val="0"/>
        </w:rPr>
        <w:t xml:space="preserve"> hours a week at </w:t>
      </w:r>
      <w:r>
        <w:rPr>
          <w:b/>
        </w:rPr>
        <w:t>[part-time job]</w:t>
      </w:r>
      <w:r>
        <w:rPr>
          <w:b w:val="0"/>
        </w:rPr>
        <w:t xml:space="preserve">, where I </w:t>
      </w:r>
      <w:r>
        <w:rPr>
          <w:b/>
        </w:rPr>
        <w:t>[something relevant, e.g. redid the shop's signage and Instagram]</w:t>
      </w:r>
      <w:r>
        <w:rPr>
          <w:b w:val="0"/>
        </w:rPr>
        <w:t>.</w:t>
      </w:r>
    </w:p>
    <w:p/>
    <w:p>
      <w:r>
        <w:rPr>
          <w:b w:val="0"/>
        </w:rPr>
        <w:t>I'd like to see how a brand team goes from a brief to a campaign, and I'll take on whatever helps along the way.</w:t>
      </w:r>
    </w:p>
    <w:p/>
    <w:p>
      <w:r>
        <w:rPr>
          <w:b w:val="0"/>
        </w:rPr>
        <w:t xml:space="preserve">I'm available from </w:t>
      </w:r>
      <w:r>
        <w:rPr>
          <w:b/>
        </w:rPr>
        <w:t>[date]</w:t>
      </w:r>
      <w:r>
        <w:rPr>
          <w:b w:val="0"/>
        </w:rPr>
        <w:t xml:space="preserve"> to </w:t>
      </w:r>
      <w:r>
        <w:rPr>
          <w:b/>
        </w:rPr>
        <w:t>[date]</w:t>
      </w:r>
      <w:r>
        <w:rPr>
          <w:b w:val="0"/>
        </w:rPr>
        <w:t>. Thank you for reading, and I'd welcome a conversation.</w:t>
      </w:r>
    </w:p>
    <w:p/>
    <w:p>
      <w:r>
        <w:rPr>
          <w:b/>
        </w:rPr>
        <w:t>[Your name]</w:t>
      </w:r>
    </w:p>
    <w:p>
      <w:pPr>
        <w:pStyle w:val="Heading2"/>
      </w:pPr>
      <w:r>
        <w:t>Example 3: analytics, SEO or growth internship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</w:t>
      </w:r>
      <w:r>
        <w:rPr>
          <w:b/>
        </w:rPr>
        <w:t>[Marketing Analytics / SEO / Growth]</w:t>
      </w:r>
      <w:r>
        <w:rPr>
          <w:b w:val="0"/>
        </w:rPr>
        <w:t xml:space="preserve"> Intern role at </w:t>
      </w:r>
      <w:r>
        <w:rPr>
          <w:b/>
        </w:rPr>
        <w:t>[Company]</w:t>
      </w:r>
      <w:r>
        <w:rPr>
          <w:b w:val="0"/>
        </w:rPr>
        <w:t xml:space="preserve">. I'm a </w:t>
      </w:r>
      <w:r>
        <w:rPr>
          <w:b/>
        </w:rPr>
        <w:t>[year]</w:t>
      </w:r>
      <w:r>
        <w:rPr>
          <w:b w:val="0"/>
        </w:rPr>
        <w:t xml:space="preserve"> at </w:t>
      </w:r>
      <w:r>
        <w:rPr>
          <w:b/>
        </w:rPr>
        <w:t>[school]</w:t>
      </w:r>
      <w:r>
        <w:rPr>
          <w:b w:val="0"/>
        </w:rPr>
        <w:t xml:space="preserve"> studying </w:t>
      </w:r>
      <w:r>
        <w:rPr>
          <w:b/>
        </w:rPr>
        <w:t>[major]</w:t>
      </w:r>
      <w:r>
        <w:rPr>
          <w:b w:val="0"/>
        </w:rPr>
        <w:t xml:space="preserve">, and I've been teaching myself </w:t>
      </w:r>
      <w:r>
        <w:rPr>
          <w:b/>
        </w:rPr>
        <w:t>[skill, e.g. Google Analytics and keyword research]</w:t>
      </w:r>
      <w:r>
        <w:rPr>
          <w:b w:val="0"/>
        </w:rPr>
        <w:t xml:space="preserve"> alongside my coursework.</w:t>
      </w:r>
    </w:p>
    <w:p/>
    <w:p>
      <w:r>
        <w:rPr>
          <w:b w:val="0"/>
        </w:rPr>
        <w:t xml:space="preserve">To practice, I [project, e.g. audited the search traffic of a local business's site / built a dashboard of my club's email sign-ups in Google Sheets]. I found </w:t>
      </w:r>
      <w:r>
        <w:rPr>
          <w:b/>
        </w:rPr>
        <w:t>[one finding]</w:t>
      </w:r>
      <w:r>
        <w:rPr>
          <w:b w:val="0"/>
        </w:rPr>
        <w:t xml:space="preserve">, suggested </w:t>
      </w:r>
      <w:r>
        <w:rPr>
          <w:b/>
        </w:rPr>
        <w:t>[change]</w:t>
      </w:r>
      <w:r>
        <w:rPr>
          <w:b w:val="0"/>
        </w:rPr>
        <w:t xml:space="preserve">, and </w:t>
      </w:r>
      <w:r>
        <w:rPr>
          <w:b/>
        </w:rPr>
        <w:t>[what happened or what you learned]</w:t>
      </w:r>
      <w:r>
        <w:rPr>
          <w:b w:val="0"/>
        </w:rPr>
        <w:t>.</w:t>
      </w:r>
    </w:p>
    <w:p/>
    <w:p>
      <w:r>
        <w:rPr>
          <w:b w:val="0"/>
        </w:rPr>
        <w:t>I like the part of marketing where you can check whether something worked, and I'd like to learn how your team decides what to test.</w:t>
      </w:r>
    </w:p>
    <w:p/>
    <w:p>
      <w:r>
        <w:rPr>
          <w:b w:val="0"/>
        </w:rPr>
        <w:t xml:space="preserve">I'm available </w:t>
      </w:r>
      <w:r>
        <w:rPr>
          <w:b/>
        </w:rPr>
        <w:t>[hours or dates]</w:t>
      </w:r>
      <w:r>
        <w:rPr>
          <w:b w:val="0"/>
        </w:rPr>
        <w:t xml:space="preserve">. My project is at </w:t>
      </w:r>
      <w:r>
        <w:rPr>
          <w:b/>
        </w:rPr>
        <w:t>[link]</w:t>
      </w:r>
      <w:r>
        <w:rPr>
          <w:b w:val="0"/>
        </w:rPr>
        <w:t>. I'd welcome a conversation.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