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Director Cover Letter: Examples and Structure</w:t>
      </w:r>
    </w:p>
    <w:p>
      <w:r>
        <w:t>Templates from https://knowtheroom.ai/cover-letters/marketing-director/ · Replace everything in [brackets].</w:t>
      </w:r>
    </w:p>
    <w:p>
      <w:pPr>
        <w:pStyle w:val="Heading2"/>
      </w:pPr>
      <w:r>
        <w:t>Example 1: director in a growth-stage company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Marketing Director role at </w:t>
      </w:r>
      <w:r>
        <w:rPr>
          <w:b/>
        </w:rPr>
        <w:t>[Company]</w:t>
      </w:r>
      <w:r>
        <w:rPr>
          <w:b w:val="0"/>
        </w:rPr>
        <w:t xml:space="preserve">. From the outside, </w:t>
      </w:r>
      <w:r>
        <w:rPr>
          <w:b/>
        </w:rPr>
        <w:t>[Company]</w:t>
      </w:r>
      <w:r>
        <w:rPr>
          <w:b w:val="0"/>
        </w:rPr>
        <w:t xml:space="preserve"> looks [specific observation, e.g. strong on acquisition but weaker on retention, judging by how much of your spend goes to promotions]. That's the problem I've spent the last </w:t>
      </w:r>
      <w:r>
        <w:rPr>
          <w:b/>
        </w:rPr>
        <w:t>[number]</w:t>
      </w:r>
      <w:r>
        <w:rPr>
          <w:b w:val="0"/>
        </w:rPr>
        <w:t xml:space="preserve"> years solving.</w:t>
      </w:r>
    </w:p>
    <w:p/>
    <w:p>
      <w:r>
        <w:rPr>
          <w:b w:val="0"/>
        </w:rPr>
        <w:t xml:space="preserve">At </w:t>
      </w:r>
      <w:r>
        <w:rPr>
          <w:b/>
        </w:rPr>
        <w:t>[Current company]</w:t>
      </w:r>
      <w:r>
        <w:rPr>
          <w:b w:val="0"/>
        </w:rPr>
        <w:t xml:space="preserve">, I lead a team of </w:t>
      </w:r>
      <w:r>
        <w:rPr>
          <w:b/>
        </w:rPr>
        <w:t>[number]</w:t>
      </w:r>
      <w:r>
        <w:rPr>
          <w:b w:val="0"/>
        </w:rPr>
        <w:t xml:space="preserve"> across </w:t>
      </w:r>
      <w:r>
        <w:rPr>
          <w:b/>
        </w:rPr>
        <w:t>[functions]</w:t>
      </w:r>
      <w:r>
        <w:rPr>
          <w:b w:val="0"/>
        </w:rPr>
        <w:t xml:space="preserve"> with a </w:t>
      </w:r>
      <w:r>
        <w:rPr>
          <w:b/>
        </w:rPr>
        <w:t>[budget]</w:t>
      </w:r>
      <w:r>
        <w:rPr>
          <w:b w:val="0"/>
        </w:rPr>
        <w:t xml:space="preserve"> budget. Over </w:t>
      </w:r>
      <w:r>
        <w:rPr>
          <w:b/>
        </w:rPr>
        <w:t>[timeframe]</w:t>
      </w:r>
      <w:r>
        <w:rPr>
          <w:b w:val="0"/>
        </w:rPr>
        <w:t xml:space="preserve"> we </w:t>
      </w:r>
      <w:r>
        <w:rPr>
          <w:b/>
        </w:rPr>
        <w:t>[result, e.g. grew revenue from returning customers by X%]</w:t>
      </w:r>
      <w:r>
        <w:rPr>
          <w:b w:val="0"/>
        </w:rPr>
        <w:t xml:space="preserve"> by </w:t>
      </w:r>
      <w:r>
        <w:rPr>
          <w:b/>
        </w:rPr>
        <w:t>[what you changed]</w:t>
      </w:r>
      <w:r>
        <w:rPr>
          <w:b w:val="0"/>
        </w:rPr>
        <w:t xml:space="preserve">. Before that, at </w:t>
      </w:r>
      <w:r>
        <w:rPr>
          <w:b/>
        </w:rPr>
        <w:t>[Previous company]</w:t>
      </w:r>
      <w:r>
        <w:rPr>
          <w:b w:val="0"/>
        </w:rPr>
        <w:t xml:space="preserve">, I </w:t>
      </w:r>
      <w:r>
        <w:rPr>
          <w:b/>
        </w:rPr>
        <w:t>[second result at a relevant scale]</w:t>
      </w:r>
      <w:r>
        <w:rPr>
          <w:b w:val="0"/>
        </w:rPr>
        <w:t>.</w:t>
      </w:r>
    </w:p>
    <w:p/>
    <w:p>
      <w:r>
        <w:rPr>
          <w:b w:val="0"/>
        </w:rPr>
        <w:t xml:space="preserve">In my first </w:t>
      </w:r>
      <w:r>
        <w:rPr>
          <w:b/>
        </w:rPr>
        <w:t>[90 days]</w:t>
      </w:r>
      <w:r>
        <w:rPr>
          <w:b w:val="0"/>
        </w:rPr>
        <w:t xml:space="preserve">, I'd </w:t>
      </w:r>
      <w:r>
        <w:rPr>
          <w:b/>
        </w:rPr>
        <w:t>[first priority]</w:t>
      </w:r>
      <w:r>
        <w:rPr>
          <w:b w:val="0"/>
        </w:rPr>
        <w:t xml:space="preserve">, then </w:t>
      </w:r>
      <w:r>
        <w:rPr>
          <w:b/>
        </w:rPr>
        <w:t>[second priority]</w:t>
      </w:r>
      <w:r>
        <w:rPr>
          <w:b w:val="0"/>
        </w:rPr>
        <w:t xml:space="preserve">, so we'd have </w:t>
      </w:r>
      <w:r>
        <w:rPr>
          <w:b/>
        </w:rPr>
        <w:t>[what success looks like]</w:t>
      </w:r>
      <w:r>
        <w:rPr>
          <w:b w:val="0"/>
        </w:rPr>
        <w:t xml:space="preserve"> by </w:t>
      </w:r>
      <w:r>
        <w:rPr>
          <w:b/>
        </w:rPr>
        <w:t>[time]</w:t>
      </w:r>
      <w:r>
        <w:rPr>
          <w:b w:val="0"/>
        </w:rPr>
        <w:t>.</w:t>
      </w:r>
    </w:p>
    <w:p/>
    <w:p>
      <w:r>
        <w:rPr>
          <w:b w:val="0"/>
        </w:rPr>
        <w:t>I'd welcome a conversation about where you want marketing to be in a year.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</w:p>
    <w:p>
      <w:pPr>
        <w:pStyle w:val="Heading2"/>
      </w:pPr>
      <w:r>
        <w:t>Example 2: senior manager stepping up to director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writing about the Marketing Director role at </w:t>
      </w:r>
      <w:r>
        <w:rPr>
          <w:b/>
        </w:rPr>
        <w:t>[Company]</w:t>
      </w:r>
      <w:r>
        <w:rPr>
          <w:b w:val="0"/>
        </w:rPr>
        <w:t xml:space="preserve">. Your </w:t>
      </w:r>
      <w:r>
        <w:rPr>
          <w:b/>
        </w:rPr>
        <w:t>[recent move, e.g. new product line or market]</w:t>
      </w:r>
      <w:r>
        <w:rPr>
          <w:b w:val="0"/>
        </w:rPr>
        <w:t xml:space="preserve"> means </w:t>
      </w:r>
      <w:r>
        <w:rPr>
          <w:b/>
        </w:rPr>
        <w:t>[what it will need from marketing]</w:t>
      </w:r>
      <w:r>
        <w:rPr>
          <w:b w:val="0"/>
        </w:rPr>
        <w:t>.</w:t>
      </w:r>
    </w:p>
    <w:p/>
    <w:p>
      <w:r>
        <w:rPr>
          <w:b w:val="0"/>
        </w:rPr>
        <w:t xml:space="preserve">As Senior Marketing Manager at </w:t>
      </w:r>
      <w:r>
        <w:rPr>
          <w:b/>
        </w:rPr>
        <w:t>[Current company]</w:t>
      </w:r>
      <w:r>
        <w:rPr>
          <w:b w:val="0"/>
        </w:rPr>
        <w:t xml:space="preserve">, I've led </w:t>
      </w:r>
      <w:r>
        <w:rPr>
          <w:b/>
        </w:rPr>
        <w:t>[team or program]</w:t>
      </w:r>
      <w:r>
        <w:rPr>
          <w:b w:val="0"/>
        </w:rPr>
        <w:t xml:space="preserve"> for </w:t>
      </w:r>
      <w:r>
        <w:rPr>
          <w:b/>
        </w:rPr>
        <w:t>[timeframe]</w:t>
      </w:r>
      <w:r>
        <w:rPr>
          <w:b w:val="0"/>
        </w:rPr>
        <w:t xml:space="preserve">. I built </w:t>
      </w:r>
      <w:r>
        <w:rPr>
          <w:b/>
        </w:rPr>
        <w:t>[plan, team or capability]</w:t>
      </w:r>
      <w:r>
        <w:rPr>
          <w:b w:val="0"/>
        </w:rPr>
        <w:t xml:space="preserve"> that delivered </w:t>
      </w:r>
      <w:r>
        <w:rPr>
          <w:b/>
        </w:rPr>
        <w:t>[result with a number]</w:t>
      </w:r>
      <w:r>
        <w:rPr>
          <w:b w:val="0"/>
        </w:rPr>
        <w:t xml:space="preserve">, and I present our results to the </w:t>
      </w:r>
      <w:r>
        <w:rPr>
          <w:b/>
        </w:rPr>
        <w:t>[leadership team / board]</w:t>
      </w:r>
      <w:r>
        <w:rPr>
          <w:b w:val="0"/>
        </w:rPr>
        <w:t xml:space="preserve"> every </w:t>
      </w:r>
      <w:r>
        <w:rPr>
          <w:b/>
        </w:rPr>
        <w:t>[period]</w:t>
      </w:r>
      <w:r>
        <w:rPr>
          <w:b w:val="0"/>
        </w:rPr>
        <w:t>.</w:t>
      </w:r>
    </w:p>
    <w:p/>
    <w:p>
      <w:r>
        <w:rPr>
          <w:b w:val="0"/>
        </w:rPr>
        <w:t xml:space="preserve">I'm ready to lead the whole function, and I'd bring </w:t>
      </w:r>
      <w:r>
        <w:rPr>
          <w:b/>
        </w:rPr>
        <w:t>[one strength that fits their situation]</w:t>
      </w:r>
      <w:r>
        <w:rPr>
          <w:b w:val="0"/>
        </w:rPr>
        <w:t>.</w:t>
      </w:r>
    </w:p>
    <w:p/>
    <w:p>
      <w:r>
        <w:rPr>
          <w:b w:val="0"/>
        </w:rPr>
        <w:t>I'd be glad to talk about the role.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