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Marketing Coordinator Cover Letter: Examples and Structure</w:t>
      </w:r>
    </w:p>
    <w:p>
      <w:r>
        <w:t>Templates from https://knowtheroom.ai/cover-letters/marketing-coordinator/ · Replace everything in [brackets].</w:t>
      </w:r>
    </w:p>
    <w:p>
      <w:pPr>
        <w:pStyle w:val="Heading2"/>
      </w:pPr>
      <w:r>
        <w:t>Example 1: coordinator with experience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applying for the Marketing Coordinator role at </w:t>
      </w:r>
      <w:r>
        <w:rPr>
          <w:b/>
        </w:rPr>
        <w:t>[Company]</w:t>
      </w:r>
      <w:r>
        <w:rPr>
          <w:b w:val="0"/>
        </w:rPr>
        <w:t xml:space="preserve">. I noticed </w:t>
      </w:r>
      <w:r>
        <w:rPr>
          <w:b/>
        </w:rPr>
        <w:t>[specific detail, e.g. you're launching in new markets this year]</w:t>
      </w:r>
      <w:r>
        <w:rPr>
          <w:b w:val="0"/>
        </w:rPr>
        <w:t>, and I'd like to help keep that work organized.</w:t>
      </w:r>
    </w:p>
    <w:p/>
    <w:p>
      <w:r>
        <w:rPr>
          <w:b w:val="0"/>
        </w:rPr>
        <w:t xml:space="preserve">At </w:t>
      </w:r>
      <w:r>
        <w:rPr>
          <w:b/>
        </w:rPr>
        <w:t>[Current company]</w:t>
      </w:r>
      <w:r>
        <w:rPr>
          <w:b w:val="0"/>
        </w:rPr>
        <w:t xml:space="preserve">, I coordinate </w:t>
      </w:r>
      <w:r>
        <w:rPr>
          <w:b/>
        </w:rPr>
        <w:t>[campaigns, events or content]</w:t>
      </w:r>
      <w:r>
        <w:rPr>
          <w:b w:val="0"/>
        </w:rPr>
        <w:t xml:space="preserve"> across </w:t>
      </w:r>
      <w:r>
        <w:rPr>
          <w:b/>
        </w:rPr>
        <w:t>[teams]</w:t>
      </w:r>
      <w:r>
        <w:rPr>
          <w:b w:val="0"/>
        </w:rPr>
        <w:t xml:space="preserve">. I manage our </w:t>
      </w:r>
      <w:r>
        <w:rPr>
          <w:b/>
        </w:rPr>
        <w:t>[content calendar / project tracker]</w:t>
      </w:r>
      <w:r>
        <w:rPr>
          <w:b w:val="0"/>
        </w:rPr>
        <w:t xml:space="preserve"> in </w:t>
      </w:r>
      <w:r>
        <w:rPr>
          <w:b/>
        </w:rPr>
        <w:t>[tool]</w:t>
      </w:r>
      <w:r>
        <w:rPr>
          <w:b w:val="0"/>
        </w:rPr>
        <w:t xml:space="preserve"> and kept </w:t>
      </w:r>
      <w:r>
        <w:rPr>
          <w:b/>
        </w:rPr>
        <w:t>[number]</w:t>
      </w:r>
      <w:r>
        <w:rPr>
          <w:b w:val="0"/>
        </w:rPr>
        <w:t xml:space="preserve"> launches on schedule last </w:t>
      </w:r>
      <w:r>
        <w:rPr>
          <w:b/>
        </w:rPr>
        <w:t>[year / quarter]</w:t>
      </w:r>
      <w:r>
        <w:rPr>
          <w:b w:val="0"/>
        </w:rPr>
        <w:t xml:space="preserve">. When </w:t>
      </w:r>
      <w:r>
        <w:rPr>
          <w:b/>
        </w:rPr>
        <w:t>[a problem came up]</w:t>
      </w:r>
      <w:r>
        <w:rPr>
          <w:b w:val="0"/>
        </w:rPr>
        <w:t xml:space="preserve">, I </w:t>
      </w:r>
      <w:r>
        <w:rPr>
          <w:b/>
        </w:rPr>
        <w:t>[what you did]</w:t>
      </w:r>
      <w:r>
        <w:rPr>
          <w:b w:val="0"/>
        </w:rPr>
        <w:t xml:space="preserve">, and we still </w:t>
      </w:r>
      <w:r>
        <w:rPr>
          <w:b/>
        </w:rPr>
        <w:t>[outcome]</w:t>
      </w:r>
      <w:r>
        <w:rPr>
          <w:b w:val="0"/>
        </w:rPr>
        <w:t>.</w:t>
      </w:r>
    </w:p>
    <w:p/>
    <w:p>
      <w:r>
        <w:rPr>
          <w:b w:val="0"/>
        </w:rPr>
        <w:t xml:space="preserve">I'm comfortable with </w:t>
      </w:r>
      <w:r>
        <w:rPr>
          <w:b/>
        </w:rPr>
        <w:t>[tools from the posting]</w:t>
      </w:r>
      <w:r>
        <w:rPr>
          <w:b w:val="0"/>
        </w:rPr>
        <w:t>, and I'm the person who checks the links before anything goes out.</w:t>
      </w:r>
    </w:p>
    <w:p/>
    <w:p>
      <w:r>
        <w:rPr>
          <w:b w:val="0"/>
        </w:rPr>
        <w:t>I'd welcome the chance to talk about the role.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p>
      <w:r>
        <w:rPr>
          <w:b/>
        </w:rPr>
        <w:t>[Phone]</w:t>
      </w:r>
      <w:r>
        <w:rPr>
          <w:b w:val="0"/>
        </w:rPr>
        <w:t xml:space="preserve"> · </w:t>
      </w:r>
      <w:r>
        <w:rPr>
          <w:b/>
        </w:rPr>
        <w:t>[LinkedIn URL]</w:t>
      </w:r>
    </w:p>
    <w:p>
      <w:pPr>
        <w:pStyle w:val="Heading2"/>
      </w:pPr>
      <w:r>
        <w:t>Example 2: first marketing job</w:t>
      </w:r>
    </w:p>
    <w:p>
      <w:r>
        <w:rPr>
          <w:b w:val="0"/>
        </w:rPr>
        <w:t xml:space="preserve">Dear </w:t>
      </w:r>
      <w:r>
        <w:rPr>
          <w:b/>
        </w:rPr>
        <w:t>[Hiring manager's name]</w:t>
      </w:r>
      <w:r>
        <w:rPr>
          <w:b w:val="0"/>
        </w:rPr>
        <w:t>,</w:t>
      </w:r>
    </w:p>
    <w:p/>
    <w:p>
      <w:r>
        <w:rPr>
          <w:b w:val="0"/>
        </w:rPr>
        <w:t xml:space="preserve">I'm writing to apply for the Marketing Coordinator position at </w:t>
      </w:r>
      <w:r>
        <w:rPr>
          <w:b/>
        </w:rPr>
        <w:t>[Company]</w:t>
      </w:r>
      <w:r>
        <w:rPr>
          <w:b w:val="0"/>
        </w:rPr>
        <w:t>. [One sentence on why this company: something about its products, audience or recent marketing].</w:t>
      </w:r>
    </w:p>
    <w:p/>
    <w:p>
      <w:r>
        <w:rPr>
          <w:b w:val="0"/>
        </w:rPr>
        <w:t xml:space="preserve">In </w:t>
      </w:r>
      <w:r>
        <w:rPr>
          <w:b/>
        </w:rPr>
        <w:t>[internship, part-time job or student role]</w:t>
      </w:r>
      <w:r>
        <w:rPr>
          <w:b w:val="0"/>
        </w:rPr>
        <w:t xml:space="preserve">, I [coordinated something specific, e.g. ran social posting for a campus organization with X members]. I planned </w:t>
      </w:r>
      <w:r>
        <w:rPr>
          <w:b/>
        </w:rPr>
        <w:t>[what]</w:t>
      </w:r>
      <w:r>
        <w:rPr>
          <w:b w:val="0"/>
        </w:rPr>
        <w:t xml:space="preserve">, worked with </w:t>
      </w:r>
      <w:r>
        <w:rPr>
          <w:b/>
        </w:rPr>
        <w:t>[who]</w:t>
      </w:r>
      <w:r>
        <w:rPr>
          <w:b w:val="0"/>
        </w:rPr>
        <w:t xml:space="preserve"> and </w:t>
      </w:r>
      <w:r>
        <w:rPr>
          <w:b/>
        </w:rPr>
        <w:t>[result, even a small one]</w:t>
      </w:r>
      <w:r>
        <w:rPr>
          <w:b w:val="0"/>
        </w:rPr>
        <w:t>.</w:t>
      </w:r>
    </w:p>
    <w:p/>
    <w:p>
      <w:r>
        <w:rPr>
          <w:b w:val="0"/>
        </w:rPr>
        <w:t xml:space="preserve">I've also taught myself </w:t>
      </w:r>
      <w:r>
        <w:rPr>
          <w:b/>
        </w:rPr>
        <w:t>[tools or skills relevant to the posting]</w:t>
      </w:r>
      <w:r>
        <w:rPr>
          <w:b w:val="0"/>
        </w:rPr>
        <w:t xml:space="preserve">, and I'm organized by habit: </w:t>
      </w:r>
      <w:r>
        <w:rPr>
          <w:b/>
        </w:rPr>
        <w:t>[one concrete example]</w:t>
      </w:r>
      <w:r>
        <w:rPr>
          <w:b w:val="0"/>
        </w:rPr>
        <w:t>.</w:t>
      </w:r>
    </w:p>
    <w:p/>
    <w:p>
      <w:r>
        <w:rPr>
          <w:b w:val="0"/>
        </w:rPr>
        <w:t>I'd be glad to talk about how I can support your team.</w:t>
      </w:r>
    </w:p>
    <w:p/>
    <w:p>
      <w:r>
        <w:rPr>
          <w:b w:val="0"/>
        </w:rPr>
        <w:t>Best regards,</w:t>
      </w:r>
    </w:p>
    <w:p>
      <w:r>
        <w:rPr>
          <w:b/>
        </w:rPr>
        <w:t>[Your name]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