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Assistant Cover Letter: Examples and Structure</w:t>
      </w:r>
    </w:p>
    <w:p>
      <w:r>
        <w:t>Templates from https://kunskap.app/cover-letters/marketing-assistant/ · Replace everything in [brackets].</w:t>
      </w:r>
    </w:p>
    <w:p>
      <w:pPr>
        <w:pStyle w:val="Heading2"/>
      </w:pPr>
      <w:r>
        <w:t>Example 1: recent graduate or intern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Marketing Assistant role at </w:t>
      </w:r>
      <w:r>
        <w:rPr>
          <w:b/>
        </w:rPr>
        <w:t>[Company]</w:t>
      </w:r>
      <w:r>
        <w:rPr>
          <w:b w:val="0"/>
        </w:rPr>
        <w:t>. I noticed [specific observation, e.g. you've started posting short how-to videos on your product pages], and I'd like to help with work like that.</w:t>
      </w:r>
    </w:p>
    <w:p/>
    <w:p>
      <w:r>
        <w:rPr>
          <w:b w:val="0"/>
        </w:rPr>
        <w:t xml:space="preserve">During my internship at </w:t>
      </w:r>
      <w:r>
        <w:rPr>
          <w:b/>
        </w:rPr>
        <w:t>[Company]</w:t>
      </w:r>
      <w:r>
        <w:rPr>
          <w:b w:val="0"/>
        </w:rPr>
        <w:t xml:space="preserve">, I [task, e.g. scheduled social posts for three accounts and pulled the weekly engagement report]. I also </w:t>
      </w:r>
      <w:r>
        <w:rPr>
          <w:b/>
        </w:rPr>
        <w:t>[second task, e.g. rewrote product descriptions for the spring range]</w:t>
      </w:r>
      <w:r>
        <w:rPr>
          <w:b w:val="0"/>
        </w:rPr>
        <w:t xml:space="preserve">, which </w:t>
      </w:r>
      <w:r>
        <w:rPr>
          <w:b/>
        </w:rPr>
        <w:t>[result, even a small one]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 from the posting, e.g. Canva, a social scheduler and Google Sheets]</w:t>
      </w:r>
      <w:r>
        <w:rPr>
          <w:b w:val="0"/>
        </w:rPr>
        <w:t>, and I'm quick to learn new ones. [One habit, e.g. I keep a running checklist for every launch so nothing gets missed].</w:t>
      </w:r>
    </w:p>
    <w:p/>
    <w:p>
      <w:r>
        <w:rPr>
          <w:b w:val="0"/>
        </w:rPr>
        <w:t>I'd welcome the chance to talk about how I could support your team.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  <w:r>
        <w:rPr>
          <w:b w:val="0"/>
        </w:rPr>
        <w:t xml:space="preserve"> · </w:t>
      </w:r>
      <w:r>
        <w:rPr>
          <w:b/>
        </w:rPr>
        <w:t>[Portfolio link, if you have one]</w:t>
      </w:r>
    </w:p>
    <w:p>
      <w:pPr>
        <w:pStyle w:val="Heading2"/>
      </w:pPr>
      <w:r>
        <w:t>Example 2: some work experience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to apply for the Marketing Assistant position at </w:t>
      </w:r>
      <w:r>
        <w:rPr>
          <w:b/>
        </w:rPr>
        <w:t>[Company]</w:t>
      </w:r>
      <w:r>
        <w:rPr>
          <w:b w:val="0"/>
        </w:rPr>
        <w:t xml:space="preserve">. </w:t>
      </w:r>
      <w:r>
        <w:rPr>
          <w:b/>
        </w:rPr>
        <w:t>[One sentence on why this company: a product, its audience or a recent campaign]</w:t>
      </w:r>
      <w:r>
        <w:rPr>
          <w:b w:val="0"/>
        </w:rPr>
        <w:t>.</w:t>
      </w:r>
    </w:p>
    <w:p/>
    <w:p>
      <w:r>
        <w:rPr>
          <w:b w:val="0"/>
        </w:rPr>
        <w:t xml:space="preserve">For the past </w:t>
      </w:r>
      <w:r>
        <w:rPr>
          <w:b/>
        </w:rPr>
        <w:t>[period]</w:t>
      </w:r>
      <w:r>
        <w:rPr>
          <w:b w:val="0"/>
        </w:rPr>
        <w:t xml:space="preserve"> I've been </w:t>
      </w:r>
      <w:r>
        <w:rPr>
          <w:b/>
        </w:rPr>
        <w:t>[current role]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, where I [marketing-related tasks, e.g. update our website, send the monthly customer email and run the store's Instagram]. Our </w:t>
      </w:r>
      <w:r>
        <w:rPr>
          <w:b/>
        </w:rPr>
        <w:t>[email or post]</w:t>
      </w:r>
      <w:r>
        <w:rPr>
          <w:b w:val="0"/>
        </w:rPr>
        <w:t xml:space="preserve"> </w:t>
      </w:r>
      <w:r>
        <w:rPr>
          <w:b/>
        </w:rPr>
        <w:t>[result, e.g. had our best open rate of the year after I changed the subject line]</w:t>
      </w:r>
      <w:r>
        <w:rPr>
          <w:b w:val="0"/>
        </w:rPr>
        <w:t>.</w:t>
      </w:r>
    </w:p>
    <w:p/>
    <w:p>
      <w:r>
        <w:rPr>
          <w:b w:val="0"/>
        </w:rPr>
        <w:t xml:space="preserve">I've also </w:t>
      </w:r>
      <w:r>
        <w:rPr>
          <w:b/>
        </w:rPr>
        <w:t>[course, tool or side project]</w:t>
      </w:r>
      <w:r>
        <w:rPr>
          <w:b w:val="0"/>
        </w:rPr>
        <w:t xml:space="preserve">, and I'm the person on my team who </w:t>
      </w:r>
      <w:r>
        <w:rPr>
          <w:b/>
        </w:rPr>
        <w:t>[concrete example of reliability]</w:t>
      </w:r>
      <w:r>
        <w:rPr>
          <w:b w:val="0"/>
        </w:rPr>
        <w:t>.</w:t>
      </w:r>
    </w:p>
    <w:p/>
    <w:p>
      <w:r>
        <w:rPr>
          <w:b w:val="0"/>
        </w:rPr>
        <w:t>I'd be glad to talk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