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Analyst Cover Letter: Examples and Structure</w:t>
      </w:r>
    </w:p>
    <w:p>
      <w:r>
        <w:t>Templates from https://knowtheroom.ai/cover-letters/marketing-analyst/ · Replace everything in [brackets].</w:t>
      </w:r>
    </w:p>
    <w:p>
      <w:pPr>
        <w:pStyle w:val="Heading2"/>
      </w:pPr>
      <w:r>
        <w:t>Example 1: marketing analyst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[Company]</w:t>
      </w:r>
      <w:r>
        <w:rPr>
          <w:b w:val="0"/>
        </w:rPr>
        <w:t xml:space="preserve">'s growth in </w:t>
      </w:r>
      <w:r>
        <w:rPr>
          <w:b/>
        </w:rPr>
        <w:t>[market or channel]</w:t>
      </w:r>
      <w:r>
        <w:rPr>
          <w:b w:val="0"/>
        </w:rPr>
        <w:t xml:space="preserve"> raises an interesting question: </w:t>
      </w:r>
      <w:r>
        <w:rPr>
          <w:b/>
        </w:rPr>
        <w:t>[specific question your analysis could answer]</w:t>
      </w:r>
      <w:r>
        <w:rPr>
          <w:b w:val="0"/>
        </w:rPr>
        <w:t>. I'd like to help answer questions like that as your Marketing Analyst.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analyze </w:t>
      </w:r>
      <w:r>
        <w:rPr>
          <w:b/>
        </w:rPr>
        <w:t>[channels or programs]</w:t>
      </w:r>
      <w:r>
        <w:rPr>
          <w:b w:val="0"/>
        </w:rPr>
        <w:t xml:space="preserve"> for the marketing team. Two examples:</w:t>
      </w:r>
    </w:p>
    <w:p>
      <w:r>
        <w:rPr>
          <w:b w:val="0"/>
        </w:rPr>
        <w:t xml:space="preserve">- We weren't sure whether </w:t>
      </w:r>
      <w:r>
        <w:rPr>
          <w:b/>
        </w:rPr>
        <w:t>[channel]</w:t>
      </w:r>
      <w:r>
        <w:rPr>
          <w:b w:val="0"/>
        </w:rPr>
        <w:t xml:space="preserve"> was driving new customers or catching people who'd buy anyway. I </w:t>
      </w:r>
      <w:r>
        <w:rPr>
          <w:b/>
        </w:rPr>
        <w:t>[analysis: built a holdout test, compared cohorts]</w:t>
      </w:r>
      <w:r>
        <w:rPr>
          <w:b w:val="0"/>
        </w:rPr>
        <w:t xml:space="preserve">, which showed </w:t>
      </w:r>
      <w:r>
        <w:rPr>
          <w:b/>
        </w:rPr>
        <w:t>[finding]</w:t>
      </w:r>
      <w:r>
        <w:rPr>
          <w:b w:val="0"/>
        </w:rPr>
        <w:t xml:space="preserve">. We </w:t>
      </w:r>
      <w:r>
        <w:rPr>
          <w:b/>
        </w:rPr>
        <w:t>[decision]</w:t>
      </w:r>
      <w:r>
        <w:rPr>
          <w:b w:val="0"/>
        </w:rPr>
        <w:t xml:space="preserve">, and </w:t>
      </w:r>
      <w:r>
        <w:rPr>
          <w:b/>
        </w:rPr>
        <w:t>[result]</w:t>
      </w:r>
      <w:r>
        <w:rPr>
          <w:b w:val="0"/>
        </w:rPr>
        <w:t>.</w:t>
      </w:r>
    </w:p>
    <w:p>
      <w:r>
        <w:rPr>
          <w:b w:val="0"/>
        </w:rPr>
        <w:t xml:space="preserve">- I built a </w:t>
      </w:r>
      <w:r>
        <w:rPr>
          <w:b/>
        </w:rPr>
        <w:t>[dashboard or model]</w:t>
      </w:r>
      <w:r>
        <w:rPr>
          <w:b w:val="0"/>
        </w:rPr>
        <w:t xml:space="preserve"> for </w:t>
      </w:r>
      <w:r>
        <w:rPr>
          <w:b/>
        </w:rPr>
        <w:t>[team]</w:t>
      </w:r>
      <w:r>
        <w:rPr>
          <w:b w:val="0"/>
        </w:rPr>
        <w:t xml:space="preserve"> that </w:t>
      </w:r>
      <w:r>
        <w:rPr>
          <w:b/>
        </w:rPr>
        <w:t>[what it showed]</w:t>
      </w:r>
      <w:r>
        <w:rPr>
          <w:b w:val="0"/>
        </w:rPr>
        <w:t xml:space="preserve">, and it's now how we set </w:t>
      </w:r>
      <w:r>
        <w:rPr>
          <w:b/>
        </w:rPr>
        <w:t>[budget or targets]</w:t>
      </w:r>
      <w:r>
        <w:rPr>
          <w:b w:val="0"/>
        </w:rPr>
        <w:t xml:space="preserve"> each </w:t>
      </w:r>
      <w:r>
        <w:rPr>
          <w:b/>
        </w:rPr>
        <w:t>[period]</w:t>
      </w:r>
      <w:r>
        <w:rPr>
          <w:b w:val="0"/>
        </w:rPr>
        <w:t>.</w:t>
      </w:r>
    </w:p>
    <w:p/>
    <w:p>
      <w:r>
        <w:rPr>
          <w:b w:val="0"/>
        </w:rPr>
        <w:t xml:space="preserve">I work in </w:t>
      </w:r>
      <w:r>
        <w:rPr>
          <w:b/>
        </w:rPr>
        <w:t>[SQL, GA4, BI tool, Excel]</w:t>
      </w:r>
      <w:r>
        <w:rPr>
          <w:b w:val="0"/>
        </w:rPr>
        <w:t xml:space="preserve"> daily and write findings as one-page summaries with a recommendation on top.</w:t>
      </w:r>
    </w:p>
    <w:p/>
    <w:p>
      <w:r>
        <w:rPr>
          <w:b w:val="0"/>
        </w:rPr>
        <w:t>I'd welcome the chance to talk about the role.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Example 2: digital marketing analyst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[Specific observation about their digital marketing, e.g. their site, ads or app.]</w:t>
      </w:r>
      <w:r>
        <w:rPr>
          <w:b w:val="0"/>
        </w:rPr>
        <w:t xml:space="preserve"> I'm applying for the Digital Marketing Analyst role.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track performance across </w:t>
      </w:r>
      <w:r>
        <w:rPr>
          <w:b/>
        </w:rPr>
        <w:t>[paid search, paid social, email, site]</w:t>
      </w:r>
      <w:r>
        <w:rPr>
          <w:b w:val="0"/>
        </w:rPr>
        <w:t xml:space="preserve">. I found that [finding, e.g. most of our paid social conversions came from people already on our email list], which led us to </w:t>
      </w:r>
      <w:r>
        <w:rPr>
          <w:b/>
        </w:rPr>
        <w:t>[decision]</w:t>
      </w:r>
      <w:r>
        <w:rPr>
          <w:b w:val="0"/>
        </w:rPr>
        <w:t xml:space="preserve"> and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 xml:space="preserve">I'm fluent in </w:t>
      </w:r>
      <w:r>
        <w:rPr>
          <w:b/>
        </w:rPr>
        <w:t>[GA4, Looker Studio, ad platforms, SQL]</w:t>
      </w:r>
      <w:r>
        <w:rPr>
          <w:b w:val="0"/>
        </w:rPr>
        <w:t xml:space="preserve"> and comfortable setting up tracking with </w:t>
      </w:r>
      <w:r>
        <w:rPr>
          <w:b/>
        </w:rPr>
        <w:t>[developers or tag manager]</w:t>
      </w:r>
      <w:r>
        <w:rPr>
          <w:b w:val="0"/>
        </w:rPr>
        <w:t>.</w:t>
      </w:r>
    </w:p>
    <w:p/>
    <w:p>
      <w:r>
        <w:rPr>
          <w:b w:val="0"/>
        </w:rPr>
        <w:t>I'd be glad to talk about your measurement plans.</w:t>
      </w:r>
    </w:p>
    <w:p/>
    <w:p>
      <w:r>
        <w:rPr>
          <w:b w:val="0"/>
        </w:rPr>
        <w:t>Thank you,</w:t>
      </w:r>
    </w:p>
    <w:p>
      <w:r>
        <w:rPr>
          <w:b/>
        </w:rPr>
        <w:t>[Your name]</w:t>
      </w:r>
    </w:p>
    <w:p>
      <w:pPr>
        <w:pStyle w:val="Heading2"/>
      </w:pPr>
      <w:r>
        <w:t>Example 3: entry-level marketing analyst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[Specific observation about the company.]</w:t>
      </w:r>
      <w:r>
        <w:rPr>
          <w:b w:val="0"/>
        </w:rPr>
        <w:t xml:space="preserve"> I'm applying for the </w:t>
      </w:r>
      <w:r>
        <w:rPr>
          <w:b/>
        </w:rPr>
        <w:t>[Junior]</w:t>
      </w:r>
      <w:r>
        <w:rPr>
          <w:b w:val="0"/>
        </w:rPr>
        <w:t xml:space="preserve"> Marketing Analyst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In </w:t>
      </w:r>
      <w:r>
        <w:rPr>
          <w:b/>
        </w:rPr>
        <w:t>[class, certification or project]</w:t>
      </w:r>
      <w:r>
        <w:rPr>
          <w:b w:val="0"/>
        </w:rPr>
        <w:t xml:space="preserve">, I analyzed </w:t>
      </w:r>
      <w:r>
        <w:rPr>
          <w:b/>
        </w:rPr>
        <w:t>[dataset]</w:t>
      </w:r>
      <w:r>
        <w:rPr>
          <w:b w:val="0"/>
        </w:rPr>
        <w:t xml:space="preserve"> to answer </w:t>
      </w:r>
      <w:r>
        <w:rPr>
          <w:b/>
        </w:rPr>
        <w:t>[question]</w:t>
      </w:r>
      <w:r>
        <w:rPr>
          <w:b w:val="0"/>
        </w:rPr>
        <w:t xml:space="preserve">. I </w:t>
      </w:r>
      <w:r>
        <w:rPr>
          <w:b/>
        </w:rPr>
        <w:t>[what you did: cleaned the data in SQL, built a model, compared groups]</w:t>
      </w:r>
      <w:r>
        <w:rPr>
          <w:b w:val="0"/>
        </w:rPr>
        <w:t xml:space="preserve"> and found </w:t>
      </w:r>
      <w:r>
        <w:rPr>
          <w:b/>
        </w:rPr>
        <w:t>[finding]</w:t>
      </w:r>
      <w:r>
        <w:rPr>
          <w:b w:val="0"/>
        </w:rPr>
        <w:t xml:space="preserve">, which I presented to </w:t>
      </w:r>
      <w:r>
        <w:rPr>
          <w:b/>
        </w:rPr>
        <w:t>[audience]</w:t>
      </w:r>
      <w:r>
        <w:rPr>
          <w:b w:val="0"/>
        </w:rPr>
        <w:t xml:space="preserve">. I've also </w:t>
      </w:r>
      <w:r>
        <w:rPr>
          <w:b/>
        </w:rPr>
        <w:t>[second example: an internship report, a small business's data, a public dataset]</w:t>
      </w:r>
      <w:r>
        <w:rPr>
          <w:b w:val="0"/>
        </w:rPr>
        <w:t>.</w:t>
      </w:r>
    </w:p>
    <w:p/>
    <w:p>
      <w:r>
        <w:rPr>
          <w:b w:val="0"/>
        </w:rPr>
        <w:t xml:space="preserve">I'm comfortable in </w:t>
      </w:r>
      <w:r>
        <w:rPr>
          <w:b/>
        </w:rPr>
        <w:t>[tools]</w:t>
      </w:r>
      <w:r>
        <w:rPr>
          <w:b w:val="0"/>
        </w:rPr>
        <w:t xml:space="preserve"> and ready to learn your data.</w:t>
      </w:r>
    </w:p>
    <w:p/>
    <w:p>
      <w:r>
        <w:rPr>
          <w:b w:val="0"/>
        </w:rPr>
        <w:t>I'd love the chance to talk.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