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Start a Cover Letter: Opening Lines That Get Read</w:t>
      </w:r>
    </w:p>
    <w:p>
      <w:r>
        <w:t>Templates from https://knowtheroom.ai/cover-letters/how-to-start-a-cover-letter/ · Replace everything in [brackets].</w:t>
      </w:r>
    </w:p>
    <w:p>
      <w:pPr>
        <w:pStyle w:val="Heading2"/>
      </w:pPr>
      <w:r>
        <w:t>When you noticed something about the company</w:t>
      </w:r>
    </w:p>
    <w:p>
      <w:r>
        <w:rPr>
          <w:b w:val="0"/>
        </w:rPr>
        <w:t xml:space="preserve">I'm applying for the Brand Manager role at </w:t>
      </w:r>
      <w:r>
        <w:rPr>
          <w:b/>
        </w:rPr>
        <w:t>[Company]</w:t>
      </w:r>
      <w:r>
        <w:rPr>
          <w:b w:val="0"/>
        </w:rPr>
        <w:t xml:space="preserve">. Your </w:t>
      </w:r>
      <w:r>
        <w:rPr>
          <w:b/>
        </w:rPr>
        <w:t>[recent campaign / rebrand / launch]</w:t>
      </w:r>
      <w:r>
        <w:rPr>
          <w:b w:val="0"/>
        </w:rPr>
        <w:t xml:space="preserve"> stood out to me because </w:t>
      </w:r>
      <w:r>
        <w:rPr>
          <w:b/>
        </w:rPr>
        <w:t>[one specific detail, e.g. it dropped price-led messaging for product stories]</w:t>
      </w:r>
      <w:r>
        <w:rPr>
          <w:b w:val="0"/>
        </w:rPr>
        <w:t xml:space="preserve">, which is the shift I led at </w:t>
      </w:r>
      <w:r>
        <w:rPr>
          <w:b/>
        </w:rPr>
        <w:t>[Current company]</w:t>
      </w:r>
      <w:r>
        <w:rPr>
          <w:b w:val="0"/>
        </w:rPr>
        <w:t xml:space="preserve"> last year.</w:t>
      </w:r>
    </w:p>
    <w:p>
      <w:pPr>
        <w:pStyle w:val="Heading2"/>
      </w:pPr>
      <w:r>
        <w:t>When someone referred you</w:t>
      </w:r>
    </w:p>
    <w:p>
      <w:r>
        <w:rPr>
          <w:b/>
        </w:rPr>
        <w:t>[Referrer's name]</w:t>
      </w:r>
      <w:r>
        <w:rPr>
          <w:b w:val="0"/>
        </w:rPr>
        <w:t xml:space="preserve">, who works on your </w:t>
      </w:r>
      <w:r>
        <w:rPr>
          <w:b/>
        </w:rPr>
        <w:t>[team]</w:t>
      </w:r>
      <w:r>
        <w:rPr>
          <w:b w:val="0"/>
        </w:rPr>
        <w:t xml:space="preserve">, suggested I apply for the Growth Marketing Manager role. We worked together at </w:t>
      </w:r>
      <w:r>
        <w:rPr>
          <w:b/>
        </w:rPr>
        <w:t>[Company]</w:t>
      </w:r>
      <w:r>
        <w:rPr>
          <w:b w:val="0"/>
        </w:rPr>
        <w:t xml:space="preserve">, where I </w:t>
      </w:r>
      <w:r>
        <w:rPr>
          <w:b/>
        </w:rPr>
        <w:t>[one-line result]</w:t>
      </w:r>
      <w:r>
        <w:rPr>
          <w:b w:val="0"/>
        </w:rPr>
        <w:t xml:space="preserve">, and </w:t>
      </w:r>
      <w:r>
        <w:rPr>
          <w:b/>
        </w:rPr>
        <w:t>[referrer's first name]</w:t>
      </w:r>
      <w:r>
        <w:rPr>
          <w:b w:val="0"/>
        </w:rPr>
        <w:t xml:space="preserve"> thought my experience in </w:t>
      </w:r>
      <w:r>
        <w:rPr>
          <w:b/>
        </w:rPr>
        <w:t>[area]</w:t>
      </w:r>
      <w:r>
        <w:rPr>
          <w:b w:val="0"/>
        </w:rPr>
        <w:t xml:space="preserve"> fits what your team is building.</w:t>
      </w:r>
    </w:p>
    <w:p>
      <w:pPr>
        <w:pStyle w:val="Heading2"/>
      </w:pPr>
      <w:r>
        <w:t>When a result matches the main ask</w:t>
      </w:r>
    </w:p>
    <w:p>
      <w:r>
        <w:rPr>
          <w:b w:val="0"/>
        </w:rPr>
        <w:t xml:space="preserve">Your posting for a Lifecycle Marketing Manager asks for someone who can grow retention through email and SMS. At </w:t>
      </w:r>
      <w:r>
        <w:rPr>
          <w:b/>
        </w:rPr>
        <w:t>[Current company]</w:t>
      </w:r>
      <w:r>
        <w:rPr>
          <w:b w:val="0"/>
        </w:rPr>
        <w:t xml:space="preserve">, I rebuilt our onboarding flows and lifted </w:t>
      </w:r>
      <w:r>
        <w:rPr>
          <w:b/>
        </w:rPr>
        <w:t>[metric, e.g. 90-day repeat purchase rate]</w:t>
      </w:r>
      <w:r>
        <w:rPr>
          <w:b w:val="0"/>
        </w:rPr>
        <w:t xml:space="preserve"> from [X]% to [Y]% in </w:t>
      </w:r>
      <w:r>
        <w:rPr>
          <w:b/>
        </w:rPr>
        <w:t>[timeframe]</w:t>
      </w:r>
      <w:r>
        <w:rPr>
          <w:b w:val="0"/>
        </w:rPr>
        <w:t>.</w:t>
      </w:r>
    </w:p>
    <w:p>
      <w:pPr>
        <w:pStyle w:val="Heading2"/>
      </w:pPr>
      <w:r>
        <w:t>When you use the product or follow the brand</w:t>
      </w:r>
    </w:p>
    <w:p>
      <w:r>
        <w:rPr>
          <w:b w:val="0"/>
        </w:rPr>
        <w:t xml:space="preserve">I've used </w:t>
      </w:r>
      <w:r>
        <w:rPr>
          <w:b/>
        </w:rPr>
        <w:t>[Product]</w:t>
      </w:r>
      <w:r>
        <w:rPr>
          <w:b w:val="0"/>
        </w:rPr>
        <w:t xml:space="preserve"> for </w:t>
      </w:r>
      <w:r>
        <w:rPr>
          <w:b/>
        </w:rPr>
        <w:t>[how long / for what]</w:t>
      </w:r>
      <w:r>
        <w:rPr>
          <w:b w:val="0"/>
        </w:rPr>
        <w:t xml:space="preserve">, and I'm applying for the Social Media Manager role because I think </w:t>
      </w:r>
      <w:r>
        <w:rPr>
          <w:b/>
        </w:rPr>
        <w:t>[specific observation about their social content and what it could do next]</w:t>
      </w:r>
      <w:r>
        <w:rPr>
          <w:b w:val="0"/>
        </w:rPr>
        <w:t>.</w:t>
      </w:r>
    </w:p>
    <w:p>
      <w:pPr>
        <w:pStyle w:val="Heading2"/>
      </w:pPr>
      <w:r>
        <w:t>When you're changing careers</w:t>
      </w:r>
    </w:p>
    <w:p>
      <w:r>
        <w:rPr>
          <w:b w:val="0"/>
        </w:rPr>
        <w:t xml:space="preserve">I'm applying for the Marketing Coordinator role at </w:t>
      </w:r>
      <w:r>
        <w:rPr>
          <w:b/>
        </w:rPr>
        <w:t>[Company]</w:t>
      </w:r>
      <w:r>
        <w:rPr>
          <w:b w:val="0"/>
        </w:rPr>
        <w:t xml:space="preserve">. After </w:t>
      </w:r>
      <w:r>
        <w:rPr>
          <w:b/>
        </w:rPr>
        <w:t>[number]</w:t>
      </w:r>
      <w:r>
        <w:rPr>
          <w:b w:val="0"/>
        </w:rPr>
        <w:t xml:space="preserve"> years in </w:t>
      </w:r>
      <w:r>
        <w:rPr>
          <w:b/>
        </w:rPr>
        <w:t>[previous field]</w:t>
      </w:r>
      <w:r>
        <w:rPr>
          <w:b w:val="0"/>
        </w:rPr>
        <w:t xml:space="preserve">, where I </w:t>
      </w:r>
      <w:r>
        <w:rPr>
          <w:b/>
        </w:rPr>
        <w:t>[transferable result, e.g. ran the newsletter for 4,000 customers]</w:t>
      </w:r>
      <w:r>
        <w:rPr>
          <w:b w:val="0"/>
        </w:rPr>
        <w:t xml:space="preserve">, I've moved into marketing full time, and your focus on </w:t>
      </w:r>
      <w:r>
        <w:rPr>
          <w:b/>
        </w:rPr>
        <w:t>[their area]</w:t>
      </w:r>
      <w:r>
        <w:rPr>
          <w:b w:val="0"/>
        </w:rPr>
        <w:t xml:space="preserve"> is where I want to build.</w:t>
      </w:r>
    </w:p>
    <w:p>
      <w:pPr>
        <w:pStyle w:val="Heading2"/>
      </w:pPr>
      <w:r>
        <w:t>When you're applying for your first job</w:t>
      </w:r>
    </w:p>
    <w:p>
      <w:r>
        <w:rPr>
          <w:b w:val="0"/>
        </w:rPr>
        <w:t xml:space="preserve">I'm applying for the Marketing Assistant role at </w:t>
      </w:r>
      <w:r>
        <w:rPr>
          <w:b/>
        </w:rPr>
        <w:t>[Company]</w:t>
      </w:r>
      <w:r>
        <w:rPr>
          <w:b w:val="0"/>
        </w:rPr>
        <w:t xml:space="preserve">. This semester I </w:t>
      </w:r>
      <w:r>
        <w:rPr>
          <w:b/>
        </w:rPr>
        <w:t>[project, e.g. ran paid social for a campus event and sold out 300 tickets]</w:t>
      </w:r>
      <w:r>
        <w:rPr>
          <w:b w:val="0"/>
        </w:rPr>
        <w:t xml:space="preserve">, and I'd like to do that work full time on a team that </w:t>
      </w:r>
      <w:r>
        <w:rPr>
          <w:b/>
        </w:rPr>
        <w:t>[something specific about the company]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