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End a Cover Letter: Closing Lines and Sign-Offs</w:t>
      </w:r>
    </w:p>
    <w:p>
      <w:r>
        <w:t>Templates from https://knowtheroom.ai/cover-letters/how-to-end-a-cover-letter/ · Replace everything in [brackets].</w:t>
      </w:r>
    </w:p>
    <w:p>
      <w:pPr>
        <w:pStyle w:val="Heading2"/>
      </w:pPr>
      <w:r>
        <w:t>When you have a clear first idea</w:t>
      </w:r>
    </w:p>
    <w:p>
      <w:r>
        <w:rPr>
          <w:b w:val="0"/>
        </w:rPr>
        <w:t xml:space="preserve">Your posting mentions </w:t>
      </w:r>
      <w:r>
        <w:rPr>
          <w:b/>
        </w:rPr>
        <w:t>[their goal, e.g. growing organic traffic in new markets]</w:t>
      </w:r>
      <w:r>
        <w:rPr>
          <w:b w:val="0"/>
        </w:rPr>
        <w:t xml:space="preserve">. I'd start by </w:t>
      </w:r>
      <w:r>
        <w:rPr>
          <w:b/>
        </w:rPr>
        <w:t>[one concrete first step, e.g. auditing which existing pages already rank there]</w:t>
      </w:r>
      <w:r>
        <w:rPr>
          <w:b w:val="0"/>
        </w:rPr>
        <w:t xml:space="preserve">, because </w:t>
      </w:r>
      <w:r>
        <w:rPr>
          <w:b/>
        </w:rPr>
        <w:t>[short reason]</w:t>
      </w:r>
      <w:r>
        <w:rPr>
          <w:b w:val="0"/>
        </w:rPr>
        <w:t>. I'd welcome a conversation about how I could help. Thank you for your time.</w:t>
      </w:r>
    </w:p>
    <w:p>
      <w:pPr>
        <w:pStyle w:val="Heading2"/>
      </w:pPr>
      <w:r>
        <w:t>When the match is your experience</w:t>
      </w:r>
    </w:p>
    <w:p>
      <w:r>
        <w:rPr>
          <w:b w:val="0"/>
        </w:rPr>
        <w:t xml:space="preserve">I'd bring </w:t>
      </w:r>
      <w:r>
        <w:rPr>
          <w:b/>
        </w:rPr>
        <w:t>[number]</w:t>
      </w:r>
      <w:r>
        <w:rPr>
          <w:b w:val="0"/>
        </w:rPr>
        <w:t xml:space="preserve"> years of </w:t>
      </w:r>
      <w:r>
        <w:rPr>
          <w:b/>
        </w:rPr>
        <w:t>[area, e.g. building creator programs]</w:t>
      </w:r>
      <w:r>
        <w:rPr>
          <w:b w:val="0"/>
        </w:rPr>
        <w:t xml:space="preserve"> to a team that's </w:t>
      </w:r>
      <w:r>
        <w:rPr>
          <w:b/>
        </w:rPr>
        <w:t>[what they're doing, e.g. scaling its creator content]</w:t>
      </w:r>
      <w:r>
        <w:rPr>
          <w:b w:val="0"/>
        </w:rPr>
        <w:t>. I'd be glad to talk about the role and what you need in the first six months. Thank you for considering my application.</w:t>
      </w:r>
    </w:p>
    <w:p>
      <w:pPr>
        <w:pStyle w:val="Heading2"/>
      </w:pPr>
      <w:r>
        <w:t>When you're changing careers or stepping up</w:t>
      </w:r>
    </w:p>
    <w:p>
      <w:r>
        <w:rPr>
          <w:b w:val="0"/>
        </w:rPr>
        <w:t xml:space="preserve">This role is the next step I've been working toward, and </w:t>
      </w:r>
      <w:r>
        <w:rPr>
          <w:b/>
        </w:rPr>
        <w:t>[Company]</w:t>
      </w:r>
      <w:r>
        <w:rPr>
          <w:b w:val="0"/>
        </w:rPr>
        <w:t xml:space="preserve">'s focus on </w:t>
      </w:r>
      <w:r>
        <w:rPr>
          <w:b/>
        </w:rPr>
        <w:t>[area]</w:t>
      </w:r>
      <w:r>
        <w:rPr>
          <w:b w:val="0"/>
        </w:rPr>
        <w:t xml:space="preserve"> is where I want to take it. I'd welcome the chance to talk about how my background in </w:t>
      </w:r>
      <w:r>
        <w:rPr>
          <w:b/>
        </w:rPr>
        <w:t>[previous field]</w:t>
      </w:r>
      <w:r>
        <w:rPr>
          <w:b w:val="0"/>
        </w:rPr>
        <w:t xml:space="preserve"> would help your team. Thank you for your time.</w:t>
      </w:r>
    </w:p>
    <w:p>
      <w:pPr>
        <w:pStyle w:val="Heading2"/>
      </w:pPr>
      <w:r>
        <w:t>When you have a portfolio or work to show</w:t>
      </w:r>
    </w:p>
    <w:p>
      <w:r>
        <w:rPr>
          <w:b w:val="0"/>
        </w:rPr>
        <w:t xml:space="preserve">You can see examples of my </w:t>
      </w:r>
      <w:r>
        <w:rPr>
          <w:b/>
        </w:rPr>
        <w:t>[campaigns / writing / social content]</w:t>
      </w:r>
      <w:r>
        <w:rPr>
          <w:b w:val="0"/>
        </w:rPr>
        <w:t xml:space="preserve"> at </w:t>
      </w:r>
      <w:r>
        <w:rPr>
          <w:b/>
        </w:rPr>
        <w:t>[portfolio URL]</w:t>
      </w:r>
      <w:r>
        <w:rPr>
          <w:b w:val="0"/>
        </w:rPr>
        <w:t xml:space="preserve">. I'd love to talk about the role and walk you through how I'd approach </w:t>
      </w:r>
      <w:r>
        <w:rPr>
          <w:b/>
        </w:rPr>
        <w:t>[their focus area]</w:t>
      </w:r>
      <w:r>
        <w:rPr>
          <w:b w:val="0"/>
        </w:rPr>
        <w:t>. Thank you for reading.</w:t>
      </w:r>
    </w:p>
    <w:p>
      <w:pPr>
        <w:pStyle w:val="Heading2"/>
      </w:pPr>
      <w:r>
        <w:t>What goes under your name?</w:t>
      </w:r>
    </w:p>
    <w:p>
      <w:r>
        <w:rPr>
          <w:b w:val="0"/>
        </w:rPr>
        <w:t>Best regards,</w:t>
      </w:r>
    </w:p>
    <w:p>
      <w:r>
        <w:rPr>
          <w:b/>
        </w:rPr>
        <w:t>[Your full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[Email]</w:t>
      </w:r>
    </w:p>
    <w:p>
      <w:r>
        <w:rPr>
          <w:b/>
        </w:rPr>
        <w:t>[LinkedIn URL]</w:t>
      </w:r>
      <w:r>
        <w:rPr>
          <w:b w:val="0"/>
        </w:rPr>
        <w:t xml:space="preserve"> · </w:t>
      </w:r>
      <w:r>
        <w:rPr>
          <w:b/>
        </w:rPr>
        <w:t>[Portfolio URL]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