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How to Address a Cover Letter, With or Without a Name</w:t>
      </w:r>
    </w:p>
    <w:p>
      <w:r>
        <w:t>Templates from https://knowtheroom.ai/cover-letters/how-to-address-a-cover-letter/ · Replace everything in [brackets].</w:t>
      </w:r>
    </w:p>
    <w:p>
      <w:pPr>
        <w:pStyle w:val="Heading2"/>
      </w:pPr>
      <w:r>
        <w:t>Examples by situation</w:t>
      </w:r>
    </w:p>
    <w:p>
      <w:r>
        <w:rPr>
          <w:b w:val="0"/>
        </w:rPr>
        <w:t>Dear Jordan Lee,</w:t>
      </w:r>
    </w:p>
    <w:p/>
    <w:p>
      <w:r>
        <w:rPr>
          <w:b w:val="0"/>
        </w:rPr>
        <w:t xml:space="preserve">I'm applying for the Senior Brand Manager role on your team. </w:t>
      </w:r>
      <w:r>
        <w:rPr>
          <w:b/>
        </w:rPr>
        <w:t>[One specific detail about the company and why it caught your attention.]</w:t>
      </w:r>
    </w:p>
    <w:p>
      <w:pPr>
        <w:pStyle w:val="Heading2"/>
      </w:pPr>
      <w:r>
        <w:t>Examples by situation</w:t>
      </w:r>
    </w:p>
    <w:p>
      <w:r>
        <w:rPr>
          <w:b w:val="0"/>
        </w:rPr>
        <w:t>Dear Social Media Hiring Manager,</w:t>
      </w:r>
    </w:p>
    <w:p/>
    <w:p>
      <w:r>
        <w:rPr>
          <w:b w:val="0"/>
        </w:rPr>
        <w:t xml:space="preserve">I'm applying for the Social Media Manager role at </w:t>
      </w:r>
      <w:r>
        <w:rPr>
          <w:b/>
        </w:rPr>
        <w:t>[Company]</w:t>
      </w:r>
      <w:r>
        <w:rPr>
          <w:b w:val="0"/>
        </w:rPr>
        <w:t xml:space="preserve">. </w:t>
      </w:r>
      <w:r>
        <w:rPr>
          <w:b/>
        </w:rPr>
        <w:t>[One specific detail about the company's social channels.]</w:t>
      </w:r>
    </w:p>
    <w:p>
      <w:pPr>
        <w:pStyle w:val="Heading2"/>
      </w:pPr>
      <w:r>
        <w:t>Examples by situation</w:t>
      </w:r>
    </w:p>
    <w:p>
      <w:r>
        <w:rPr>
          <w:b w:val="0"/>
        </w:rPr>
        <w:t>Dear Sam Rivera,</w:t>
      </w:r>
    </w:p>
    <w:p/>
    <w:p>
      <w:r>
        <w:rPr>
          <w:b w:val="0"/>
        </w:rPr>
        <w:t xml:space="preserve">Thank you for reaching out about the Product Marketing Manager role at </w:t>
      </w:r>
      <w:r>
        <w:rPr>
          <w:b/>
        </w:rPr>
        <w:t>[Company]</w:t>
      </w:r>
      <w:r>
        <w:rPr>
          <w:b w:val="0"/>
        </w:rPr>
        <w:t xml:space="preserve">. </w:t>
      </w:r>
      <w:r>
        <w:rPr>
          <w:b/>
        </w:rPr>
        <w:t>[Why the role fits what you want to do next.]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