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Graphic Designer Cover Letter: Examples and Structure</w:t>
      </w:r>
    </w:p>
    <w:p>
      <w:r>
        <w:t>Templates from https://knowtheroom.ai/cover-letters/graphic-designer/ · Replace everything in [brackets].</w:t>
      </w:r>
    </w:p>
    <w:p>
      <w:pPr>
        <w:pStyle w:val="Heading2"/>
      </w:pPr>
      <w:r>
        <w:t>Example 1: in-house marketing designer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Your </w:t>
      </w:r>
      <w:r>
        <w:rPr>
          <w:b/>
        </w:rPr>
        <w:t>[recent campaign, launch or rebrand]</w:t>
      </w:r>
      <w:r>
        <w:rPr>
          <w:b w:val="0"/>
        </w:rPr>
        <w:t xml:space="preserve"> carried the same </w:t>
      </w:r>
      <w:r>
        <w:rPr>
          <w:b/>
        </w:rPr>
        <w:t>[type, color or illustration style]</w:t>
      </w:r>
      <w:r>
        <w:rPr>
          <w:b w:val="0"/>
        </w:rPr>
        <w:t xml:space="preserve"> from </w:t>
      </w:r>
      <w:r>
        <w:rPr>
          <w:b/>
        </w:rPr>
        <w:t>[channel]</w:t>
      </w:r>
      <w:r>
        <w:rPr>
          <w:b w:val="0"/>
        </w:rPr>
        <w:t xml:space="preserve"> to </w:t>
      </w:r>
      <w:r>
        <w:rPr>
          <w:b/>
        </w:rPr>
        <w:t>[channel]</w:t>
      </w:r>
      <w:r>
        <w:rPr>
          <w:b w:val="0"/>
        </w:rPr>
        <w:t xml:space="preserve"> without looking repetitive, which is harder than it looks. I'd like to help do that, so I'm applying for the Graphic Designer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>Three pieces in my portfolio match what your posting asks for:</w:t>
      </w:r>
    </w:p>
    <w:p>
      <w:r>
        <w:rPr>
          <w:b w:val="0"/>
        </w:rPr>
        <w:t xml:space="preserve">- </w:t>
      </w:r>
      <w:r>
        <w:rPr>
          <w:b/>
        </w:rPr>
        <w:t>[Piece 1]</w:t>
      </w:r>
      <w:r>
        <w:rPr>
          <w:b w:val="0"/>
        </w:rPr>
        <w:t xml:space="preserve">: </w:t>
      </w:r>
      <w:r>
        <w:rPr>
          <w:b/>
        </w:rPr>
        <w:t>[campaign or launch]</w:t>
      </w:r>
      <w:r>
        <w:rPr>
          <w:b w:val="0"/>
        </w:rPr>
        <w:t xml:space="preserve"> assets for </w:t>
      </w:r>
      <w:r>
        <w:rPr>
          <w:b/>
        </w:rPr>
        <w:t>[channels, e.g. paid social, email and landing page]</w:t>
      </w:r>
      <w:r>
        <w:rPr>
          <w:b w:val="0"/>
        </w:rPr>
        <w:t xml:space="preserve">, built from one key visual. [What it had to do or what happened, e.g. delivered in </w:t>
      </w:r>
      <w:r>
        <w:rPr>
          <w:b/>
        </w:rPr>
        <w:t>[number]</w:t>
      </w:r>
      <w:r>
        <w:rPr>
          <w:b w:val="0"/>
        </w:rPr>
        <w:t xml:space="preserve"> days for a launch date that didn't move].</w:t>
      </w:r>
    </w:p>
    <w:p>
      <w:r>
        <w:rPr>
          <w:b w:val="0"/>
        </w:rPr>
        <w:t xml:space="preserve">- </w:t>
      </w:r>
      <w:r>
        <w:rPr>
          <w:b/>
        </w:rPr>
        <w:t>[Piece 2]</w:t>
      </w:r>
      <w:r>
        <w:rPr>
          <w:b w:val="0"/>
        </w:rPr>
        <w:t xml:space="preserve">: a template system in </w:t>
      </w:r>
      <w:r>
        <w:rPr>
          <w:b/>
        </w:rPr>
        <w:t>[Figma / Canva / InDesign]</w:t>
      </w:r>
      <w:r>
        <w:rPr>
          <w:b w:val="0"/>
        </w:rPr>
        <w:t xml:space="preserve"> that lets the </w:t>
      </w:r>
      <w:r>
        <w:rPr>
          <w:b/>
        </w:rPr>
        <w:t>[marketing / sales]</w:t>
      </w:r>
      <w:r>
        <w:rPr>
          <w:b w:val="0"/>
        </w:rPr>
        <w:t xml:space="preserve"> team make their own </w:t>
      </w:r>
      <w:r>
        <w:rPr>
          <w:b/>
        </w:rPr>
        <w:t>[assets]</w:t>
      </w:r>
      <w:r>
        <w:rPr>
          <w:b w:val="0"/>
        </w:rPr>
        <w:t xml:space="preserve"> without breaking the brand.</w:t>
      </w:r>
    </w:p>
    <w:p>
      <w:r>
        <w:rPr>
          <w:b w:val="0"/>
        </w:rPr>
        <w:t xml:space="preserve">- </w:t>
      </w:r>
      <w:r>
        <w:rPr>
          <w:b/>
        </w:rPr>
        <w:t>[Piece 3]</w:t>
      </w:r>
      <w:r>
        <w:rPr>
          <w:b w:val="0"/>
        </w:rPr>
        <w:t xml:space="preserve">: </w:t>
      </w:r>
      <w:r>
        <w:rPr>
          <w:b/>
        </w:rPr>
        <w:t>[a format from the posting, e.g. trade show booth, packaging, sales deck]</w:t>
      </w:r>
      <w:r>
        <w:rPr>
          <w:b w:val="0"/>
        </w:rPr>
        <w:t xml:space="preserve"> for </w:t>
      </w:r>
      <w:r>
        <w:rPr>
          <w:b/>
        </w:rPr>
        <w:t>[brand or client]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 I take briefs from </w:t>
      </w:r>
      <w:r>
        <w:rPr>
          <w:b/>
        </w:rPr>
        <w:t>[number]</w:t>
      </w:r>
      <w:r>
        <w:rPr>
          <w:b w:val="0"/>
        </w:rPr>
        <w:t xml:space="preserve"> marketers, so I've learned to ask what a piece has to do before I open a file. I present two directions, take feedback in one round where I can, and hand over files people can use.</w:t>
      </w:r>
    </w:p>
    <w:p/>
    <w:p>
      <w:r>
        <w:rPr>
          <w:b w:val="0"/>
        </w:rPr>
        <w:t xml:space="preserve">My portfolio is at </w:t>
      </w:r>
      <w:r>
        <w:rPr>
          <w:b/>
        </w:rPr>
        <w:t>[link]</w:t>
      </w:r>
      <w:r>
        <w:rPr>
          <w:b w:val="0"/>
        </w:rPr>
        <w:t>. I'd welcome a conversation.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pPr>
        <w:pStyle w:val="Heading2"/>
      </w:pPr>
      <w:r>
        <w:t>Example 2: agency or studio designer</w:t>
      </w:r>
    </w:p>
    <w:p>
      <w:r>
        <w:rPr>
          <w:b w:val="0"/>
        </w:rPr>
        <w:t xml:space="preserve">Dear </w:t>
      </w:r>
      <w:r>
        <w:rPr>
          <w:b/>
        </w:rPr>
        <w:t>[Creative director's name]</w:t>
      </w:r>
      <w:r>
        <w:rPr>
          <w:b w:val="0"/>
        </w:rPr>
        <w:t>,</w:t>
      </w:r>
    </w:p>
    <w:p/>
    <w:p>
      <w:r>
        <w:rPr>
          <w:b/>
        </w:rPr>
        <w:t xml:space="preserve">[One line on a specific project of theirs and what made it work, e.g. the identity for </w:t>
      </w:r>
      <w:r>
        <w:rPr>
          <w:b/>
        </w:rPr>
        <w:t>[client]</w:t>
      </w:r>
      <w:r>
        <w:rPr>
          <w:b w:val="0"/>
        </w:rPr>
        <w:t xml:space="preserve"> used one shape in a way that held across every touchpoint]. I'm applying for the </w:t>
      </w:r>
      <w:r>
        <w:rPr>
          <w:b/>
        </w:rPr>
        <w:t>[Graphic Designer / Mid-weight Designer]</w:t>
      </w:r>
      <w:r>
        <w:rPr>
          <w:b w:val="0"/>
        </w:rPr>
        <w:t xml:space="preserve"> role at </w:t>
      </w:r>
      <w:r>
        <w:rPr>
          <w:b/>
        </w:rPr>
        <w:t>[Agency]</w:t>
      </w:r>
      <w:r>
        <w:rPr>
          <w:b w:val="0"/>
        </w:rPr>
        <w:t>.</w:t>
      </w:r>
    </w:p>
    <w:p/>
    <w:p>
      <w:r>
        <w:rPr>
          <w:b w:val="0"/>
        </w:rPr>
        <w:t>Two projects in my portfolio are closest to your work:</w:t>
      </w:r>
    </w:p>
    <w:p>
      <w:r>
        <w:rPr>
          <w:b w:val="0"/>
        </w:rPr>
        <w:t xml:space="preserve">- </w:t>
      </w:r>
      <w:r>
        <w:rPr>
          <w:b/>
        </w:rPr>
        <w:t>[Project 1]</w:t>
      </w:r>
      <w:r>
        <w:rPr>
          <w:b w:val="0"/>
        </w:rPr>
        <w:t xml:space="preserve">: identity for </w:t>
      </w:r>
      <w:r>
        <w:rPr>
          <w:b/>
        </w:rPr>
        <w:t>[client or spec brand]</w:t>
      </w:r>
      <w:r>
        <w:rPr>
          <w:b w:val="0"/>
        </w:rPr>
        <w:t xml:space="preserve">. The brief was </w:t>
      </w:r>
      <w:r>
        <w:rPr>
          <w:b/>
        </w:rPr>
        <w:t>[the problem in one sentence]</w:t>
      </w:r>
      <w:r>
        <w:rPr>
          <w:b w:val="0"/>
        </w:rPr>
        <w:t xml:space="preserve">; my answer was </w:t>
      </w:r>
      <w:r>
        <w:rPr>
          <w:b/>
        </w:rPr>
        <w:t>[the idea in one sentence]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[Project 2]</w:t>
      </w:r>
      <w:r>
        <w:rPr>
          <w:b w:val="0"/>
        </w:rPr>
        <w:t xml:space="preserve">: a campaign for </w:t>
      </w:r>
      <w:r>
        <w:rPr>
          <w:b/>
        </w:rPr>
        <w:t>[client]</w:t>
      </w:r>
      <w:r>
        <w:rPr>
          <w:b w:val="0"/>
        </w:rPr>
        <w:t xml:space="preserve"> carried across </w:t>
      </w:r>
      <w:r>
        <w:rPr>
          <w:b/>
        </w:rPr>
        <w:t>[formats]</w:t>
      </w:r>
      <w:r>
        <w:rPr>
          <w:b w:val="0"/>
        </w:rPr>
        <w:t xml:space="preserve">. [What it led to, e.g. the client extended it to </w:t>
      </w:r>
      <w:r>
        <w:rPr>
          <w:b/>
        </w:rPr>
        <w:t>[number]</w:t>
      </w:r>
      <w:r>
        <w:rPr>
          <w:b w:val="0"/>
        </w:rPr>
        <w:t xml:space="preserve"> markets].</w:t>
      </w:r>
    </w:p>
    <w:p/>
    <w:p>
      <w:r>
        <w:rPr>
          <w:b w:val="0"/>
        </w:rPr>
        <w:t xml:space="preserve">I've spent </w:t>
      </w:r>
      <w:r>
        <w:rPr>
          <w:b/>
        </w:rPr>
        <w:t>[number]</w:t>
      </w:r>
      <w:r>
        <w:rPr>
          <w:b w:val="0"/>
        </w:rPr>
        <w:t xml:space="preserve"> years paired with copywriters from the first concept meeting, and I'm comfortable presenting my own work to clients and defending the idea when it's right.</w:t>
      </w:r>
    </w:p>
    <w:p/>
    <w:p>
      <w:r>
        <w:rPr>
          <w:b w:val="0"/>
        </w:rPr>
        <w:t xml:space="preserve">The full portfolio is at </w:t>
      </w:r>
      <w:r>
        <w:rPr>
          <w:b/>
        </w:rPr>
        <w:t>[link]</w:t>
      </w:r>
      <w:r>
        <w:rPr>
          <w:b w:val="0"/>
        </w:rPr>
        <w:t>, with process for both projects.</w:t>
      </w:r>
    </w:p>
    <w:p/>
    <w:p>
      <w:r>
        <w:rPr>
          <w:b w:val="0"/>
        </w:rPr>
        <w:t>Thank you for your time,</w:t>
      </w:r>
    </w:p>
    <w:p>
      <w:r>
        <w:rPr>
          <w:b/>
        </w:rPr>
        <w:t>[Your name]</w:t>
      </w:r>
    </w:p>
    <w:p>
      <w:pPr>
        <w:pStyle w:val="Heading2"/>
      </w:pPr>
      <w:r>
        <w:t>Example 3: junior designer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/>
        </w:rPr>
        <w:t>[One line on their design work that you noticed]</w:t>
      </w:r>
      <w:r>
        <w:rPr>
          <w:b w:val="0"/>
        </w:rPr>
        <w:t xml:space="preserve">. I'm applying for the Junior Graphic Designer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I've just finished </w:t>
      </w:r>
      <w:r>
        <w:rPr>
          <w:b/>
        </w:rPr>
        <w:t>[degree, course or bootcamp]</w:t>
      </w:r>
      <w:r>
        <w:rPr>
          <w:b w:val="0"/>
        </w:rPr>
        <w:t xml:space="preserve">, and I've been designing for [real clients or projects, e.g. two local businesses and my university's events team]. The piece I'd most like you to see is </w:t>
      </w:r>
      <w:r>
        <w:rPr>
          <w:b/>
        </w:rPr>
        <w:t>[piece]</w:t>
      </w:r>
      <w:r>
        <w:rPr>
          <w:b w:val="0"/>
        </w:rPr>
        <w:t xml:space="preserve">: </w:t>
      </w:r>
      <w:r>
        <w:rPr>
          <w:b/>
        </w:rPr>
        <w:t>[the brief and your solution in one sentence]</w:t>
      </w:r>
      <w:r>
        <w:rPr>
          <w:b w:val="0"/>
        </w:rPr>
        <w:t xml:space="preserve">. It had to </w:t>
      </w:r>
      <w:r>
        <w:rPr>
          <w:b/>
        </w:rPr>
        <w:t>[constraint, e.g. work in black and white and at small sizes]</w:t>
      </w:r>
      <w:r>
        <w:rPr>
          <w:b w:val="0"/>
        </w:rPr>
        <w:t>, and it does.</w:t>
      </w:r>
    </w:p>
    <w:p/>
    <w:p>
      <w:r>
        <w:rPr>
          <w:b w:val="0"/>
        </w:rPr>
        <w:t xml:space="preserve">I work fast in </w:t>
      </w:r>
      <w:r>
        <w:rPr>
          <w:b/>
        </w:rPr>
        <w:t>[software from the posting]</w:t>
      </w:r>
      <w:r>
        <w:rPr>
          <w:b w:val="0"/>
        </w:rPr>
        <w:t>, I keep my files organized, and I'd rather get feedback early than polish the wrong idea.</w:t>
      </w:r>
    </w:p>
    <w:p/>
    <w:p>
      <w:r>
        <w:rPr>
          <w:b w:val="0"/>
        </w:rPr>
        <w:t xml:space="preserve">My portfolio is at </w:t>
      </w:r>
      <w:r>
        <w:rPr>
          <w:b/>
        </w:rPr>
        <w:t>[link]</w:t>
      </w:r>
      <w:r>
        <w:rPr>
          <w:b w:val="0"/>
        </w:rPr>
        <w:t>. Thank you for reading.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