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Event Planner Cover Letter: Examples and Structure</w:t>
      </w:r>
    </w:p>
    <w:p>
      <w:r>
        <w:t>Templates from https://knowtheroom.ai/cover-letters/event-planner/ · Replace everything in [brackets].</w:t>
      </w:r>
    </w:p>
    <w:p>
      <w:pPr>
        <w:pStyle w:val="Heading2"/>
      </w:pPr>
      <w:r>
        <w:t>Example 1: corporate or marketing event planner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[event, e.g. annual customer conference]</w:t>
      </w:r>
      <w:r>
        <w:rPr>
          <w:b w:val="0"/>
        </w:rPr>
        <w:t xml:space="preserve"> has grown into </w:t>
      </w:r>
      <w:r>
        <w:rPr>
          <w:b/>
        </w:rPr>
        <w:t>[observation, e.g. the place your customers' teams come to learn the product]</w:t>
      </w:r>
      <w:r>
        <w:rPr>
          <w:b w:val="0"/>
        </w:rPr>
        <w:t xml:space="preserve">, and the posting says you want it to </w:t>
      </w:r>
      <w:r>
        <w:rPr>
          <w:b/>
        </w:rPr>
        <w:t>[goal from the posting]</w:t>
      </w:r>
      <w:r>
        <w:rPr>
          <w:b w:val="0"/>
        </w:rPr>
        <w:t>. That's the kind of event I like planning most, and I'm applying for the Event Planner role.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plan </w:t>
      </w:r>
      <w:r>
        <w:rPr>
          <w:b/>
        </w:rPr>
        <w:t>[number]</w:t>
      </w:r>
      <w:r>
        <w:rPr>
          <w:b w:val="0"/>
        </w:rPr>
        <w:t xml:space="preserve"> events a year, including </w:t>
      </w:r>
      <w:r>
        <w:rPr>
          <w:b/>
        </w:rPr>
        <w:t>[flagship event]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attendees on a </w:t>
      </w:r>
      <w:r>
        <w:rPr>
          <w:b/>
        </w:rPr>
        <w:t>[amount]</w:t>
      </w:r>
      <w:r>
        <w:rPr>
          <w:b w:val="0"/>
        </w:rPr>
        <w:t xml:space="preserve"> budget. Last year, [decision point, e.g. our venue raised its food-and-beverage minimum three months out]. I [decision, e.g. moved the evening reception to a partner venue and renegotiated the AV package], which kept us [on budget / </w:t>
      </w:r>
      <w:r>
        <w:rPr>
          <w:b/>
        </w:rPr>
        <w:t>[amount]</w:t>
      </w:r>
      <w:r>
        <w:rPr>
          <w:b w:val="0"/>
        </w:rPr>
        <w:t xml:space="preserve"> under] without cutting the sessions attendees came for.</w:t>
      </w:r>
    </w:p>
    <w:p/>
    <w:p>
      <w:r>
        <w:rPr>
          <w:b w:val="0"/>
        </w:rPr>
        <w:t xml:space="preserve">The event [result against the goal, e.g. registered </w:t>
      </w:r>
      <w:r>
        <w:rPr>
          <w:b/>
        </w:rPr>
        <w:t>[number]</w:t>
      </w:r>
      <w:r>
        <w:rPr>
          <w:b w:val="0"/>
        </w:rPr>
        <w:t xml:space="preserve"> against a target of </w:t>
      </w:r>
      <w:r>
        <w:rPr>
          <w:b/>
        </w:rPr>
        <w:t>[number]</w:t>
      </w:r>
      <w:r>
        <w:rPr>
          <w:b w:val="0"/>
        </w:rPr>
        <w:t xml:space="preserve"> / produced </w:t>
      </w:r>
      <w:r>
        <w:rPr>
          <w:b/>
        </w:rPr>
        <w:t>[number]</w:t>
      </w:r>
      <w:r>
        <w:rPr>
          <w:b w:val="0"/>
        </w:rPr>
        <w:t xml:space="preserve"> meetings for sales]. I work from one budget and contract tracker per event, agree goals and invitation lists with sales before we book anything, and send a results report within </w:t>
      </w:r>
      <w:r>
        <w:rPr>
          <w:b/>
        </w:rPr>
        <w:t>[timeframe]</w:t>
      </w:r>
      <w:r>
        <w:rPr>
          <w:b w:val="0"/>
        </w:rPr>
        <w:t xml:space="preserve"> of every event.</w:t>
      </w:r>
    </w:p>
    <w:p/>
    <w:p>
      <w:r>
        <w:rPr>
          <w:b w:val="0"/>
        </w:rPr>
        <w:t xml:space="preserve">I'd welcome a conversation about </w:t>
      </w:r>
      <w:r>
        <w:rPr>
          <w:b/>
        </w:rPr>
        <w:t>[event or season in the posting]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agency event planner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[Agency]</w:t>
      </w:r>
      <w:r>
        <w:rPr>
          <w:b w:val="0"/>
        </w:rPr>
        <w:t xml:space="preserve">'s work on </w:t>
      </w:r>
      <w:r>
        <w:rPr>
          <w:b/>
        </w:rPr>
        <w:t>[client event or activation]</w:t>
      </w:r>
      <w:r>
        <w:rPr>
          <w:b w:val="0"/>
        </w:rPr>
        <w:t xml:space="preserve"> stood out to me because </w:t>
      </w:r>
      <w:r>
        <w:rPr>
          <w:b/>
        </w:rPr>
        <w:t>[specific observation]</w:t>
      </w:r>
      <w:r>
        <w:rPr>
          <w:b w:val="0"/>
        </w:rPr>
        <w:t xml:space="preserve">. I'm applying for the Event Planner role on your </w:t>
      </w:r>
      <w:r>
        <w:rPr>
          <w:b/>
        </w:rPr>
        <w:t>[team]</w:t>
      </w:r>
      <w:r>
        <w:rPr>
          <w:b w:val="0"/>
        </w:rPr>
        <w:t>.</w:t>
      </w:r>
    </w:p>
    <w:p/>
    <w:p>
      <w:r>
        <w:rPr>
          <w:b w:val="0"/>
        </w:rPr>
        <w:t xml:space="preserve">I currently plan events for </w:t>
      </w:r>
      <w:r>
        <w:rPr>
          <w:b/>
        </w:rPr>
        <w:t>[number]</w:t>
      </w:r>
      <w:r>
        <w:rPr>
          <w:b w:val="0"/>
        </w:rPr>
        <w:t xml:space="preserve"> clients at </w:t>
      </w:r>
      <w:r>
        <w:rPr>
          <w:b/>
        </w:rPr>
        <w:t>[agency or company]</w:t>
      </w:r>
      <w:r>
        <w:rPr>
          <w:b w:val="0"/>
        </w:rPr>
        <w:t xml:space="preserve">, usually </w:t>
      </w:r>
      <w:r>
        <w:rPr>
          <w:b/>
        </w:rPr>
        <w:t>[number]</w:t>
      </w:r>
      <w:r>
        <w:rPr>
          <w:b w:val="0"/>
        </w:rPr>
        <w:t xml:space="preserve"> at a time, with budgets from </w:t>
      </w:r>
      <w:r>
        <w:rPr>
          <w:b/>
        </w:rPr>
        <w:t>[amount]</w:t>
      </w:r>
      <w:r>
        <w:rPr>
          <w:b w:val="0"/>
        </w:rPr>
        <w:t xml:space="preserve"> to </w:t>
      </w:r>
      <w:r>
        <w:rPr>
          <w:b/>
        </w:rPr>
        <w:t>[amount]</w:t>
      </w:r>
      <w:r>
        <w:rPr>
          <w:b w:val="0"/>
        </w:rPr>
        <w:t xml:space="preserve">. For </w:t>
      </w:r>
      <w:r>
        <w:rPr>
          <w:b/>
        </w:rPr>
        <w:t>[client or event type]</w:t>
      </w:r>
      <w:r>
        <w:rPr>
          <w:b w:val="0"/>
        </w:rPr>
        <w:t xml:space="preserve">, I [what you owned: built the budget, sourced venues in </w:t>
      </w:r>
      <w:r>
        <w:rPr>
          <w:b/>
        </w:rPr>
        <w:t>[cities]</w:t>
      </w:r>
      <w:r>
        <w:rPr>
          <w:b w:val="0"/>
        </w:rPr>
        <w:t xml:space="preserve">, negotiated </w:t>
      </w:r>
      <w:r>
        <w:rPr>
          <w:b/>
        </w:rPr>
        <w:t>[number]</w:t>
      </w:r>
      <w:r>
        <w:rPr>
          <w:b w:val="0"/>
        </w:rPr>
        <w:t xml:space="preserve"> vendor contracts] and </w:t>
      </w:r>
      <w:r>
        <w:rPr>
          <w:b/>
        </w:rPr>
        <w:t>[decision you made and why]</w:t>
      </w:r>
      <w:r>
        <w:rPr>
          <w:b w:val="0"/>
        </w:rPr>
        <w:t>.</w:t>
      </w:r>
    </w:p>
    <w:p/>
    <w:p>
      <w:r>
        <w:rPr>
          <w:b w:val="0"/>
        </w:rPr>
        <w:t xml:space="preserve">Clients rebooked us for [result: the next year's event / a series of </w:t>
      </w:r>
      <w:r>
        <w:rPr>
          <w:b/>
        </w:rPr>
        <w:t>[number]</w:t>
      </w:r>
      <w:r>
        <w:rPr>
          <w:b w:val="0"/>
        </w:rPr>
        <w:t xml:space="preserve"> events], and </w:t>
      </w:r>
      <w:r>
        <w:rPr>
          <w:b/>
        </w:rPr>
        <w:t>[one more result: satisfaction score, savings, attendance]</w:t>
      </w:r>
      <w:r>
        <w:rPr>
          <w:b w:val="0"/>
        </w:rPr>
        <w:t>. I keep clients updated with a weekly status note and a single budget view, so there are no surprises at invoicing.</w:t>
      </w:r>
    </w:p>
    <w:p/>
    <w:p>
      <w:r>
        <w:rPr>
          <w:b w:val="0"/>
        </w:rPr>
        <w:t xml:space="preserve">I'd love to talk about how I could help on </w:t>
      </w:r>
      <w:r>
        <w:rPr>
          <w:b/>
        </w:rPr>
        <w:t>[type of client work the agency does]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3: moving from a hotel or venue to corporate planning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I've spent </w:t>
      </w:r>
      <w:r>
        <w:rPr>
          <w:b/>
        </w:rPr>
        <w:t>[number]</w:t>
      </w:r>
      <w:r>
        <w:rPr>
          <w:b w:val="0"/>
        </w:rPr>
        <w:t xml:space="preserve"> years on the venue side of events at </w:t>
      </w:r>
      <w:r>
        <w:rPr>
          <w:b/>
        </w:rPr>
        <w:t>[hotel or venue]</w:t>
      </w:r>
      <w:r>
        <w:rPr>
          <w:b w:val="0"/>
        </w:rPr>
        <w:t xml:space="preserve">, planning </w:t>
      </w:r>
      <w:r>
        <w:rPr>
          <w:b/>
        </w:rPr>
        <w:t>[number]</w:t>
      </w:r>
      <w:r>
        <w:rPr>
          <w:b w:val="0"/>
        </w:rPr>
        <w:t xml:space="preserve"> corporate meetings and conferences a year for groups of up to </w:t>
      </w:r>
      <w:r>
        <w:rPr>
          <w:b/>
        </w:rPr>
        <w:t>[number]</w:t>
      </w:r>
      <w:r>
        <w:rPr>
          <w:b w:val="0"/>
        </w:rPr>
        <w:t xml:space="preserve">. I'm applying for the Corporate Event Planner role at </w:t>
      </w:r>
      <w:r>
        <w:rPr>
          <w:b/>
        </w:rPr>
        <w:t>[Company]</w:t>
      </w:r>
      <w:r>
        <w:rPr>
          <w:b w:val="0"/>
        </w:rPr>
        <w:t xml:space="preserve"> because I'd like to plan events from the client side, around a company's own goals.</w:t>
      </w:r>
    </w:p>
    <w:p/>
    <w:p>
      <w:r>
        <w:rPr>
          <w:b w:val="0"/>
        </w:rPr>
        <w:t xml:space="preserve">I know what venues can be flexible on, because I've negotiated those contracts from the other side: </w:t>
      </w:r>
      <w:r>
        <w:rPr>
          <w:b/>
        </w:rPr>
        <w:t>[example, e.g. room blocks, attrition, food-and-beverage minimums, AV packages]</w:t>
      </w:r>
      <w:r>
        <w:rPr>
          <w:b w:val="0"/>
        </w:rPr>
        <w:t xml:space="preserve">. For </w:t>
      </w:r>
      <w:r>
        <w:rPr>
          <w:b/>
        </w:rPr>
        <w:t>[client event]</w:t>
      </w:r>
      <w:r>
        <w:rPr>
          <w:b w:val="0"/>
        </w:rPr>
        <w:t xml:space="preserve">, I </w:t>
      </w:r>
      <w:r>
        <w:rPr>
          <w:b/>
        </w:rPr>
        <w:t>[what you planned and decided]</w:t>
      </w:r>
      <w:r>
        <w:rPr>
          <w:b w:val="0"/>
        </w:rPr>
        <w:t xml:space="preserve">, and the client </w:t>
      </w:r>
      <w:r>
        <w:rPr>
          <w:b/>
        </w:rPr>
        <w:t>[result, e.g. booked the next three years with us]</w:t>
      </w:r>
      <w:r>
        <w:rPr>
          <w:b w:val="0"/>
        </w:rPr>
        <w:t>.</w:t>
      </w:r>
    </w:p>
    <w:p/>
    <w:p>
      <w:r>
        <w:rPr>
          <w:b w:val="0"/>
        </w:rPr>
        <w:t>I'm ready to own the parts I haven't yet, like registration targets and post-event reporting, and I've started by [what you've done: a course, volunteering on a conference, working with a client's marketing team].</w:t>
      </w:r>
    </w:p>
    <w:p/>
    <w:p>
      <w:r>
        <w:rPr>
          <w:b w:val="0"/>
        </w:rPr>
        <w:t>I'd welcome a conversation about your event calendar.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