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Event Coordinator Cover Letter: Examples and Structure</w:t>
      </w:r>
    </w:p>
    <w:p>
      <w:r>
        <w:t>Templates from https://knowtheroom.ai/cover-letters/event-coordinator/ · Replace everything in [brackets].</w:t>
      </w:r>
    </w:p>
    <w:p>
      <w:pPr>
        <w:pStyle w:val="Heading2"/>
      </w:pPr>
      <w:r>
        <w:t>Example 1: corporate or field marketing events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 saw </w:t>
      </w:r>
      <w:r>
        <w:rPr>
          <w:b/>
        </w:rPr>
        <w:t>[Company]</w:t>
      </w:r>
      <w:r>
        <w:rPr>
          <w:b w:val="0"/>
        </w:rPr>
        <w:t xml:space="preserve">'s booth at </w:t>
      </w:r>
      <w:r>
        <w:rPr>
          <w:b/>
        </w:rPr>
        <w:t>[trade show or conference]</w:t>
      </w:r>
      <w:r>
        <w:rPr>
          <w:b w:val="0"/>
        </w:rPr>
        <w:t xml:space="preserve"> </w:t>
      </w:r>
      <w:r>
        <w:rPr>
          <w:b/>
        </w:rPr>
        <w:t>[this year / last year]</w:t>
      </w:r>
      <w:r>
        <w:rPr>
          <w:b w:val="0"/>
        </w:rPr>
        <w:t>, and [observation, e.g. the demo stations kept people at the booth longer than anywhere else on the floor]. I'm applying for the Event Coordinator role on your field marketing team.</w:t>
      </w:r>
    </w:p>
    <w:p/>
    <w:p>
      <w:r>
        <w:rPr>
          <w:b w:val="0"/>
        </w:rPr>
        <w:t xml:space="preserve">At </w:t>
      </w:r>
      <w:r>
        <w:rPr>
          <w:b/>
        </w:rPr>
        <w:t>[Current company]</w:t>
      </w:r>
      <w:r>
        <w:rPr>
          <w:b w:val="0"/>
        </w:rPr>
        <w:t xml:space="preserve">, I coordinate </w:t>
      </w:r>
      <w:r>
        <w:rPr>
          <w:b/>
        </w:rPr>
        <w:t>[number]</w:t>
      </w:r>
      <w:r>
        <w:rPr>
          <w:b w:val="0"/>
        </w:rPr>
        <w:t xml:space="preserve"> events a year, from </w:t>
      </w:r>
      <w:r>
        <w:rPr>
          <w:b/>
        </w:rPr>
        <w:t>[smallest format, e.g. customer dinners]</w:t>
      </w:r>
      <w:r>
        <w:rPr>
          <w:b w:val="0"/>
        </w:rPr>
        <w:t xml:space="preserve"> to [largest, e.g. our booth at </w:t>
      </w:r>
      <w:r>
        <w:rPr>
          <w:b/>
        </w:rPr>
        <w:t>[show]</w:t>
      </w:r>
      <w:r>
        <w:rPr>
          <w:b w:val="0"/>
        </w:rPr>
        <w:t xml:space="preserve">]. For </w:t>
      </w:r>
      <w:r>
        <w:rPr>
          <w:b/>
        </w:rPr>
        <w:t>[event]</w:t>
      </w:r>
      <w:r>
        <w:rPr>
          <w:b w:val="0"/>
        </w:rPr>
        <w:t xml:space="preserve">, I managed </w:t>
      </w:r>
      <w:r>
        <w:rPr>
          <w:b/>
        </w:rPr>
        <w:t>[number]</w:t>
      </w:r>
      <w:r>
        <w:rPr>
          <w:b w:val="0"/>
        </w:rPr>
        <w:t xml:space="preserve"> vendors and a budget of </w:t>
      </w:r>
      <w:r>
        <w:rPr>
          <w:b/>
        </w:rPr>
        <w:t>[amount]</w:t>
      </w:r>
      <w:r>
        <w:rPr>
          <w:b w:val="0"/>
        </w:rPr>
        <w:t xml:space="preserve"> over </w:t>
      </w:r>
      <w:r>
        <w:rPr>
          <w:b/>
        </w:rPr>
        <w:t>[timeline]</w:t>
      </w:r>
      <w:r>
        <w:rPr>
          <w:b w:val="0"/>
        </w:rPr>
        <w:t xml:space="preserve">, and we [result, e.g. booked </w:t>
      </w:r>
      <w:r>
        <w:rPr>
          <w:b/>
        </w:rPr>
        <w:t>[number]</w:t>
      </w:r>
      <w:r>
        <w:rPr>
          <w:b w:val="0"/>
        </w:rPr>
        <w:t xml:space="preserve"> meetings for the sales team / captured </w:t>
      </w:r>
      <w:r>
        <w:rPr>
          <w:b/>
        </w:rPr>
        <w:t>[number]</w:t>
      </w:r>
      <w:r>
        <w:rPr>
          <w:b w:val="0"/>
        </w:rPr>
        <w:t xml:space="preserve"> leads, with follow-up sent within </w:t>
      </w:r>
      <w:r>
        <w:rPr>
          <w:b/>
        </w:rPr>
        <w:t>[timeframe]</w:t>
      </w:r>
      <w:r>
        <w:rPr>
          <w:b w:val="0"/>
        </w:rPr>
        <w:t>].</w:t>
      </w:r>
    </w:p>
    <w:p/>
    <w:p>
      <w:r>
        <w:rPr>
          <w:b w:val="0"/>
        </w:rPr>
        <w:t xml:space="preserve">I keep every event in one run-of-show and budget tracker, and I work with sales before the event on who we want to meet. When </w:t>
      </w:r>
      <w:r>
        <w:rPr>
          <w:b/>
        </w:rPr>
        <w:t>[day-of problem, e.g. our booth freight was lost]</w:t>
      </w:r>
      <w:r>
        <w:rPr>
          <w:b w:val="0"/>
        </w:rPr>
        <w:t xml:space="preserve">, I </w:t>
      </w:r>
      <w:r>
        <w:rPr>
          <w:b/>
        </w:rPr>
        <w:t>[what you did]</w:t>
      </w:r>
      <w:r>
        <w:rPr>
          <w:b w:val="0"/>
        </w:rPr>
        <w:t>, and the booth opened on time.</w:t>
      </w:r>
    </w:p>
    <w:p/>
    <w:p>
      <w:r>
        <w:rPr>
          <w:b w:val="0"/>
        </w:rPr>
        <w:t xml:space="preserve">I'd welcome a conversation about your event calendar for </w:t>
      </w:r>
      <w:r>
        <w:rPr>
          <w:b/>
        </w:rPr>
        <w:t>[year or season]</w:t>
      </w:r>
      <w:r>
        <w:rPr>
          <w:b w:val="0"/>
        </w:rPr>
        <w:t>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p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[LinkedIn URL]</w:t>
      </w:r>
    </w:p>
    <w:p>
      <w:pPr>
        <w:pStyle w:val="Heading2"/>
      </w:pPr>
      <w:r>
        <w:t>Example 2: brand activations and consumer events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Your </w:t>
      </w:r>
      <w:r>
        <w:rPr>
          <w:b/>
        </w:rPr>
        <w:t>[activation or pop-up]</w:t>
      </w:r>
      <w:r>
        <w:rPr>
          <w:b w:val="0"/>
        </w:rPr>
        <w:t xml:space="preserve"> at </w:t>
      </w:r>
      <w:r>
        <w:rPr>
          <w:b/>
        </w:rPr>
        <w:t>[location or event]</w:t>
      </w:r>
      <w:r>
        <w:rPr>
          <w:b w:val="0"/>
        </w:rPr>
        <w:t xml:space="preserve"> turned </w:t>
      </w:r>
      <w:r>
        <w:rPr>
          <w:b/>
        </w:rPr>
        <w:t>[product]</w:t>
      </w:r>
      <w:r>
        <w:rPr>
          <w:b w:val="0"/>
        </w:rPr>
        <w:t xml:space="preserve"> into something people lined up to </w:t>
      </w:r>
      <w:r>
        <w:rPr>
          <w:b/>
        </w:rPr>
        <w:t>[action]</w:t>
      </w:r>
      <w:r>
        <w:rPr>
          <w:b w:val="0"/>
        </w:rPr>
        <w:t xml:space="preserve">. I'm applying for the </w:t>
      </w:r>
      <w:r>
        <w:rPr>
          <w:b/>
        </w:rPr>
        <w:t>[Event Coordinator / Experiential Coordinator]</w:t>
      </w:r>
      <w:r>
        <w:rPr>
          <w:b w:val="0"/>
        </w:rPr>
        <w:t xml:space="preserve"> role at </w:t>
      </w:r>
      <w:r>
        <w:rPr>
          <w:b/>
        </w:rPr>
        <w:t>[Company]</w:t>
      </w:r>
      <w:r>
        <w:rPr>
          <w:b w:val="0"/>
        </w:rPr>
        <w:t>.</w:t>
      </w:r>
    </w:p>
    <w:p/>
    <w:p>
      <w:r>
        <w:rPr>
          <w:b w:val="0"/>
        </w:rPr>
        <w:t xml:space="preserve">I've run </w:t>
      </w:r>
      <w:r>
        <w:rPr>
          <w:b/>
        </w:rPr>
        <w:t>[number]</w:t>
      </w:r>
      <w:r>
        <w:rPr>
          <w:b w:val="0"/>
        </w:rPr>
        <w:t xml:space="preserve"> activations for </w:t>
      </w:r>
      <w:r>
        <w:rPr>
          <w:b/>
        </w:rPr>
        <w:t>[brand or agency]</w:t>
      </w:r>
      <w:r>
        <w:rPr>
          <w:b w:val="0"/>
        </w:rPr>
        <w:t xml:space="preserve">, including </w:t>
      </w:r>
      <w:r>
        <w:rPr>
          <w:b/>
        </w:rPr>
        <w:t>[event]</w:t>
      </w:r>
      <w:r>
        <w:rPr>
          <w:b w:val="0"/>
        </w:rPr>
        <w:t xml:space="preserve">: </w:t>
      </w:r>
      <w:r>
        <w:rPr>
          <w:b/>
        </w:rPr>
        <w:t>[number]</w:t>
      </w:r>
      <w:r>
        <w:rPr>
          <w:b w:val="0"/>
        </w:rPr>
        <w:t xml:space="preserve"> days, </w:t>
      </w:r>
      <w:r>
        <w:rPr>
          <w:b/>
        </w:rPr>
        <w:t>[number]</w:t>
      </w:r>
      <w:r>
        <w:rPr>
          <w:b w:val="0"/>
        </w:rPr>
        <w:t xml:space="preserve"> staff, permits in </w:t>
      </w:r>
      <w:r>
        <w:rPr>
          <w:b/>
        </w:rPr>
        <w:t>[city]</w:t>
      </w:r>
      <w:r>
        <w:rPr>
          <w:b w:val="0"/>
        </w:rPr>
        <w:t xml:space="preserve">, and [result, e.g. </w:t>
      </w:r>
      <w:r>
        <w:rPr>
          <w:b/>
        </w:rPr>
        <w:t>[number]</w:t>
      </w:r>
      <w:r>
        <w:rPr>
          <w:b w:val="0"/>
        </w:rPr>
        <w:t xml:space="preserve"> visitors and </w:t>
      </w:r>
      <w:r>
        <w:rPr>
          <w:b/>
        </w:rPr>
        <w:t>[number]</w:t>
      </w:r>
      <w:r>
        <w:rPr>
          <w:b w:val="0"/>
        </w:rPr>
        <w:t xml:space="preserve"> pieces of content from attendees]. I handled the vendor contracts, the staffing schedule and the on-site timeline.</w:t>
      </w:r>
    </w:p>
    <w:p/>
    <w:p>
      <w:r>
        <w:rPr>
          <w:b w:val="0"/>
        </w:rPr>
        <w:t xml:space="preserve">Events like these are judged after they end too, so I build the content plan and the reporting in from the start, with </w:t>
      </w:r>
      <w:r>
        <w:rPr>
          <w:b/>
        </w:rPr>
        <w:t>[social / CRM / sampling]</w:t>
      </w:r>
      <w:r>
        <w:rPr>
          <w:b w:val="0"/>
        </w:rPr>
        <w:t xml:space="preserve"> goals agreed before we book a venue.</w:t>
      </w:r>
    </w:p>
    <w:p/>
    <w:p>
      <w:r>
        <w:rPr>
          <w:b w:val="0"/>
        </w:rPr>
        <w:t xml:space="preserve">I'd be glad to talk about your plans for </w:t>
      </w:r>
      <w:r>
        <w:rPr>
          <w:b/>
        </w:rPr>
        <w:t>[season or launch]</w:t>
      </w:r>
      <w:r>
        <w:rPr>
          <w:b w:val="0"/>
        </w:rPr>
        <w:t>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p>
      <w:pPr>
        <w:pStyle w:val="Heading2"/>
      </w:pPr>
      <w:r>
        <w:t>Example 3: entry-level event coordinator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/>
        </w:rPr>
        <w:t>[One line on an event of theirs that you attended or followed]</w:t>
      </w:r>
      <w:r>
        <w:rPr>
          <w:b w:val="0"/>
        </w:rPr>
        <w:t xml:space="preserve">. I'm applying for the </w:t>
      </w:r>
      <w:r>
        <w:rPr>
          <w:b/>
        </w:rPr>
        <w:t>[Event Assistant / Coordinator]</w:t>
      </w:r>
      <w:r>
        <w:rPr>
          <w:b w:val="0"/>
        </w:rPr>
        <w:t xml:space="preserve"> role at </w:t>
      </w:r>
      <w:r>
        <w:rPr>
          <w:b/>
        </w:rPr>
        <w:t>[Company]</w:t>
      </w:r>
      <w:r>
        <w:rPr>
          <w:b w:val="0"/>
        </w:rPr>
        <w:t>.</w:t>
      </w:r>
    </w:p>
    <w:p/>
    <w:p>
      <w:r>
        <w:rPr>
          <w:b w:val="0"/>
        </w:rPr>
        <w:t xml:space="preserve">At </w:t>
      </w:r>
      <w:r>
        <w:rPr>
          <w:b/>
        </w:rPr>
        <w:t>[university, nonprofit or past job]</w:t>
      </w:r>
      <w:r>
        <w:rPr>
          <w:b w:val="0"/>
        </w:rPr>
        <w:t xml:space="preserve">, I organized </w:t>
      </w:r>
      <w:r>
        <w:rPr>
          <w:b/>
        </w:rPr>
        <w:t>[event]</w:t>
      </w:r>
      <w:r>
        <w:rPr>
          <w:b w:val="0"/>
        </w:rPr>
        <w:t xml:space="preserve"> for </w:t>
      </w:r>
      <w:r>
        <w:rPr>
          <w:b/>
        </w:rPr>
        <w:t>[number]</w:t>
      </w:r>
      <w:r>
        <w:rPr>
          <w:b w:val="0"/>
        </w:rPr>
        <w:t xml:space="preserve"> attendees: I booked the venue, managed a budget of </w:t>
      </w:r>
      <w:r>
        <w:rPr>
          <w:b/>
        </w:rPr>
        <w:t>[amount]</w:t>
      </w:r>
      <w:r>
        <w:rPr>
          <w:b w:val="0"/>
        </w:rPr>
        <w:t xml:space="preserve">, recruited </w:t>
      </w:r>
      <w:r>
        <w:rPr>
          <w:b/>
        </w:rPr>
        <w:t>[number]</w:t>
      </w:r>
      <w:r>
        <w:rPr>
          <w:b w:val="0"/>
        </w:rPr>
        <w:t xml:space="preserve"> volunteers and handled registration in </w:t>
      </w:r>
      <w:r>
        <w:rPr>
          <w:b/>
        </w:rPr>
        <w:t>[tool]</w:t>
      </w:r>
      <w:r>
        <w:rPr>
          <w:b w:val="0"/>
        </w:rPr>
        <w:t xml:space="preserve">. I also worked </w:t>
      </w:r>
      <w:r>
        <w:rPr>
          <w:b/>
        </w:rPr>
        <w:t>[number]</w:t>
      </w:r>
      <w:r>
        <w:rPr>
          <w:b w:val="0"/>
        </w:rPr>
        <w:t xml:space="preserve"> events as </w:t>
      </w:r>
      <w:r>
        <w:rPr>
          <w:b/>
        </w:rPr>
        <w:t>[role, e.g. staff for a catering company]</w:t>
      </w:r>
      <w:r>
        <w:rPr>
          <w:b w:val="0"/>
        </w:rPr>
        <w:t>, so I know what the day looks like from the floor.</w:t>
      </w:r>
    </w:p>
    <w:p/>
    <w:p>
      <w:r>
        <w:rPr>
          <w:b w:val="0"/>
        </w:rPr>
        <w:t>I'm organized to a fault, calm when plans change, and happy to do the unglamorous parts of the job well.</w:t>
      </w:r>
    </w:p>
    <w:p/>
    <w:p>
      <w:r>
        <w:rPr>
          <w:b w:val="0"/>
        </w:rPr>
        <w:t>Thank you for your time. I'd welcome a conversation.</w:t>
      </w:r>
    </w:p>
    <w:p/>
    <w:p>
      <w:r>
        <w:rPr>
          <w:b/>
        </w:rPr>
        <w:t>[Your name]</w:t>
      </w:r>
    </w:p>
    <w:p>
      <w:pPr>
        <w:pStyle w:val="Heading2"/>
      </w:pPr>
      <w:r>
        <w:t>How is an event planner cover letter different?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/>
        </w:rPr>
        <w:t>[Company]</w:t>
      </w:r>
      <w:r>
        <w:rPr>
          <w:b w:val="0"/>
        </w:rPr>
        <w:t xml:space="preserve">'s </w:t>
      </w:r>
      <w:r>
        <w:rPr>
          <w:b/>
        </w:rPr>
        <w:t>[event or event program]</w:t>
      </w:r>
      <w:r>
        <w:rPr>
          <w:b w:val="0"/>
        </w:rPr>
        <w:t xml:space="preserve"> is the kind of event I plan best: </w:t>
      </w:r>
      <w:r>
        <w:rPr>
          <w:b/>
        </w:rPr>
        <w:t>[what it has in common with your experience]</w:t>
      </w:r>
      <w:r>
        <w:rPr>
          <w:b w:val="0"/>
        </w:rPr>
        <w:t xml:space="preserve">. I'd love to bring that to the </w:t>
      </w:r>
      <w:r>
        <w:rPr>
          <w:b/>
        </w:rPr>
        <w:t>[job title]</w:t>
      </w:r>
      <w:r>
        <w:rPr>
          <w:b w:val="0"/>
        </w:rPr>
        <w:t xml:space="preserve"> role.</w:t>
      </w:r>
    </w:p>
    <w:p/>
    <w:p>
      <w:r>
        <w:rPr>
          <w:b w:val="0"/>
        </w:rPr>
        <w:t xml:space="preserve">Last </w:t>
      </w:r>
      <w:r>
        <w:rPr>
          <w:b/>
        </w:rPr>
        <w:t>[season or year]</w:t>
      </w:r>
      <w:r>
        <w:rPr>
          <w:b w:val="0"/>
        </w:rPr>
        <w:t xml:space="preserve">, I planned and ran </w:t>
      </w:r>
      <w:r>
        <w:rPr>
          <w:b/>
        </w:rPr>
        <w:t>[event]</w:t>
      </w:r>
      <w:r>
        <w:rPr>
          <w:b w:val="0"/>
        </w:rPr>
        <w:t xml:space="preserve"> for </w:t>
      </w:r>
      <w:r>
        <w:rPr>
          <w:b/>
        </w:rPr>
        <w:t>[number]</w:t>
      </w:r>
      <w:r>
        <w:rPr>
          <w:b w:val="0"/>
        </w:rPr>
        <w:t xml:space="preserve"> attendees on a </w:t>
      </w:r>
      <w:r>
        <w:rPr>
          <w:b/>
        </w:rPr>
        <w:t>[budget size]</w:t>
      </w:r>
      <w:r>
        <w:rPr>
          <w:b w:val="0"/>
        </w:rPr>
        <w:t xml:space="preserve"> budget, contracting </w:t>
      </w:r>
      <w:r>
        <w:rPr>
          <w:b/>
        </w:rPr>
        <w:t>[number]</w:t>
      </w:r>
      <w:r>
        <w:rPr>
          <w:b w:val="0"/>
        </w:rPr>
        <w:t xml:space="preserve"> vendors over </w:t>
      </w:r>
      <w:r>
        <w:rPr>
          <w:b/>
        </w:rPr>
        <w:t>[timeline]</w:t>
      </w:r>
      <w:r>
        <w:rPr>
          <w:b w:val="0"/>
        </w:rPr>
        <w:t xml:space="preserve">. When </w:t>
      </w:r>
      <w:r>
        <w:rPr>
          <w:b/>
        </w:rPr>
        <w:t>[a decision point came up]</w:t>
      </w:r>
      <w:r>
        <w:rPr>
          <w:b w:val="0"/>
        </w:rPr>
        <w:t xml:space="preserve">, I </w:t>
      </w:r>
      <w:r>
        <w:rPr>
          <w:b/>
        </w:rPr>
        <w:t>[decision]</w:t>
      </w:r>
      <w:r>
        <w:rPr>
          <w:b w:val="0"/>
        </w:rPr>
        <w:t xml:space="preserve">, which </w:t>
      </w:r>
      <w:r>
        <w:rPr>
          <w:b/>
        </w:rPr>
        <w:t>[kept us on budget / protected attendance / saved time]</w:t>
      </w:r>
      <w:r>
        <w:rPr>
          <w:b w:val="0"/>
        </w:rPr>
        <w:t xml:space="preserve">. The event </w:t>
      </w:r>
      <w:r>
        <w:rPr>
          <w:b/>
        </w:rPr>
        <w:t>[result against the goal]</w:t>
      </w:r>
      <w:r>
        <w:rPr>
          <w:b w:val="0"/>
        </w:rPr>
        <w:t>.</w:t>
      </w:r>
    </w:p>
    <w:p/>
    <w:p>
      <w:r>
        <w:rPr>
          <w:b w:val="0"/>
        </w:rPr>
        <w:t xml:space="preserve">I'd welcome the chance to talk about your </w:t>
      </w:r>
      <w:r>
        <w:rPr>
          <w:b/>
        </w:rPr>
        <w:t>[upcoming event or season]</w:t>
      </w:r>
      <w:r>
        <w:rPr>
          <w:b w:val="0"/>
        </w:rPr>
        <w:t>.</w:t>
      </w:r>
    </w:p>
    <w:p/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