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Entry-Level Marketing Cover Letter: Examples With No Experience</w:t>
      </w:r>
    </w:p>
    <w:p>
      <w:r>
        <w:t>Templates from https://knowtheroom.ai/cover-letters/entry-level-marketing/ · Replace everything in [brackets].</w:t>
      </w:r>
    </w:p>
    <w:p>
      <w:pPr>
        <w:pStyle w:val="Heading2"/>
      </w:pPr>
      <w:r>
        <w:t>Example 1: recent graduate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</w:t>
      </w:r>
      <w:r>
        <w:rPr>
          <w:b/>
        </w:rPr>
        <w:t>[Marketing Assistant / Coordinator]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 xml:space="preserve">. I've followed </w:t>
      </w:r>
      <w:r>
        <w:rPr>
          <w:b/>
        </w:rPr>
        <w:t>[Brand]</w:t>
      </w:r>
      <w:r>
        <w:rPr>
          <w:b w:val="0"/>
        </w:rPr>
        <w:t xml:space="preserve"> since </w:t>
      </w:r>
      <w:r>
        <w:rPr>
          <w:b/>
        </w:rPr>
        <w:t>[how you know it]</w:t>
      </w:r>
      <w:r>
        <w:rPr>
          <w:b w:val="0"/>
        </w:rPr>
        <w:t xml:space="preserve">, and I noticed </w:t>
      </w:r>
      <w:r>
        <w:rPr>
          <w:b/>
        </w:rPr>
        <w:t>[specific observation about their marketing]</w:t>
      </w:r>
      <w:r>
        <w:rPr>
          <w:b w:val="0"/>
        </w:rPr>
        <w:t>.</w:t>
      </w:r>
    </w:p>
    <w:p/>
    <w:p>
      <w:r>
        <w:rPr>
          <w:b w:val="0"/>
        </w:rPr>
        <w:t xml:space="preserve">In my final year at </w:t>
      </w:r>
      <w:r>
        <w:rPr>
          <w:b/>
        </w:rPr>
        <w:t>[University]</w:t>
      </w:r>
      <w:r>
        <w:rPr>
          <w:b w:val="0"/>
        </w:rPr>
        <w:t xml:space="preserve">, I </w:t>
      </w:r>
      <w:r>
        <w:rPr>
          <w:b/>
        </w:rPr>
        <w:t>[project, e.g. ran a social campaign for a local business]</w:t>
      </w:r>
      <w:r>
        <w:rPr>
          <w:b w:val="0"/>
        </w:rPr>
        <w:t xml:space="preserve">, which </w:t>
      </w:r>
      <w:r>
        <w:rPr>
          <w:b/>
        </w:rPr>
        <w:t>[result, even a small one, e.g. grew their followers from X to Y]</w:t>
      </w:r>
      <w:r>
        <w:rPr>
          <w:b w:val="0"/>
        </w:rPr>
        <w:t xml:space="preserve">. During my internship at </w:t>
      </w:r>
      <w:r>
        <w:rPr>
          <w:b/>
        </w:rPr>
        <w:t>[Company]</w:t>
      </w:r>
      <w:r>
        <w:rPr>
          <w:b w:val="0"/>
        </w:rPr>
        <w:t xml:space="preserve">, I </w:t>
      </w:r>
      <w:r>
        <w:rPr>
          <w:b/>
        </w:rPr>
        <w:t>[task]</w:t>
      </w:r>
      <w:r>
        <w:rPr>
          <w:b w:val="0"/>
        </w:rPr>
        <w:t xml:space="preserve"> and learned </w:t>
      </w:r>
      <w:r>
        <w:rPr>
          <w:b/>
        </w:rPr>
        <w:t>[skill]</w:t>
      </w:r>
      <w:r>
        <w:rPr>
          <w:b w:val="0"/>
        </w:rPr>
        <w:t>.</w:t>
      </w:r>
    </w:p>
    <w:p/>
    <w:p>
      <w:r>
        <w:rPr>
          <w:b w:val="0"/>
        </w:rPr>
        <w:t xml:space="preserve">I'm comfortable with </w:t>
      </w:r>
      <w:r>
        <w:rPr>
          <w:b/>
        </w:rPr>
        <w:t>[tools from the posting]</w:t>
      </w:r>
      <w:r>
        <w:rPr>
          <w:b w:val="0"/>
        </w:rPr>
        <w:t xml:space="preserve"> and I write clearly, which I'd put to work on </w:t>
      </w:r>
      <w:r>
        <w:rPr>
          <w:b/>
        </w:rPr>
        <w:t>[part of the role]</w:t>
      </w:r>
      <w:r>
        <w:rPr>
          <w:b w:val="0"/>
        </w:rPr>
        <w:t>.</w:t>
      </w:r>
    </w:p>
    <w:p/>
    <w:p>
      <w:r>
        <w:rPr>
          <w:b w:val="0"/>
        </w:rPr>
        <w:t>I'd love the chance to talk about how I could help your team.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  <w:r>
        <w:rPr>
          <w:b w:val="0"/>
        </w:rPr>
        <w:t xml:space="preserve"> · </w:t>
      </w:r>
      <w:r>
        <w:rPr>
          <w:b/>
        </w:rPr>
        <w:t>[Portfolio link, if you have one]</w:t>
      </w:r>
    </w:p>
    <w:p>
      <w:pPr>
        <w:pStyle w:val="Heading2"/>
      </w:pPr>
      <w:r>
        <w:t>Example 2: career changer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to apply for the </w:t>
      </w:r>
      <w:r>
        <w:rPr>
          <w:b/>
        </w:rPr>
        <w:t>[Role]</w:t>
      </w:r>
      <w:r>
        <w:rPr>
          <w:b w:val="0"/>
        </w:rPr>
        <w:t xml:space="preserve"> position at </w:t>
      </w:r>
      <w:r>
        <w:rPr>
          <w:b/>
        </w:rPr>
        <w:t>[Company]</w:t>
      </w:r>
      <w:r>
        <w:rPr>
          <w:b w:val="0"/>
        </w:rPr>
        <w:t xml:space="preserve">. </w:t>
      </w:r>
      <w:r>
        <w:rPr>
          <w:b/>
        </w:rPr>
        <w:t>[One sentence on why this company]</w:t>
      </w:r>
      <w:r>
        <w:rPr>
          <w:b w:val="0"/>
        </w:rPr>
        <w:t>.</w:t>
      </w:r>
    </w:p>
    <w:p/>
    <w:p>
      <w:r>
        <w:rPr>
          <w:b w:val="0"/>
        </w:rPr>
        <w:t xml:space="preserve">For the past </w:t>
      </w:r>
      <w:r>
        <w:rPr>
          <w:b/>
        </w:rPr>
        <w:t>[number]</w:t>
      </w:r>
      <w:r>
        <w:rPr>
          <w:b w:val="0"/>
        </w:rPr>
        <w:t xml:space="preserve"> years I've worked in </w:t>
      </w:r>
      <w:r>
        <w:rPr>
          <w:b/>
        </w:rPr>
        <w:t>[previous field]</w:t>
      </w:r>
      <w:r>
        <w:rPr>
          <w:b w:val="0"/>
        </w:rPr>
        <w:t xml:space="preserve">, where I [transferable result, e.g. built the newsletter for our clinic and grew it to X subscribers]. I've since completed </w:t>
      </w:r>
      <w:r>
        <w:rPr>
          <w:b/>
        </w:rPr>
        <w:t>[course or certificate]</w:t>
      </w:r>
      <w:r>
        <w:rPr>
          <w:b w:val="0"/>
        </w:rPr>
        <w:t xml:space="preserve"> and </w:t>
      </w:r>
      <w:r>
        <w:rPr>
          <w:b/>
        </w:rPr>
        <w:t>[a marketing project you did on your own]</w:t>
      </w:r>
      <w:r>
        <w:rPr>
          <w:b w:val="0"/>
        </w:rPr>
        <w:t>.</w:t>
      </w:r>
    </w:p>
    <w:p/>
    <w:p>
      <w:r>
        <w:rPr>
          <w:b w:val="0"/>
        </w:rPr>
        <w:t xml:space="preserve">My background in </w:t>
      </w:r>
      <w:r>
        <w:rPr>
          <w:b/>
        </w:rPr>
        <w:t>[previous field]</w:t>
      </w:r>
      <w:r>
        <w:rPr>
          <w:b w:val="0"/>
        </w:rPr>
        <w:t xml:space="preserve"> means I understand </w:t>
      </w:r>
      <w:r>
        <w:rPr>
          <w:b/>
        </w:rPr>
        <w:t>[an audience or skill relevant to their business]</w:t>
      </w:r>
      <w:r>
        <w:rPr>
          <w:b w:val="0"/>
        </w:rPr>
        <w:t>.</w:t>
      </w:r>
    </w:p>
    <w:p/>
    <w:p>
      <w:r>
        <w:rPr>
          <w:b w:val="0"/>
        </w:rPr>
        <w:t>I'd welcome the chance to talk.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