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Digital Marketing Cover Letter: Examples and Structure</w:t>
      </w:r>
    </w:p>
    <w:p>
      <w:r>
        <w:t>Templates from https://knowtheroom.ai/cover-letters/digital-marketing/ · Replace everything in [brackets].</w:t>
      </w:r>
    </w:p>
    <w:p>
      <w:pPr>
        <w:pStyle w:val="Heading2"/>
      </w:pPr>
      <w:r>
        <w:t>Example 1: digital marketing specialist</w:t>
      </w:r>
    </w:p>
    <w:p>
      <w:r>
        <w:rPr>
          <w:b w:val="0"/>
        </w:rPr>
        <w:t xml:space="preserve">Dear </w:t>
      </w:r>
      <w:r>
        <w:rPr>
          <w:b/>
        </w:rPr>
        <w:t>[Hiring manager's name]</w:t>
      </w:r>
      <w:r>
        <w:rPr>
          <w:b w:val="0"/>
        </w:rPr>
        <w:t>,</w:t>
      </w:r>
    </w:p>
    <w:p/>
    <w:p>
      <w:r>
        <w:rPr>
          <w:b w:val="0"/>
        </w:rPr>
        <w:t xml:space="preserve">I'm applying for the Digital Marketing Specialist role at </w:t>
      </w:r>
      <w:r>
        <w:rPr>
          <w:b/>
        </w:rPr>
        <w:t>[Company]</w:t>
      </w:r>
      <w:r>
        <w:rPr>
          <w:b w:val="0"/>
        </w:rPr>
        <w:t>. I noticed [specific detail, e.g. your product pages rank well but your blog barely shows up in search].</w:t>
      </w:r>
    </w:p>
    <w:p/>
    <w:p>
      <w:r>
        <w:rPr>
          <w:b w:val="0"/>
        </w:rPr>
        <w:t xml:space="preserve">At </w:t>
      </w:r>
      <w:r>
        <w:rPr>
          <w:b/>
        </w:rPr>
        <w:t>[Current company]</w:t>
      </w:r>
      <w:r>
        <w:rPr>
          <w:b w:val="0"/>
        </w:rPr>
        <w:t xml:space="preserve">, I run </w:t>
      </w:r>
      <w:r>
        <w:rPr>
          <w:b/>
        </w:rPr>
        <w:t>[channels, e.g. paid search and email]</w:t>
      </w:r>
      <w:r>
        <w:rPr>
          <w:b w:val="0"/>
        </w:rPr>
        <w:t xml:space="preserve">. I cut cost per acquisition on paid search by </w:t>
      </w:r>
      <w:r>
        <w:rPr>
          <w:b/>
        </w:rPr>
        <w:t>[X%]</w:t>
      </w:r>
      <w:r>
        <w:rPr>
          <w:b w:val="0"/>
        </w:rPr>
        <w:t xml:space="preserve"> over </w:t>
      </w:r>
      <w:r>
        <w:rPr>
          <w:b/>
        </w:rPr>
        <w:t>[timeframe]</w:t>
      </w:r>
      <w:r>
        <w:rPr>
          <w:b w:val="0"/>
        </w:rPr>
        <w:t xml:space="preserve"> by </w:t>
      </w:r>
      <w:r>
        <w:rPr>
          <w:b/>
        </w:rPr>
        <w:t>[what you changed]</w:t>
      </w:r>
      <w:r>
        <w:rPr>
          <w:b w:val="0"/>
        </w:rPr>
        <w:t xml:space="preserve">, and grew email revenue by </w:t>
      </w:r>
      <w:r>
        <w:rPr>
          <w:b/>
        </w:rPr>
        <w:t>[X%]</w:t>
      </w:r>
      <w:r>
        <w:rPr>
          <w:b w:val="0"/>
        </w:rPr>
        <w:t xml:space="preserve"> with </w:t>
      </w:r>
      <w:r>
        <w:rPr>
          <w:b/>
        </w:rPr>
        <w:t>[what you did]</w:t>
      </w:r>
      <w:r>
        <w:rPr>
          <w:b w:val="0"/>
        </w:rPr>
        <w:t>.</w:t>
      </w:r>
    </w:p>
    <w:p/>
    <w:p>
      <w:r>
        <w:rPr>
          <w:b w:val="0"/>
        </w:rPr>
        <w:t xml:space="preserve">I test before I scale: </w:t>
      </w:r>
      <w:r>
        <w:rPr>
          <w:b/>
        </w:rPr>
        <w:t>[one example of a test and what you learned]</w:t>
      </w:r>
      <w:r>
        <w:rPr>
          <w:b w:val="0"/>
        </w:rPr>
        <w:t>.</w:t>
      </w:r>
    </w:p>
    <w:p/>
    <w:p>
      <w:r>
        <w:rPr>
          <w:b w:val="0"/>
        </w:rPr>
        <w:t>I'd welcome the chance to talk about the role.</w:t>
      </w:r>
    </w:p>
    <w:p/>
    <w:p>
      <w:r>
        <w:rPr>
          <w:b w:val="0"/>
        </w:rPr>
        <w:t>Best regards,</w:t>
      </w:r>
    </w:p>
    <w:p>
      <w:r>
        <w:rPr>
          <w:b/>
        </w:rPr>
        <w:t>[Your name]</w:t>
      </w:r>
    </w:p>
    <w:p>
      <w:r>
        <w:rPr>
          <w:b/>
        </w:rPr>
        <w:t>[Phone]</w:t>
      </w:r>
      <w:r>
        <w:rPr>
          <w:b w:val="0"/>
        </w:rPr>
        <w:t xml:space="preserve"> · </w:t>
      </w:r>
      <w:r>
        <w:rPr>
          <w:b/>
        </w:rPr>
        <w:t>[LinkedIn URL]</w:t>
      </w:r>
    </w:p>
    <w:p>
      <w:pPr>
        <w:pStyle w:val="Heading2"/>
      </w:pPr>
      <w:r>
        <w:t>Example 2: digital marketing manager</w:t>
      </w:r>
    </w:p>
    <w:p>
      <w:r>
        <w:rPr>
          <w:b w:val="0"/>
        </w:rPr>
        <w:t xml:space="preserve">Dear </w:t>
      </w:r>
      <w:r>
        <w:rPr>
          <w:b/>
        </w:rPr>
        <w:t>[Hiring manager's name]</w:t>
      </w:r>
      <w:r>
        <w:rPr>
          <w:b w:val="0"/>
        </w:rPr>
        <w:t>,</w:t>
      </w:r>
    </w:p>
    <w:p/>
    <w:p>
      <w:r>
        <w:rPr>
          <w:b w:val="0"/>
        </w:rPr>
        <w:t xml:space="preserve">I'm writing about the Digital Marketing Manager role at </w:t>
      </w:r>
      <w:r>
        <w:rPr>
          <w:b/>
        </w:rPr>
        <w:t>[Company]</w:t>
      </w:r>
      <w:r>
        <w:rPr>
          <w:b w:val="0"/>
        </w:rPr>
        <w:t xml:space="preserve">. Your move into </w:t>
      </w:r>
      <w:r>
        <w:rPr>
          <w:b/>
        </w:rPr>
        <w:t>[market, product or channel]</w:t>
      </w:r>
      <w:r>
        <w:rPr>
          <w:b w:val="0"/>
        </w:rPr>
        <w:t xml:space="preserve"> will need </w:t>
      </w:r>
      <w:r>
        <w:rPr>
          <w:b/>
        </w:rPr>
        <w:t>[what it needs from digital marketing]</w:t>
      </w:r>
      <w:r>
        <w:rPr>
          <w:b w:val="0"/>
        </w:rPr>
        <w:t>.</w:t>
      </w:r>
    </w:p>
    <w:p/>
    <w:p>
      <w:r>
        <w:rPr>
          <w:b w:val="0"/>
        </w:rPr>
        <w:t xml:space="preserve">At </w:t>
      </w:r>
      <w:r>
        <w:rPr>
          <w:b/>
        </w:rPr>
        <w:t>[Current company]</w:t>
      </w:r>
      <w:r>
        <w:rPr>
          <w:b w:val="0"/>
        </w:rPr>
        <w:t xml:space="preserve">, I manage our digital channels and a </w:t>
      </w:r>
      <w:r>
        <w:rPr>
          <w:b/>
        </w:rPr>
        <w:t>[budget]</w:t>
      </w:r>
      <w:r>
        <w:rPr>
          <w:b w:val="0"/>
        </w:rPr>
        <w:t xml:space="preserve"> budget, with </w:t>
      </w:r>
      <w:r>
        <w:rPr>
          <w:b/>
        </w:rPr>
        <w:t>[number]</w:t>
      </w:r>
      <w:r>
        <w:rPr>
          <w:b w:val="0"/>
        </w:rPr>
        <w:t xml:space="preserve"> people or agencies. Last year we </w:t>
      </w:r>
      <w:r>
        <w:rPr>
          <w:b/>
        </w:rPr>
        <w:t>[result, e.g. grew online revenue X%]</w:t>
      </w:r>
      <w:r>
        <w:rPr>
          <w:b w:val="0"/>
        </w:rPr>
        <w:t xml:space="preserve"> while </w:t>
      </w:r>
      <w:r>
        <w:rPr>
          <w:b/>
        </w:rPr>
        <w:t>[efficiency result]</w:t>
      </w:r>
      <w:r>
        <w:rPr>
          <w:b w:val="0"/>
        </w:rPr>
        <w:t xml:space="preserve">. I set up </w:t>
      </w:r>
      <w:r>
        <w:rPr>
          <w:b/>
        </w:rPr>
        <w:t>[reporting, attribution or testing process]</w:t>
      </w:r>
      <w:r>
        <w:rPr>
          <w:b w:val="0"/>
        </w:rPr>
        <w:t xml:space="preserve"> so we can see which channels actually drive growth.</w:t>
      </w:r>
    </w:p>
    <w:p/>
    <w:p>
      <w:r>
        <w:rPr>
          <w:b w:val="0"/>
        </w:rPr>
        <w:t xml:space="preserve">I'd start by </w:t>
      </w:r>
      <w:r>
        <w:rPr>
          <w:b/>
        </w:rPr>
        <w:t>[first priority]</w:t>
      </w:r>
      <w:r>
        <w:rPr>
          <w:b w:val="0"/>
        </w:rPr>
        <w:t xml:space="preserve">, because </w:t>
      </w:r>
      <w:r>
        <w:rPr>
          <w:b/>
        </w:rPr>
        <w:t>[reason]</w:t>
      </w:r>
      <w:r>
        <w:rPr>
          <w:b w:val="0"/>
        </w:rPr>
        <w:t>.</w:t>
      </w:r>
    </w:p>
    <w:p/>
    <w:p>
      <w:r>
        <w:rPr>
          <w:b w:val="0"/>
        </w:rPr>
        <w:t>I'd be glad to talk further.</w:t>
      </w:r>
    </w:p>
    <w:p/>
    <w:p>
      <w:r>
        <w:rPr>
          <w:b w:val="0"/>
        </w:rPr>
        <w:t>Best regards,</w:t>
      </w:r>
    </w:p>
    <w:p>
      <w:r>
        <w:rPr>
          <w:b/>
        </w:rPr>
        <w:t>[Your name]</w:t>
      </w:r>
    </w:p>
    <w:p>
      <w:pPr>
        <w:pStyle w:val="Heading2"/>
      </w:pPr>
      <w:r>
        <w:t>Example 3: entry-level or internship</w:t>
      </w:r>
    </w:p>
    <w:p>
      <w:r>
        <w:rPr>
          <w:b w:val="0"/>
        </w:rPr>
        <w:t xml:space="preserve">Dear </w:t>
      </w:r>
      <w:r>
        <w:rPr>
          <w:b/>
        </w:rPr>
        <w:t>[Hiring manager's name]</w:t>
      </w:r>
      <w:r>
        <w:rPr>
          <w:b w:val="0"/>
        </w:rPr>
        <w:t>,</w:t>
      </w:r>
    </w:p>
    <w:p/>
    <w:p>
      <w:r>
        <w:rPr>
          <w:b w:val="0"/>
        </w:rPr>
        <w:t xml:space="preserve">I'm applying for the </w:t>
      </w:r>
      <w:r>
        <w:rPr>
          <w:b/>
        </w:rPr>
        <w:t>[Digital Marketing Assistant / Intern]</w:t>
      </w:r>
      <w:r>
        <w:rPr>
          <w:b w:val="0"/>
        </w:rPr>
        <w:t xml:space="preserve"> role at </w:t>
      </w:r>
      <w:r>
        <w:rPr>
          <w:b/>
        </w:rPr>
        <w:t>[Company]</w:t>
      </w:r>
      <w:r>
        <w:rPr>
          <w:b w:val="0"/>
        </w:rPr>
        <w:t xml:space="preserve">. I've followed your </w:t>
      </w:r>
      <w:r>
        <w:rPr>
          <w:b/>
        </w:rPr>
        <w:t>[channel, e.g. Instagram]</w:t>
      </w:r>
      <w:r>
        <w:rPr>
          <w:b w:val="0"/>
        </w:rPr>
        <w:t xml:space="preserve"> for a while, and [specific observation, e.g. your how-to Reels get far more comments than product posts].</w:t>
      </w:r>
    </w:p>
    <w:p/>
    <w:p>
      <w:r>
        <w:rPr>
          <w:b w:val="0"/>
        </w:rPr>
        <w:t xml:space="preserve">I don't have a marketing job yet, but I've been doing the work. For </w:t>
      </w:r>
      <w:r>
        <w:rPr>
          <w:b/>
        </w:rPr>
        <w:t>[project, e.g. my university's running club]</w:t>
      </w:r>
      <w:r>
        <w:rPr>
          <w:b w:val="0"/>
        </w:rPr>
        <w:t xml:space="preserve">, I ran </w:t>
      </w:r>
      <w:r>
        <w:rPr>
          <w:b/>
        </w:rPr>
        <w:t>[channel]</w:t>
      </w:r>
      <w:r>
        <w:rPr>
          <w:b w:val="0"/>
        </w:rPr>
        <w:t xml:space="preserve"> for </w:t>
      </w:r>
      <w:r>
        <w:rPr>
          <w:b/>
        </w:rPr>
        <w:t>[timeframe]</w:t>
      </w:r>
      <w:r>
        <w:rPr>
          <w:b w:val="0"/>
        </w:rPr>
        <w:t xml:space="preserve"> and grew </w:t>
      </w:r>
      <w:r>
        <w:rPr>
          <w:b/>
        </w:rPr>
        <w:t>[metric]</w:t>
      </w:r>
      <w:r>
        <w:rPr>
          <w:b w:val="0"/>
        </w:rPr>
        <w:t xml:space="preserve"> from [x] to [y] by </w:t>
      </w:r>
      <w:r>
        <w:rPr>
          <w:b/>
        </w:rPr>
        <w:t>[what you changed]</w:t>
      </w:r>
      <w:r>
        <w:rPr>
          <w:b w:val="0"/>
        </w:rPr>
        <w:t xml:space="preserve">. I also completed </w:t>
      </w:r>
      <w:r>
        <w:rPr>
          <w:b/>
        </w:rPr>
        <w:t>[certification, e.g. Google Ads Search]</w:t>
      </w:r>
      <w:r>
        <w:rPr>
          <w:b w:val="0"/>
        </w:rPr>
        <w:t xml:space="preserve"> and used it to run a small test: </w:t>
      </w:r>
      <w:r>
        <w:rPr>
          <w:b/>
        </w:rPr>
        <w:t>[what you tested and learned]</w:t>
      </w:r>
      <w:r>
        <w:rPr>
          <w:b w:val="0"/>
        </w:rPr>
        <w:t>.</w:t>
      </w:r>
    </w:p>
    <w:p/>
    <w:p>
      <w:r>
        <w:rPr>
          <w:b w:val="0"/>
        </w:rPr>
        <w:t>I'd love to bring that habit of testing and learning to your team.</w:t>
      </w:r>
    </w:p>
    <w:p/>
    <w:p>
      <w:r>
        <w:rPr>
          <w:b w:val="0"/>
        </w:rPr>
        <w:t>Best regards,</w:t>
      </w:r>
    </w:p>
    <w:p>
      <w:r>
        <w:rPr>
          <w:b/>
        </w:rPr>
        <w:t>[Your name]</w:t>
      </w:r>
    </w:p>
    <w:p>
      <w:r>
        <w:rPr>
          <w:b/>
        </w:rPr>
        <w:t>[Phone]</w:t>
      </w:r>
      <w:r>
        <w:rPr>
          <w:b w:val="0"/>
        </w:rPr>
        <w:t xml:space="preserve"> · </w:t>
      </w:r>
      <w:r>
        <w:rPr>
          <w:b/>
        </w:rPr>
        <w:t>[LinkedIn URL]</w:t>
      </w:r>
      <w:r>
        <w:rPr>
          <w:b w:val="0"/>
        </w:rPr>
        <w:t xml:space="preserve"> · </w:t>
      </w:r>
      <w:r>
        <w:rPr>
          <w:b/>
        </w:rPr>
        <w:t>[Portfolio link]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