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Creative Director Cover Letter: Examples and Structure</w:t>
      </w:r>
    </w:p>
    <w:p>
      <w:r>
        <w:t>Templates from https://knowtheroom.ai/cover-letters/creative-director/ · Replace everything in [brackets].</w:t>
      </w:r>
    </w:p>
    <w:p>
      <w:pPr>
        <w:pStyle w:val="Heading2"/>
      </w:pPr>
      <w:r>
        <w:t>Example 1: in-house creative director</w:t>
      </w:r>
    </w:p>
    <w:p>
      <w:r>
        <w:rPr>
          <w:b w:val="0"/>
        </w:rPr>
        <w:t xml:space="preserve">Dear </w:t>
      </w:r>
      <w:r>
        <w:rPr>
          <w:b/>
        </w:rPr>
        <w:t>[Name]</w:t>
      </w:r>
      <w:r>
        <w:rPr>
          <w:b w:val="0"/>
        </w:rPr>
        <w:t>,</w:t>
      </w:r>
    </w:p>
    <w:p/>
    <w:p>
      <w:r>
        <w:rPr>
          <w:b/>
        </w:rPr>
        <w:t>[Brand]</w:t>
      </w:r>
      <w:r>
        <w:rPr>
          <w:b w:val="0"/>
        </w:rPr>
        <w:t xml:space="preserve">'s </w:t>
      </w:r>
      <w:r>
        <w:rPr>
          <w:b/>
        </w:rPr>
        <w:t>[recent campaign, launch or rebrand]</w:t>
      </w:r>
      <w:r>
        <w:rPr>
          <w:b w:val="0"/>
        </w:rPr>
        <w:t xml:space="preserve"> did something most </w:t>
      </w:r>
      <w:r>
        <w:rPr>
          <w:b/>
        </w:rPr>
        <w:t>[category]</w:t>
      </w:r>
      <w:r>
        <w:rPr>
          <w:b w:val="0"/>
        </w:rPr>
        <w:t xml:space="preserve"> brands avoid: </w:t>
      </w:r>
      <w:r>
        <w:rPr>
          <w:b/>
        </w:rPr>
        <w:t>[specific creative choice and why it worked]</w:t>
      </w:r>
      <w:r>
        <w:rPr>
          <w:b w:val="0"/>
        </w:rPr>
        <w:t>. I'd like to help take that further as your Creative Director.</w:t>
      </w:r>
    </w:p>
    <w:p/>
    <w:p>
      <w:r>
        <w:rPr>
          <w:b w:val="0"/>
        </w:rPr>
        <w:t xml:space="preserve">At </w:t>
      </w:r>
      <w:r>
        <w:rPr>
          <w:b/>
        </w:rPr>
        <w:t>[Company]</w:t>
      </w:r>
      <w:r>
        <w:rPr>
          <w:b w:val="0"/>
        </w:rPr>
        <w:t xml:space="preserve">, I lead a </w:t>
      </w:r>
      <w:r>
        <w:rPr>
          <w:b/>
        </w:rPr>
        <w:t>[number]</w:t>
      </w:r>
      <w:r>
        <w:rPr>
          <w:b w:val="0"/>
        </w:rPr>
        <w:t xml:space="preserve">-person team of </w:t>
      </w:r>
      <w:r>
        <w:rPr>
          <w:b/>
        </w:rPr>
        <w:t>[designers, writers, video]</w:t>
      </w:r>
      <w:r>
        <w:rPr>
          <w:b w:val="0"/>
        </w:rPr>
        <w:t>. Three projects are closest to what you're building:</w:t>
      </w:r>
    </w:p>
    <w:p>
      <w:r>
        <w:rPr>
          <w:b w:val="0"/>
        </w:rPr>
        <w:t xml:space="preserve">- </w:t>
      </w:r>
      <w:r>
        <w:rPr>
          <w:b/>
        </w:rPr>
        <w:t>[Project 1]</w:t>
      </w:r>
      <w:r>
        <w:rPr>
          <w:b w:val="0"/>
        </w:rPr>
        <w:t xml:space="preserve">: a rebrand that </w:t>
      </w:r>
      <w:r>
        <w:rPr>
          <w:b/>
        </w:rPr>
        <w:t>[problem it solved]</w:t>
      </w:r>
      <w:r>
        <w:rPr>
          <w:b w:val="0"/>
        </w:rPr>
        <w:t xml:space="preserve">, rolled out across </w:t>
      </w:r>
      <w:r>
        <w:rPr>
          <w:b/>
        </w:rPr>
        <w:t>[channels or touchpoints]</w:t>
      </w:r>
      <w:r>
        <w:rPr>
          <w:b w:val="0"/>
        </w:rPr>
        <w:t xml:space="preserve">. </w:t>
      </w:r>
      <w:r>
        <w:rPr>
          <w:b/>
        </w:rPr>
        <w:t>[Result you can share.]</w:t>
      </w:r>
    </w:p>
    <w:p>
      <w:r>
        <w:rPr>
          <w:b w:val="0"/>
        </w:rPr>
        <w:t xml:space="preserve">- </w:t>
      </w:r>
      <w:r>
        <w:rPr>
          <w:b/>
        </w:rPr>
        <w:t>[Project 2]</w:t>
      </w:r>
      <w:r>
        <w:rPr>
          <w:b w:val="0"/>
        </w:rPr>
        <w:t xml:space="preserve">: a brand system and templates that let </w:t>
      </w:r>
      <w:r>
        <w:rPr>
          <w:b/>
        </w:rPr>
        <w:t>[number]</w:t>
      </w:r>
      <w:r>
        <w:rPr>
          <w:b w:val="0"/>
        </w:rPr>
        <w:t xml:space="preserve"> marketers ship on-brand work without waiting for the studio.</w:t>
      </w:r>
    </w:p>
    <w:p>
      <w:r>
        <w:rPr>
          <w:b w:val="0"/>
        </w:rPr>
        <w:t xml:space="preserve">- </w:t>
      </w:r>
      <w:r>
        <w:rPr>
          <w:b/>
        </w:rPr>
        <w:t>[Project 3]</w:t>
      </w:r>
      <w:r>
        <w:rPr>
          <w:b w:val="0"/>
        </w:rPr>
        <w:t xml:space="preserve">: </w:t>
      </w:r>
      <w:r>
        <w:rPr>
          <w:b/>
        </w:rPr>
        <w:t>[campaign]</w:t>
      </w:r>
      <w:r>
        <w:rPr>
          <w:b w:val="0"/>
        </w:rPr>
        <w:t xml:space="preserve"> for </w:t>
      </w:r>
      <w:r>
        <w:rPr>
          <w:b/>
        </w:rPr>
        <w:t>[goal]</w:t>
      </w:r>
      <w:r>
        <w:rPr>
          <w:b w:val="0"/>
        </w:rPr>
        <w:t xml:space="preserve">, which </w:t>
      </w:r>
      <w:r>
        <w:rPr>
          <w:b/>
        </w:rPr>
        <w:t>[result]</w:t>
      </w:r>
      <w:r>
        <w:rPr>
          <w:b w:val="0"/>
        </w:rPr>
        <w:t>.</w:t>
      </w:r>
    </w:p>
    <w:p/>
    <w:p>
      <w:r>
        <w:rPr>
          <w:b w:val="0"/>
        </w:rPr>
        <w:t xml:space="preserve">I hire for curiosity and craft, give feedback on the idea before the execution, and work closely with </w:t>
      </w:r>
      <w:r>
        <w:rPr>
          <w:b/>
        </w:rPr>
        <w:t>[marketing / product]</w:t>
      </w:r>
      <w:r>
        <w:rPr>
          <w:b w:val="0"/>
        </w:rPr>
        <w:t xml:space="preserve"> leads so the creative answers the brief and not only the briefing meeting.</w:t>
      </w:r>
    </w:p>
    <w:p/>
    <w:p>
      <w:r>
        <w:rPr>
          <w:b w:val="0"/>
        </w:rPr>
        <w:t xml:space="preserve">My portfolio is at </w:t>
      </w:r>
      <w:r>
        <w:rPr>
          <w:b/>
        </w:rPr>
        <w:t>[link]</w:t>
      </w:r>
      <w:r>
        <w:rPr>
          <w:b w:val="0"/>
        </w:rPr>
        <w:t xml:space="preserve">. I'd welcome the chance to talk about where you want </w:t>
      </w:r>
      <w:r>
        <w:rPr>
          <w:b/>
        </w:rPr>
        <w:t>[Brand]</w:t>
      </w:r>
      <w:r>
        <w:rPr>
          <w:b w:val="0"/>
        </w:rPr>
        <w:t>'s creative to go next.</w:t>
      </w:r>
    </w:p>
    <w:p/>
    <w:p>
      <w:r>
        <w:rPr>
          <w:b w:val="0"/>
        </w:rPr>
        <w:t>Best,</w:t>
      </w:r>
    </w:p>
    <w:p>
      <w:r>
        <w:rPr>
          <w:b/>
        </w:rPr>
        <w:t>[Your name]</w:t>
      </w:r>
    </w:p>
    <w:p>
      <w:pPr>
        <w:pStyle w:val="Heading2"/>
      </w:pPr>
      <w:r>
        <w:t>Example 2: agency creative director</w:t>
      </w:r>
    </w:p>
    <w:p>
      <w:r>
        <w:rPr>
          <w:b w:val="0"/>
        </w:rPr>
        <w:t xml:space="preserve">Dear </w:t>
      </w:r>
      <w:r>
        <w:rPr>
          <w:b/>
        </w:rPr>
        <w:t>[Name]</w:t>
      </w:r>
      <w:r>
        <w:rPr>
          <w:b w:val="0"/>
        </w:rPr>
        <w:t>,</w:t>
      </w:r>
    </w:p>
    <w:p/>
    <w:p>
      <w:r>
        <w:rPr>
          <w:b/>
        </w:rPr>
        <w:t>[One line on a specific piece of the agency's work and what made it land.]</w:t>
      </w:r>
      <w:r>
        <w:rPr>
          <w:b w:val="0"/>
        </w:rPr>
        <w:t xml:space="preserve"> I'm applying for the Creative Director role on </w:t>
      </w:r>
      <w:r>
        <w:rPr>
          <w:b/>
        </w:rPr>
        <w:t>[account or group, if named]</w:t>
      </w:r>
      <w:r>
        <w:rPr>
          <w:b w:val="0"/>
        </w:rPr>
        <w:t>.</w:t>
      </w:r>
    </w:p>
    <w:p/>
    <w:p>
      <w:r>
        <w:rPr>
          <w:b w:val="0"/>
        </w:rPr>
        <w:t xml:space="preserve">Over </w:t>
      </w:r>
      <w:r>
        <w:rPr>
          <w:b/>
        </w:rPr>
        <w:t>[number]</w:t>
      </w:r>
      <w:r>
        <w:rPr>
          <w:b w:val="0"/>
        </w:rPr>
        <w:t xml:space="preserve"> years at </w:t>
      </w:r>
      <w:r>
        <w:rPr>
          <w:b/>
        </w:rPr>
        <w:t>[agencies]</w:t>
      </w:r>
      <w:r>
        <w:rPr>
          <w:b w:val="0"/>
        </w:rPr>
        <w:t xml:space="preserve">, I've led teams on </w:t>
      </w:r>
      <w:r>
        <w:rPr>
          <w:b/>
        </w:rPr>
        <w:t>[types of clients]</w:t>
      </w:r>
      <w:r>
        <w:rPr>
          <w:b w:val="0"/>
        </w:rPr>
        <w:t>. Two pieces of work show how I think:</w:t>
      </w:r>
    </w:p>
    <w:p>
      <w:r>
        <w:rPr>
          <w:b w:val="0"/>
        </w:rPr>
        <w:t xml:space="preserve">- </w:t>
      </w:r>
      <w:r>
        <w:rPr>
          <w:b/>
        </w:rPr>
        <w:t>[Project 1]</w:t>
      </w:r>
      <w:r>
        <w:rPr>
          <w:b w:val="0"/>
        </w:rPr>
        <w:t xml:space="preserve">: </w:t>
      </w:r>
      <w:r>
        <w:rPr>
          <w:b/>
        </w:rPr>
        <w:t>[client]</w:t>
      </w:r>
      <w:r>
        <w:rPr>
          <w:b w:val="0"/>
        </w:rPr>
        <w:t xml:space="preserve">'s </w:t>
      </w:r>
      <w:r>
        <w:rPr>
          <w:b/>
        </w:rPr>
        <w:t>[brief in one sentence]</w:t>
      </w:r>
      <w:r>
        <w:rPr>
          <w:b w:val="0"/>
        </w:rPr>
        <w:t xml:space="preserve">. Our idea was </w:t>
      </w:r>
      <w:r>
        <w:rPr>
          <w:b/>
        </w:rPr>
        <w:t>[the idea in one sentence]</w:t>
      </w:r>
      <w:r>
        <w:rPr>
          <w:b w:val="0"/>
        </w:rPr>
        <w:t xml:space="preserve">. </w:t>
      </w:r>
      <w:r>
        <w:rPr>
          <w:b/>
        </w:rPr>
        <w:t>[Result: the client's outcome, an extension, a pitch won.]</w:t>
      </w:r>
    </w:p>
    <w:p>
      <w:r>
        <w:rPr>
          <w:b w:val="0"/>
        </w:rPr>
        <w:t xml:space="preserve">- </w:t>
      </w:r>
      <w:r>
        <w:rPr>
          <w:b/>
        </w:rPr>
        <w:t>[Project 2]</w:t>
      </w:r>
      <w:r>
        <w:rPr>
          <w:b w:val="0"/>
        </w:rPr>
        <w:t xml:space="preserve">: a pitch for </w:t>
      </w:r>
      <w:r>
        <w:rPr>
          <w:b/>
        </w:rPr>
        <w:t>[type of client]</w:t>
      </w:r>
      <w:r>
        <w:rPr>
          <w:b w:val="0"/>
        </w:rPr>
        <w:t xml:space="preserve"> that we won with </w:t>
      </w:r>
      <w:r>
        <w:rPr>
          <w:b/>
        </w:rPr>
        <w:t>[idea]</w:t>
      </w:r>
      <w:r>
        <w:rPr>
          <w:b w:val="0"/>
        </w:rPr>
        <w:t xml:space="preserve">, and that has run for </w:t>
      </w:r>
      <w:r>
        <w:rPr>
          <w:b/>
        </w:rPr>
        <w:t>[time]</w:t>
      </w:r>
      <w:r>
        <w:rPr>
          <w:b w:val="0"/>
        </w:rPr>
        <w:t>.</w:t>
      </w:r>
    </w:p>
    <w:p/>
    <w:p>
      <w:r>
        <w:rPr>
          <w:b w:val="0"/>
        </w:rPr>
        <w:t>I pair teams on purpose, push for the idea that scares the client a little, and stay close to account leads so we never surprise them in the room.</w:t>
      </w:r>
    </w:p>
    <w:p/>
    <w:p>
      <w:r>
        <w:rPr>
          <w:b w:val="0"/>
        </w:rPr>
        <w:t xml:space="preserve">The reel and case studies are at </w:t>
      </w:r>
      <w:r>
        <w:rPr>
          <w:b/>
        </w:rPr>
        <w:t>[link]</w:t>
      </w:r>
      <w:r>
        <w:rPr>
          <w:b w:val="0"/>
        </w:rPr>
        <w:t xml:space="preserve">. I'd like to talk about </w:t>
      </w:r>
      <w:r>
        <w:rPr>
          <w:b/>
        </w:rPr>
        <w:t>[account or what they're building]</w:t>
      </w:r>
      <w:r>
        <w:rPr>
          <w:b w:val="0"/>
        </w:rPr>
        <w:t>.</w:t>
      </w:r>
    </w:p>
    <w:p/>
    <w:p>
      <w:r>
        <w:rPr>
          <w:b w:val="0"/>
        </w:rPr>
        <w:t>Thank you,</w:t>
      </w:r>
    </w:p>
    <w:p>
      <w:r>
        <w:rPr>
          <w:b/>
        </w:rPr>
        <w:t>[Your name]</w:t>
      </w:r>
    </w:p>
    <w:p>
      <w:pPr>
        <w:pStyle w:val="Heading2"/>
      </w:pPr>
      <w:r>
        <w:t>Example 3: associate creative director moving up</w:t>
      </w:r>
    </w:p>
    <w:p>
      <w:r>
        <w:rPr>
          <w:b w:val="0"/>
        </w:rPr>
        <w:t xml:space="preserve">Dear </w:t>
      </w:r>
      <w:r>
        <w:rPr>
          <w:b/>
        </w:rPr>
        <w:t>[Name]</w:t>
      </w:r>
      <w:r>
        <w:rPr>
          <w:b w:val="0"/>
        </w:rPr>
        <w:t>,</w:t>
      </w:r>
    </w:p>
    <w:p/>
    <w:p>
      <w:r>
        <w:rPr>
          <w:b/>
        </w:rPr>
        <w:t>[Specific observation about their work.]</w:t>
      </w:r>
      <w:r>
        <w:rPr>
          <w:b w:val="0"/>
        </w:rPr>
        <w:t xml:space="preserve"> I'm applying for the Creative Director role at </w:t>
      </w:r>
      <w:r>
        <w:rPr>
          <w:b/>
        </w:rPr>
        <w:t>[Company]</w:t>
      </w:r>
      <w:r>
        <w:rPr>
          <w:b w:val="0"/>
        </w:rPr>
        <w:t>.</w:t>
      </w:r>
    </w:p>
    <w:p/>
    <w:p>
      <w:r>
        <w:rPr>
          <w:b w:val="0"/>
        </w:rPr>
        <w:t xml:space="preserve">As Associate Creative Director at </w:t>
      </w:r>
      <w:r>
        <w:rPr>
          <w:b/>
        </w:rPr>
        <w:t>[Company]</w:t>
      </w:r>
      <w:r>
        <w:rPr>
          <w:b w:val="0"/>
        </w:rPr>
        <w:t xml:space="preserve">, I've led [scope: the </w:t>
      </w:r>
      <w:r>
        <w:rPr>
          <w:b/>
        </w:rPr>
        <w:t>[brand]</w:t>
      </w:r>
      <w:r>
        <w:rPr>
          <w:b w:val="0"/>
        </w:rPr>
        <w:t xml:space="preserve"> account / a team of </w:t>
      </w:r>
      <w:r>
        <w:rPr>
          <w:b/>
        </w:rPr>
        <w:t>[number]</w:t>
      </w:r>
      <w:r>
        <w:rPr>
          <w:b w:val="0"/>
        </w:rPr>
        <w:t xml:space="preserve">] for </w:t>
      </w:r>
      <w:r>
        <w:rPr>
          <w:b/>
        </w:rPr>
        <w:t>[time]</w:t>
      </w:r>
      <w:r>
        <w:rPr>
          <w:b w:val="0"/>
        </w:rPr>
        <w:t xml:space="preserve">, running work from brief to final. </w:t>
      </w:r>
      <w:r>
        <w:rPr>
          <w:b/>
        </w:rPr>
        <w:t>[Project]</w:t>
      </w:r>
      <w:r>
        <w:rPr>
          <w:b w:val="0"/>
        </w:rPr>
        <w:t xml:space="preserve">: </w:t>
      </w:r>
      <w:r>
        <w:rPr>
          <w:b/>
        </w:rPr>
        <w:t>[problem, idea, result]</w:t>
      </w:r>
      <w:r>
        <w:rPr>
          <w:b w:val="0"/>
        </w:rPr>
        <w:t xml:space="preserve">. I've also hired </w:t>
      </w:r>
      <w:r>
        <w:rPr>
          <w:b/>
        </w:rPr>
        <w:t>[number]</w:t>
      </w:r>
      <w:r>
        <w:rPr>
          <w:b w:val="0"/>
        </w:rPr>
        <w:t xml:space="preserve"> people and run our weekly creative reviews.</w:t>
      </w:r>
    </w:p>
    <w:p/>
    <w:p>
      <w:r>
        <w:rPr>
          <w:b w:val="0"/>
        </w:rPr>
        <w:t xml:space="preserve">I'm ready to own the full creative direction of a brand, and </w:t>
      </w:r>
      <w:r>
        <w:rPr>
          <w:b/>
        </w:rPr>
        <w:t>[Company]</w:t>
      </w:r>
      <w:r>
        <w:rPr>
          <w:b w:val="0"/>
        </w:rPr>
        <w:t xml:space="preserve"> is the brand I'd most like to own it for, because </w:t>
      </w:r>
      <w:r>
        <w:rPr>
          <w:b/>
        </w:rPr>
        <w:t>[specific reason]</w:t>
      </w:r>
      <w:r>
        <w:rPr>
          <w:b w:val="0"/>
        </w:rPr>
        <w:t>.</w:t>
      </w:r>
    </w:p>
    <w:p/>
    <w:p>
      <w:r>
        <w:rPr>
          <w:b w:val="0"/>
        </w:rPr>
        <w:t xml:space="preserve">Portfolio: </w:t>
      </w:r>
      <w:r>
        <w:rPr>
          <w:b/>
        </w:rPr>
        <w:t>[link]</w:t>
      </w:r>
      <w:r>
        <w:rPr>
          <w:b w:val="0"/>
        </w:rPr>
        <w:t>. I'd welcome a conversation.</w:t>
      </w:r>
    </w:p>
    <w:p/>
    <w:p>
      <w:r>
        <w:rPr>
          <w:b/>
        </w:rPr>
        <w:t>[Your name]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