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Copywriter Cover Letter: Examples and Structure</w:t>
      </w:r>
    </w:p>
    <w:p>
      <w:r>
        <w:t>Templates from https://kunskap.app/cover-letters/copywriter/ · Replace everything in [brackets].</w:t>
      </w:r>
    </w:p>
    <w:p>
      <w:pPr>
        <w:pStyle w:val="Heading2"/>
      </w:pPr>
      <w:r>
        <w:t>Example 1: agency copywriter</w:t>
      </w:r>
    </w:p>
    <w:p>
      <w:r>
        <w:rPr>
          <w:b w:val="0"/>
        </w:rPr>
        <w:t xml:space="preserve">Dear </w:t>
      </w:r>
      <w:r>
        <w:rPr>
          <w:b/>
        </w:rPr>
        <w:t>[Creative director's name]</w:t>
      </w:r>
      <w:r>
        <w:rPr>
          <w:b w:val="0"/>
        </w:rPr>
        <w:t>,</w:t>
      </w:r>
    </w:p>
    <w:p/>
    <w:p>
      <w:r>
        <w:rPr>
          <w:b/>
        </w:rPr>
        <w:t xml:space="preserve">[One line on a specific piece of their work and why it worked, e.g. the campaign line, the tone of a recent spot]. I'd like to write work like that, so I'm applying for the Copywriter role at </w:t>
      </w:r>
      <w:r>
        <w:rPr>
          <w:b/>
        </w:rPr>
        <w:t>[Agency]</w:t>
      </w:r>
      <w:r>
        <w:rPr>
          <w:b w:val="0"/>
        </w:rPr>
        <w:t>.</w:t>
      </w:r>
    </w:p>
    <w:p/>
    <w:p>
      <w:r>
        <w:rPr>
          <w:b w:val="0"/>
        </w:rPr>
        <w:t>Three pieces in my portfolio match what you're looking for:</w:t>
      </w:r>
    </w:p>
    <w:p>
      <w:r>
        <w:rPr>
          <w:b w:val="0"/>
        </w:rPr>
        <w:t xml:space="preserve">- </w:t>
      </w:r>
      <w:r>
        <w:rPr>
          <w:b/>
        </w:rPr>
        <w:t>[Piece 1]</w:t>
      </w:r>
      <w:r>
        <w:rPr>
          <w:b w:val="0"/>
        </w:rPr>
        <w:t xml:space="preserve">: </w:t>
      </w:r>
      <w:r>
        <w:rPr>
          <w:b/>
        </w:rPr>
        <w:t>[the brief in a few words]</w:t>
      </w:r>
      <w:r>
        <w:rPr>
          <w:b w:val="0"/>
        </w:rPr>
        <w:t xml:space="preserve"> for </w:t>
      </w:r>
      <w:r>
        <w:rPr>
          <w:b/>
        </w:rPr>
        <w:t>[client or brand]</w:t>
      </w:r>
      <w:r>
        <w:rPr>
          <w:b w:val="0"/>
        </w:rPr>
        <w:t xml:space="preserve">. </w:t>
      </w:r>
      <w:r>
        <w:rPr>
          <w:b/>
        </w:rPr>
        <w:t>[What it did, e.g. it became the campaign line for the year]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[Piece 2]</w:t>
      </w:r>
      <w:r>
        <w:rPr>
          <w:b w:val="0"/>
        </w:rPr>
        <w:t xml:space="preserve">: </w:t>
      </w:r>
      <w:r>
        <w:rPr>
          <w:b/>
        </w:rPr>
        <w:t>[the brief]</w:t>
      </w:r>
      <w:r>
        <w:rPr>
          <w:b w:val="0"/>
        </w:rPr>
        <w:t xml:space="preserve"> for </w:t>
      </w:r>
      <w:r>
        <w:rPr>
          <w:b/>
        </w:rPr>
        <w:t>[client]</w:t>
      </w:r>
      <w:r>
        <w:rPr>
          <w:b w:val="0"/>
        </w:rPr>
        <w:t xml:space="preserve">. </w:t>
      </w:r>
      <w:r>
        <w:rPr>
          <w:b/>
        </w:rPr>
        <w:t>[Result or what you learned]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[Piece 3]</w:t>
      </w:r>
      <w:r>
        <w:rPr>
          <w:b w:val="0"/>
        </w:rPr>
        <w:t xml:space="preserve">: </w:t>
      </w:r>
      <w:r>
        <w:rPr>
          <w:b/>
        </w:rPr>
        <w:t>[a format from the posting, e.g. social scripts]</w:t>
      </w:r>
      <w:r>
        <w:rPr>
          <w:b w:val="0"/>
        </w:rPr>
        <w:t xml:space="preserve"> for </w:t>
      </w:r>
      <w:r>
        <w:rPr>
          <w:b/>
        </w:rPr>
        <w:t>[client]</w:t>
      </w:r>
      <w:r>
        <w:rPr>
          <w:b w:val="0"/>
        </w:rPr>
        <w:t>.</w:t>
      </w:r>
    </w:p>
    <w:p/>
    <w:p>
      <w:r>
        <w:rPr>
          <w:b w:val="0"/>
        </w:rPr>
        <w:t>I work best paired with an art director from the first conversation, and I write a lot of bad lines quickly so we can find the good one.</w:t>
      </w:r>
    </w:p>
    <w:p/>
    <w:p>
      <w:r>
        <w:rPr>
          <w:b w:val="0"/>
        </w:rPr>
        <w:t xml:space="preserve">I'd love to talk. My portfolio is at </w:t>
      </w:r>
      <w:r>
        <w:rPr>
          <w:b/>
        </w:rPr>
        <w:t>[link]</w:t>
      </w:r>
      <w:r>
        <w:rPr>
          <w:b w:val="0"/>
        </w:rPr>
        <w:t>.</w:t>
      </w:r>
    </w:p>
    <w:p/>
    <w:p>
      <w:r>
        <w:rPr>
          <w:b/>
        </w:rPr>
        <w:t>[Your name]</w:t>
      </w:r>
    </w:p>
    <w:p>
      <w:pPr>
        <w:pStyle w:val="Heading2"/>
      </w:pPr>
      <w:r>
        <w:t>Example 2: in-house brand or product copywriter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Copywriter role at </w:t>
      </w:r>
      <w:r>
        <w:rPr>
          <w:b/>
        </w:rPr>
        <w:t>[Company]</w:t>
      </w:r>
      <w:r>
        <w:rPr>
          <w:b w:val="0"/>
        </w:rPr>
        <w:t xml:space="preserve">. Your </w:t>
      </w:r>
      <w:r>
        <w:rPr>
          <w:b/>
        </w:rPr>
        <w:t>[product pages / emails / app copy]</w:t>
      </w:r>
      <w:r>
        <w:rPr>
          <w:b w:val="0"/>
        </w:rPr>
        <w:t xml:space="preserve"> already </w:t>
      </w:r>
      <w:r>
        <w:rPr>
          <w:b/>
        </w:rPr>
        <w:t>[observation, e.g. sound like a person, which is rare in your category]</w:t>
      </w:r>
      <w:r>
        <w:rPr>
          <w:b w:val="0"/>
        </w:rPr>
        <w:t xml:space="preserve">, and I'd like to help keep that true as you </w:t>
      </w:r>
      <w:r>
        <w:rPr>
          <w:b/>
        </w:rPr>
        <w:t>[launch, grow or expand, from the posting]</w:t>
      </w:r>
      <w:r>
        <w:rPr>
          <w:b w:val="0"/>
        </w:rPr>
        <w:t>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write </w:t>
      </w:r>
      <w:r>
        <w:rPr>
          <w:b/>
        </w:rPr>
        <w:t>[channels, e.g. lifecycle emails, landing pages and in-app messages]</w:t>
      </w:r>
      <w:r>
        <w:rPr>
          <w:b w:val="0"/>
        </w:rPr>
        <w:t xml:space="preserve"> for </w:t>
      </w:r>
      <w:r>
        <w:rPr>
          <w:b/>
        </w:rPr>
        <w:t>[audience]</w:t>
      </w:r>
      <w:r>
        <w:rPr>
          <w:b w:val="0"/>
        </w:rPr>
        <w:t xml:space="preserve">. A rewrite of our </w:t>
      </w:r>
      <w:r>
        <w:rPr>
          <w:b/>
        </w:rPr>
        <w:t>[page or email]</w:t>
      </w:r>
      <w:r>
        <w:rPr>
          <w:b w:val="0"/>
        </w:rPr>
        <w:t xml:space="preserve"> </w:t>
      </w:r>
      <w:r>
        <w:rPr>
          <w:b/>
        </w:rPr>
        <w:t>[result, e.g. lifted sign-ups by X% in an A/B test]</w:t>
      </w:r>
      <w:r>
        <w:rPr>
          <w:b w:val="0"/>
        </w:rPr>
        <w:t>, and I maintain the voice guide the rest of the team writes from.</w:t>
      </w:r>
    </w:p>
    <w:p/>
    <w:p>
      <w:r>
        <w:rPr>
          <w:b w:val="0"/>
        </w:rPr>
        <w:t xml:space="preserve">Samples are here: </w:t>
      </w:r>
      <w:r>
        <w:rPr>
          <w:b/>
        </w:rPr>
        <w:t>[link]</w:t>
      </w:r>
      <w:r>
        <w:rPr>
          <w:b w:val="0"/>
        </w:rPr>
        <w:t xml:space="preserve">, including </w:t>
      </w:r>
      <w:r>
        <w:rPr>
          <w:b/>
        </w:rPr>
        <w:t>[the piece most like this role]</w:t>
      </w:r>
      <w:r>
        <w:rPr>
          <w:b w:val="0"/>
        </w:rPr>
        <w:t>.</w:t>
      </w:r>
    </w:p>
    <w:p/>
    <w:p>
      <w:r>
        <w:rPr>
          <w:b w:val="0"/>
        </w:rPr>
        <w:t>I'd welcome a conversation.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pPr>
        <w:pStyle w:val="Heading2"/>
      </w:pPr>
      <w:r>
        <w:t>Example 3: junior copywriter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/>
        </w:rPr>
        <w:t>[One line on their work that you noticed]</w:t>
      </w:r>
      <w:r>
        <w:rPr>
          <w:b w:val="0"/>
        </w:rPr>
        <w:t xml:space="preserve">. I'm applying for the Junior Copywriter role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 xml:space="preserve">I've just finished </w:t>
      </w:r>
      <w:r>
        <w:rPr>
          <w:b/>
        </w:rPr>
        <w:t>[course, portfolio school or degree]</w:t>
      </w:r>
      <w:r>
        <w:rPr>
          <w:b w:val="0"/>
        </w:rPr>
        <w:t xml:space="preserve">, where I wrote </w:t>
      </w:r>
      <w:r>
        <w:rPr>
          <w:b/>
        </w:rPr>
        <w:t>[spec campaigns or projects]</w:t>
      </w:r>
      <w:r>
        <w:rPr>
          <w:b w:val="0"/>
        </w:rPr>
        <w:t xml:space="preserve">. My favorite is </w:t>
      </w:r>
      <w:r>
        <w:rPr>
          <w:b/>
        </w:rPr>
        <w:t>[piece]</w:t>
      </w:r>
      <w:r>
        <w:rPr>
          <w:b w:val="0"/>
        </w:rPr>
        <w:t xml:space="preserve">: </w:t>
      </w:r>
      <w:r>
        <w:rPr>
          <w:b/>
        </w:rPr>
        <w:t>[the brief and your idea in one sentence]</w:t>
      </w:r>
      <w:r>
        <w:rPr>
          <w:b w:val="0"/>
        </w:rPr>
        <w:t xml:space="preserve">. I also write </w:t>
      </w:r>
      <w:r>
        <w:rPr>
          <w:b/>
        </w:rPr>
        <w:t>[real work, e.g. product descriptions for a local shop]</w:t>
      </w:r>
      <w:r>
        <w:rPr>
          <w:b w:val="0"/>
        </w:rPr>
        <w:t>, which taught me to write to a word count and a deadline.</w:t>
      </w:r>
    </w:p>
    <w:p/>
    <w:p>
      <w:r>
        <w:rPr>
          <w:b w:val="0"/>
        </w:rPr>
        <w:t xml:space="preserve">I take feedback well and I rewrite without sulking. My portfolio is at </w:t>
      </w:r>
      <w:r>
        <w:rPr>
          <w:b/>
        </w:rPr>
        <w:t>[link]</w:t>
      </w:r>
      <w:r>
        <w:rPr>
          <w:b w:val="0"/>
        </w:rPr>
        <w:t>.</w:t>
      </w:r>
    </w:p>
    <w:p/>
    <w:p>
      <w:r>
        <w:rPr>
          <w:b w:val="0"/>
        </w:rPr>
        <w:t>Thank you for reading.</w:t>
      </w:r>
    </w:p>
    <w:p/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