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Content Writer Cover Letter: Examples and Structure</w:t>
      </w:r>
    </w:p>
    <w:p>
      <w:r>
        <w:t>Templates from https://knowtheroom.ai/cover-letters/content-writer/ · Replace everything in [brackets].</w:t>
      </w:r>
    </w:p>
    <w:p>
      <w:pPr>
        <w:pStyle w:val="Heading2"/>
      </w:pPr>
      <w:r>
        <w:t>Example 1: in-house content writer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Your </w:t>
      </w:r>
      <w:r>
        <w:rPr>
          <w:b/>
        </w:rPr>
        <w:t>[blog / guide / newsletter]</w:t>
      </w:r>
      <w:r>
        <w:rPr>
          <w:b w:val="0"/>
        </w:rPr>
        <w:t xml:space="preserve"> on </w:t>
      </w:r>
      <w:r>
        <w:rPr>
          <w:b/>
        </w:rPr>
        <w:t>[topic]</w:t>
      </w:r>
      <w:r>
        <w:rPr>
          <w:b w:val="0"/>
        </w:rPr>
        <w:t xml:space="preserve"> does something most </w:t>
      </w:r>
      <w:r>
        <w:rPr>
          <w:b/>
        </w:rPr>
        <w:t>[industry]</w:t>
      </w:r>
      <w:r>
        <w:rPr>
          <w:b w:val="0"/>
        </w:rPr>
        <w:t xml:space="preserve"> content skips: [specific choice, e.g. it answers the question in the first line, uses real customer examples]. I'd like to write more of it as your Content Writer.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write </w:t>
      </w:r>
      <w:r>
        <w:rPr>
          <w:b/>
        </w:rPr>
        <w:t>[type of content]</w:t>
      </w:r>
      <w:r>
        <w:rPr>
          <w:b w:val="0"/>
        </w:rPr>
        <w:t xml:space="preserve"> for </w:t>
      </w:r>
      <w:r>
        <w:rPr>
          <w:b/>
        </w:rPr>
        <w:t>[audience]</w:t>
      </w:r>
      <w:r>
        <w:rPr>
          <w:b w:val="0"/>
        </w:rPr>
        <w:t>. Three pieces show what I'd bring:</w:t>
      </w:r>
    </w:p>
    <w:p>
      <w:r>
        <w:rPr>
          <w:b w:val="0"/>
        </w:rPr>
        <w:t xml:space="preserve">- </w:t>
      </w:r>
      <w:r>
        <w:rPr>
          <w:b/>
        </w:rPr>
        <w:t>[Piece 1, with link]</w:t>
      </w:r>
      <w:r>
        <w:rPr>
          <w:b w:val="0"/>
        </w:rPr>
        <w:t xml:space="preserve">: </w:t>
      </w:r>
      <w:r>
        <w:rPr>
          <w:b/>
        </w:rPr>
        <w:t>[goal]</w:t>
      </w:r>
      <w:r>
        <w:rPr>
          <w:b w:val="0"/>
        </w:rPr>
        <w:t xml:space="preserve">. It </w:t>
      </w:r>
      <w:r>
        <w:rPr>
          <w:b/>
        </w:rPr>
        <w:t>[result: ranked for X, brought in Y sign-ups, became our most-shared post]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[Piece 2, with link]</w:t>
      </w:r>
      <w:r>
        <w:rPr>
          <w:b w:val="0"/>
        </w:rPr>
        <w:t xml:space="preserve">: a </w:t>
      </w:r>
      <w:r>
        <w:rPr>
          <w:b/>
        </w:rPr>
        <w:t>[format]</w:t>
      </w:r>
      <w:r>
        <w:rPr>
          <w:b w:val="0"/>
        </w:rPr>
        <w:t xml:space="preserve"> built from interviews with </w:t>
      </w:r>
      <w:r>
        <w:rPr>
          <w:b/>
        </w:rPr>
        <w:t>[experts or customers]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[Piece 3, with link]</w:t>
      </w:r>
      <w:r>
        <w:rPr>
          <w:b w:val="0"/>
        </w:rPr>
        <w:t xml:space="preserve">: </w:t>
      </w:r>
      <w:r>
        <w:rPr>
          <w:b/>
        </w:rPr>
        <w:t>[piece that matches their topic or format]</w:t>
      </w:r>
      <w:r>
        <w:rPr>
          <w:b w:val="0"/>
        </w:rPr>
        <w:t>.</w:t>
      </w:r>
    </w:p>
    <w:p/>
    <w:p>
      <w:r>
        <w:rPr>
          <w:b w:val="0"/>
        </w:rPr>
        <w:t xml:space="preserve">I work from a brief and an outline, take edits well, and [one line matched to the posting: write to search intent, turn product updates into stories, ship </w:t>
      </w:r>
      <w:r>
        <w:rPr>
          <w:b/>
        </w:rPr>
        <w:t>[number]</w:t>
      </w:r>
      <w:r>
        <w:rPr>
          <w:b w:val="0"/>
        </w:rPr>
        <w:t xml:space="preserve"> pieces a month].</w:t>
      </w:r>
    </w:p>
    <w:p/>
    <w:p>
      <w:r>
        <w:rPr>
          <w:b w:val="0"/>
        </w:rPr>
        <w:t xml:space="preserve">More samples are at </w:t>
      </w:r>
      <w:r>
        <w:rPr>
          <w:b/>
        </w:rPr>
        <w:t>[portfolio link]</w:t>
      </w:r>
      <w:r>
        <w:rPr>
          <w:b w:val="0"/>
        </w:rPr>
        <w:t xml:space="preserve">. I'd welcome the chance to talk about what </w:t>
      </w:r>
      <w:r>
        <w:rPr>
          <w:b/>
        </w:rPr>
        <w:t>[Company]</w:t>
      </w:r>
      <w:r>
        <w:rPr>
          <w:b w:val="0"/>
        </w:rPr>
        <w:t xml:space="preserve"> wants its content to do next.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Example 2: SEO content writer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 noticed </w:t>
      </w:r>
      <w:r>
        <w:rPr>
          <w:b/>
        </w:rPr>
        <w:t>[Company]</w:t>
      </w:r>
      <w:r>
        <w:rPr>
          <w:b w:val="0"/>
        </w:rPr>
        <w:t xml:space="preserve"> ranks well for </w:t>
      </w:r>
      <w:r>
        <w:rPr>
          <w:b/>
        </w:rPr>
        <w:t>[topic]</w:t>
      </w:r>
      <w:r>
        <w:rPr>
          <w:b w:val="0"/>
        </w:rPr>
        <w:t xml:space="preserve"> but has little on </w:t>
      </w:r>
      <w:r>
        <w:rPr>
          <w:b/>
        </w:rPr>
        <w:t>[related topic your audience searches]</w:t>
      </w:r>
      <w:r>
        <w:rPr>
          <w:b w:val="0"/>
        </w:rPr>
        <w:t>, and I'd like to help close that gap as your SEO Content Writer.</w:t>
      </w:r>
    </w:p>
    <w:p/>
    <w:p>
      <w:r>
        <w:rPr>
          <w:b w:val="0"/>
        </w:rPr>
        <w:t xml:space="preserve">At </w:t>
      </w:r>
      <w:r>
        <w:rPr>
          <w:b/>
        </w:rPr>
        <w:t>[Company or as a freelancer]</w:t>
      </w:r>
      <w:r>
        <w:rPr>
          <w:b w:val="0"/>
        </w:rPr>
        <w:t xml:space="preserve">, I write search-led content for </w:t>
      </w:r>
      <w:r>
        <w:rPr>
          <w:b/>
        </w:rPr>
        <w:t>[industry]</w:t>
      </w:r>
      <w:r>
        <w:rPr>
          <w:b w:val="0"/>
        </w:rPr>
        <w:t>. Two examples:</w:t>
      </w:r>
    </w:p>
    <w:p>
      <w:r>
        <w:rPr>
          <w:b w:val="0"/>
        </w:rPr>
        <w:t xml:space="preserve">- </w:t>
      </w:r>
      <w:r>
        <w:rPr>
          <w:b/>
        </w:rPr>
        <w:t>[Piece, with link]</w:t>
      </w:r>
      <w:r>
        <w:rPr>
          <w:b w:val="0"/>
        </w:rPr>
        <w:t>: written for "</w:t>
      </w:r>
      <w:r>
        <w:rPr>
          <w:b/>
        </w:rPr>
        <w:t>[target query]</w:t>
      </w:r>
      <w:r>
        <w:rPr>
          <w:b w:val="0"/>
        </w:rPr>
        <w:t xml:space="preserve">". It reached </w:t>
      </w:r>
      <w:r>
        <w:rPr>
          <w:b/>
        </w:rPr>
        <w:t>[position or traffic result]</w:t>
      </w:r>
      <w:r>
        <w:rPr>
          <w:b w:val="0"/>
        </w:rPr>
        <w:t xml:space="preserve"> within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[Piece, with link]</w:t>
      </w:r>
      <w:r>
        <w:rPr>
          <w:b w:val="0"/>
        </w:rPr>
        <w:t xml:space="preserve">: an update of an older post that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 xml:space="preserve">My process starts with what the searcher actually wants, then the outline, then the writing. I use </w:t>
      </w:r>
      <w:r>
        <w:rPr>
          <w:b/>
        </w:rPr>
        <w:t>[tools from the posting]</w:t>
      </w:r>
      <w:r>
        <w:rPr>
          <w:b w:val="0"/>
        </w:rPr>
        <w:t xml:space="preserve"> for research and keep keywords where they read naturally.</w:t>
      </w:r>
    </w:p>
    <w:p/>
    <w:p>
      <w:r>
        <w:rPr>
          <w:b w:val="0"/>
        </w:rPr>
        <w:t xml:space="preserve">Samples: </w:t>
      </w:r>
      <w:r>
        <w:rPr>
          <w:b/>
        </w:rPr>
        <w:t>[link]</w:t>
      </w:r>
      <w:r>
        <w:rPr>
          <w:b w:val="0"/>
        </w:rPr>
        <w:t xml:space="preserve">. I'd be glad to talk about your content plan for </w:t>
      </w:r>
      <w:r>
        <w:rPr>
          <w:b/>
        </w:rPr>
        <w:t>[quarter or topic]</w:t>
      </w:r>
      <w:r>
        <w:rPr>
          <w:b w:val="0"/>
        </w:rPr>
        <w:t>.</w:t>
      </w:r>
    </w:p>
    <w:p/>
    <w:p>
      <w:r>
        <w:rPr>
          <w:b w:val="0"/>
        </w:rPr>
        <w:t>Thank you,</w:t>
      </w:r>
    </w:p>
    <w:p>
      <w:r>
        <w:rPr>
          <w:b/>
        </w:rPr>
        <w:t>[Your name]</w:t>
      </w:r>
    </w:p>
    <w:p>
      <w:pPr>
        <w:pStyle w:val="Heading2"/>
      </w:pPr>
      <w:r>
        <w:t>Example 3: entry-level content writer with no experience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[Specific observation about their content.]</w:t>
      </w:r>
      <w:r>
        <w:rPr>
          <w:b w:val="0"/>
        </w:rPr>
        <w:t xml:space="preserve"> I'm applying for the </w:t>
      </w:r>
      <w:r>
        <w:rPr>
          <w:b/>
        </w:rPr>
        <w:t>[Junior]</w:t>
      </w:r>
      <w:r>
        <w:rPr>
          <w:b w:val="0"/>
        </w:rPr>
        <w:t xml:space="preserve"> Content Writer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I haven't had a paid writing job yet, but I've been publishing for </w:t>
      </w:r>
      <w:r>
        <w:rPr>
          <w:b/>
        </w:rPr>
        <w:t>[time]</w:t>
      </w:r>
      <w:r>
        <w:rPr>
          <w:b w:val="0"/>
        </w:rPr>
        <w:t xml:space="preserve">. I write </w:t>
      </w:r>
      <w:r>
        <w:rPr>
          <w:b/>
        </w:rPr>
        <w:t>[blog / newsletter / campus publication]</w:t>
      </w:r>
      <w:r>
        <w:rPr>
          <w:b w:val="0"/>
        </w:rPr>
        <w:t xml:space="preserve"> on </w:t>
      </w:r>
      <w:r>
        <w:rPr>
          <w:b/>
        </w:rPr>
        <w:t>[topic]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readers, and my piece on </w:t>
      </w:r>
      <w:r>
        <w:rPr>
          <w:b/>
        </w:rPr>
        <w:t>[topic]</w:t>
      </w:r>
      <w:r>
        <w:rPr>
          <w:b w:val="0"/>
        </w:rPr>
        <w:t xml:space="preserve"> </w:t>
      </w:r>
      <w:r>
        <w:rPr>
          <w:b/>
        </w:rPr>
        <w:t>[result: was shared by X, got the most replies, was picked up by Y]</w:t>
      </w:r>
      <w:r>
        <w:rPr>
          <w:b w:val="0"/>
        </w:rPr>
        <w:t xml:space="preserve">. In my </w:t>
      </w:r>
      <w:r>
        <w:rPr>
          <w:b/>
        </w:rPr>
        <w:t>[course or internship]</w:t>
      </w:r>
      <w:r>
        <w:rPr>
          <w:b w:val="0"/>
        </w:rPr>
        <w:t xml:space="preserve">, I </w:t>
      </w:r>
      <w:r>
        <w:rPr>
          <w:b/>
        </w:rPr>
        <w:t>[writing task with a result]</w:t>
      </w:r>
      <w:r>
        <w:rPr>
          <w:b w:val="0"/>
        </w:rPr>
        <w:t>.</w:t>
      </w:r>
    </w:p>
    <w:p/>
    <w:p>
      <w:r>
        <w:rPr>
          <w:b w:val="0"/>
        </w:rPr>
        <w:t>I'm quick with research, comfortable with edits and ready to learn your style guide and tools.</w:t>
      </w:r>
    </w:p>
    <w:p/>
    <w:p>
      <w:r>
        <w:rPr>
          <w:b w:val="0"/>
        </w:rPr>
        <w:t xml:space="preserve">My writing is at </w:t>
      </w:r>
      <w:r>
        <w:rPr>
          <w:b/>
        </w:rPr>
        <w:t>[link]</w:t>
      </w:r>
      <w:r>
        <w:rPr>
          <w:b w:val="0"/>
        </w:rPr>
        <w:t>. I'd love the chance to show you what I can do.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