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Content Creator Cover Letter: Examples for Brand and Social Roles</w:t>
      </w:r>
    </w:p>
    <w:p>
      <w:r>
        <w:t>Templates from https://knowtheroom.ai/cover-letters/content-creator/ · Replace everything in [brackets].</w:t>
      </w:r>
    </w:p>
    <w:p>
      <w:pPr>
        <w:pStyle w:val="Heading2"/>
      </w:pPr>
      <w:r>
        <w:t>Example 1: in-house content creator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[platform]</w:t>
      </w:r>
      <w:r>
        <w:rPr>
          <w:b w:val="0"/>
        </w:rPr>
        <w:t xml:space="preserve"> </w:t>
      </w:r>
      <w:r>
        <w:rPr>
          <w:b/>
        </w:rPr>
        <w:t>[format or series]</w:t>
      </w:r>
      <w:r>
        <w:rPr>
          <w:b w:val="0"/>
        </w:rPr>
        <w:t xml:space="preserve"> works because </w:t>
      </w:r>
      <w:r>
        <w:rPr>
          <w:b/>
        </w:rPr>
        <w:t>[specific reason, e.g. it shows the product in real use in the first two seconds]</w:t>
      </w:r>
      <w:r>
        <w:rPr>
          <w:b w:val="0"/>
        </w:rPr>
        <w:t>. I'd like to make more of it as your Content Creator.</w:t>
      </w:r>
    </w:p>
    <w:p/>
    <w:p>
      <w:r>
        <w:rPr>
          <w:b w:val="0"/>
        </w:rPr>
        <w:t xml:space="preserve">I create </w:t>
      </w:r>
      <w:r>
        <w:rPr>
          <w:b/>
        </w:rPr>
        <w:t>[short-form video / photo / design]</w:t>
      </w:r>
      <w:r>
        <w:rPr>
          <w:b w:val="0"/>
        </w:rPr>
        <w:t xml:space="preserve"> for </w:t>
      </w:r>
      <w:r>
        <w:rPr>
          <w:b/>
        </w:rPr>
        <w:t>[brands, clients or my own channels]</w:t>
      </w:r>
      <w:r>
        <w:rPr>
          <w:b w:val="0"/>
        </w:rPr>
        <w:t>. Three pieces closest to your style:</w:t>
      </w:r>
    </w:p>
    <w:p>
      <w:r>
        <w:rPr>
          <w:b w:val="0"/>
        </w:rPr>
        <w:t xml:space="preserve">- </w:t>
      </w:r>
      <w:r>
        <w:rPr>
          <w:b/>
        </w:rPr>
        <w:t>[Link]</w:t>
      </w:r>
      <w:r>
        <w:rPr>
          <w:b w:val="0"/>
        </w:rPr>
        <w:t xml:space="preserve">: </w:t>
      </w:r>
      <w:r>
        <w:rPr>
          <w:b/>
        </w:rPr>
        <w:t>[brief or goal]</w:t>
      </w:r>
      <w:r>
        <w:rPr>
          <w:b w:val="0"/>
        </w:rPr>
        <w:t xml:space="preserve">. It </w:t>
      </w:r>
      <w:r>
        <w:rPr>
          <w:b/>
        </w:rPr>
        <w:t>[result: views, saves, comments, clicks]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[Link]</w:t>
      </w:r>
      <w:r>
        <w:rPr>
          <w:b w:val="0"/>
        </w:rPr>
        <w:t xml:space="preserve">: </w:t>
      </w:r>
      <w:r>
        <w:rPr>
          <w:b/>
        </w:rPr>
        <w:t>[piece for a brand]</w:t>
      </w:r>
      <w:r>
        <w:rPr>
          <w:b w:val="0"/>
        </w:rPr>
        <w:t xml:space="preserve">, made to </w:t>
      </w:r>
      <w:r>
        <w:rPr>
          <w:b/>
        </w:rPr>
        <w:t>[brief]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[Link]</w:t>
      </w:r>
      <w:r>
        <w:rPr>
          <w:b w:val="0"/>
        </w:rPr>
        <w:t xml:space="preserve">: </w:t>
      </w:r>
      <w:r>
        <w:rPr>
          <w:b/>
        </w:rPr>
        <w:t>[piece that shows range or a format they use]</w:t>
      </w:r>
      <w:r>
        <w:rPr>
          <w:b w:val="0"/>
        </w:rPr>
        <w:t>.</w:t>
      </w:r>
    </w:p>
    <w:p/>
    <w:p>
      <w:r>
        <w:rPr>
          <w:b w:val="0"/>
        </w:rPr>
        <w:t xml:space="preserve">I shoot and edit in </w:t>
      </w:r>
      <w:r>
        <w:rPr>
          <w:b/>
        </w:rPr>
        <w:t>[CapCut, Premiere, Lightroom, Canva]</w:t>
      </w:r>
      <w:r>
        <w:rPr>
          <w:b w:val="0"/>
        </w:rPr>
        <w:t xml:space="preserve">, work from briefs and can deliver </w:t>
      </w:r>
      <w:r>
        <w:rPr>
          <w:b/>
        </w:rPr>
        <w:t>[number]</w:t>
      </w:r>
      <w:r>
        <w:rPr>
          <w:b w:val="0"/>
        </w:rPr>
        <w:t xml:space="preserve"> pieces a week.</w:t>
      </w:r>
    </w:p>
    <w:p/>
    <w:p>
      <w:r>
        <w:rPr>
          <w:b w:val="0"/>
        </w:rPr>
        <w:t xml:space="preserve">My portfolio is at </w:t>
      </w:r>
      <w:r>
        <w:rPr>
          <w:b/>
        </w:rPr>
        <w:t>[link]</w:t>
      </w:r>
      <w:r>
        <w:rPr>
          <w:b w:val="0"/>
        </w:rPr>
        <w:t>. I'd love to talk about what you want your content to do next.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social media content creator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social content.]</w:t>
      </w:r>
      <w:r>
        <w:rPr>
          <w:b w:val="0"/>
        </w:rPr>
        <w:t xml:space="preserve"> I'm applying for the Social Media Content Creator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I've been making content on </w:t>
      </w:r>
      <w:r>
        <w:rPr>
          <w:b/>
        </w:rPr>
        <w:t>[platforms]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. For </w:t>
      </w:r>
      <w:r>
        <w:rPr>
          <w:b/>
        </w:rPr>
        <w:t>[brand or client]</w:t>
      </w:r>
      <w:r>
        <w:rPr>
          <w:b w:val="0"/>
        </w:rPr>
        <w:t xml:space="preserve">, I </w:t>
      </w:r>
      <w:r>
        <w:rPr>
          <w:b/>
        </w:rPr>
        <w:t>[what you made]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 xml:space="preserve">. On my own </w:t>
      </w:r>
      <w:r>
        <w:rPr>
          <w:b/>
        </w:rPr>
        <w:t>[platform]</w:t>
      </w:r>
      <w:r>
        <w:rPr>
          <w:b w:val="0"/>
        </w:rPr>
        <w:t xml:space="preserve">, </w:t>
      </w:r>
      <w:r>
        <w:rPr>
          <w:b/>
        </w:rPr>
        <w:t>[format]</w:t>
      </w:r>
      <w:r>
        <w:rPr>
          <w:b w:val="0"/>
        </w:rPr>
        <w:t xml:space="preserve"> is my best performer, with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know how </w:t>
      </w:r>
      <w:r>
        <w:rPr>
          <w:b/>
        </w:rPr>
        <w:t>[platform]</w:t>
      </w:r>
      <w:r>
        <w:rPr>
          <w:b w:val="0"/>
        </w:rPr>
        <w:t xml:space="preserve"> trends move, I can turn a brief around in </w:t>
      </w:r>
      <w:r>
        <w:rPr>
          <w:b/>
        </w:rPr>
        <w:t>[time]</w:t>
      </w:r>
      <w:r>
        <w:rPr>
          <w:b w:val="0"/>
        </w:rPr>
        <w:t>, and I'm comfortable on camera and behind it.</w:t>
      </w:r>
    </w:p>
    <w:p/>
    <w:p>
      <w:r>
        <w:rPr>
          <w:b w:val="0"/>
        </w:rPr>
        <w:t xml:space="preserve">Work: </w:t>
      </w:r>
      <w:r>
        <w:rPr>
          <w:b/>
        </w:rPr>
        <w:t>[link]</w:t>
      </w:r>
      <w:r>
        <w:rPr>
          <w:b w:val="0"/>
        </w:rPr>
        <w:t>. I'd be glad to talk.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content creator with no job experience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content.]</w:t>
      </w:r>
      <w:r>
        <w:rPr>
          <w:b w:val="0"/>
        </w:rPr>
        <w:t xml:space="preserve"> I'm applying for the Content Creator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 haven't had a content job yet, but I've been creating for </w:t>
      </w:r>
      <w:r>
        <w:rPr>
          <w:b/>
        </w:rPr>
        <w:t>[time]</w:t>
      </w:r>
      <w:r>
        <w:rPr>
          <w:b w:val="0"/>
        </w:rPr>
        <w:t xml:space="preserve">. I made </w:t>
      </w:r>
      <w:r>
        <w:rPr>
          <w:b/>
        </w:rPr>
        <w:t>[content]</w:t>
      </w:r>
      <w:r>
        <w:rPr>
          <w:b w:val="0"/>
        </w:rPr>
        <w:t xml:space="preserve"> for </w:t>
      </w:r>
      <w:r>
        <w:rPr>
          <w:b/>
        </w:rPr>
        <w:t>[club, small business or friend's brand]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, and my own </w:t>
      </w:r>
      <w:r>
        <w:rPr>
          <w:b/>
        </w:rPr>
        <w:t>[platform]</w:t>
      </w:r>
      <w:r>
        <w:rPr>
          <w:b w:val="0"/>
        </w:rPr>
        <w:t xml:space="preserve"> has </w:t>
      </w:r>
      <w:r>
        <w:rPr>
          <w:b/>
        </w:rPr>
        <w:t>[what you've built]</w:t>
      </w:r>
      <w:r>
        <w:rPr>
          <w:b w:val="0"/>
        </w:rPr>
        <w:t xml:space="preserve">. Here are three pieces: </w:t>
      </w:r>
      <w:r>
        <w:rPr>
          <w:b/>
        </w:rPr>
        <w:t>[links]</w:t>
      </w:r>
      <w:r>
        <w:rPr>
          <w:b w:val="0"/>
        </w:rPr>
        <w:t>.</w:t>
      </w:r>
    </w:p>
    <w:p/>
    <w:p>
      <w:r>
        <w:rPr>
          <w:b w:val="0"/>
        </w:rPr>
        <w:t>I'm reliable with deadlines and happy to take feedback.</w:t>
      </w:r>
    </w:p>
    <w:p/>
    <w:p>
      <w:r>
        <w:rPr>
          <w:b w:val="0"/>
        </w:rPr>
        <w:t xml:space="preserve">I'd love the chance to make something for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