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Community Manager Cover Letter: Examples and Tips</w:t>
      </w:r>
    </w:p>
    <w:p>
      <w:r>
        <w:t>Templates from https://knowtheroom.ai/cover-letters/community-manager/ · Replace everything in [brackets].</w:t>
      </w:r>
    </w:p>
    <w:p>
      <w:pPr>
        <w:pStyle w:val="Heading2"/>
      </w:pPr>
      <w:r>
        <w:t>Example: brand or product community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Community Manager role at </w:t>
      </w:r>
      <w:r>
        <w:rPr>
          <w:b/>
        </w:rPr>
        <w:t>[Company]</w:t>
      </w:r>
      <w:r>
        <w:rPr>
          <w:b w:val="0"/>
        </w:rPr>
        <w:t xml:space="preserve">. I've spent time in your </w:t>
      </w:r>
      <w:r>
        <w:rPr>
          <w:b/>
        </w:rPr>
        <w:t>[Discord / forum / subreddit / group]</w:t>
      </w:r>
      <w:r>
        <w:rPr>
          <w:b w:val="0"/>
        </w:rPr>
        <w:t>, and [specific observation, e.g. your regulars answer each other's questions before your team does, which is a great foundation].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run our </w:t>
      </w:r>
      <w:r>
        <w:rPr>
          <w:b/>
        </w:rPr>
        <w:t>[platform]</w:t>
      </w:r>
      <w:r>
        <w:rPr>
          <w:b w:val="0"/>
        </w:rPr>
        <w:t xml:space="preserve"> community of </w:t>
      </w:r>
      <w:r>
        <w:rPr>
          <w:b/>
        </w:rPr>
        <w:t>[number]</w:t>
      </w:r>
      <w:r>
        <w:rPr>
          <w:b w:val="0"/>
        </w:rPr>
        <w:t xml:space="preserve"> members. Over </w:t>
      </w:r>
      <w:r>
        <w:rPr>
          <w:b/>
        </w:rPr>
        <w:t>[timeframe]</w:t>
      </w:r>
      <w:r>
        <w:rPr>
          <w:b w:val="0"/>
        </w:rPr>
        <w:t xml:space="preserve"> I </w:t>
      </w:r>
      <w:r>
        <w:rPr>
          <w:b/>
        </w:rPr>
        <w:t>[what you did, e.g. launched an ambassador program and monthly live sessions]</w:t>
      </w:r>
      <w:r>
        <w:rPr>
          <w:b w:val="0"/>
        </w:rPr>
        <w:t xml:space="preserve">, which raised monthly active members from </w:t>
      </w:r>
      <w:r>
        <w:rPr>
          <w:b/>
        </w:rPr>
        <w:t>[X%]</w:t>
      </w:r>
      <w:r>
        <w:rPr>
          <w:b w:val="0"/>
        </w:rPr>
        <w:t xml:space="preserve"> to </w:t>
      </w:r>
      <w:r>
        <w:rPr>
          <w:b/>
        </w:rPr>
        <w:t>[Y%]</w:t>
      </w:r>
      <w:r>
        <w:rPr>
          <w:b w:val="0"/>
        </w:rPr>
        <w:t xml:space="preserve"> and </w:t>
      </w:r>
      <w:r>
        <w:rPr>
          <w:b/>
        </w:rPr>
        <w:t>[second result, e.g. brought support tickets down by X%]</w:t>
      </w:r>
      <w:r>
        <w:rPr>
          <w:b w:val="0"/>
        </w:rPr>
        <w:t xml:space="preserve">. I also send a monthly feedback report to </w:t>
      </w:r>
      <w:r>
        <w:rPr>
          <w:b/>
        </w:rPr>
        <w:t>[product / support]</w:t>
      </w:r>
      <w:r>
        <w:rPr>
          <w:b w:val="0"/>
        </w:rPr>
        <w:t xml:space="preserve">, and </w:t>
      </w:r>
      <w:r>
        <w:rPr>
          <w:b/>
        </w:rPr>
        <w:t>[one change it led to]</w:t>
      </w:r>
      <w:r>
        <w:rPr>
          <w:b w:val="0"/>
        </w:rPr>
        <w:t>.</w:t>
      </w:r>
    </w:p>
    <w:p/>
    <w:p>
      <w:r>
        <w:rPr>
          <w:b w:val="0"/>
        </w:rPr>
        <w:t xml:space="preserve">If I joined, I'd start by </w:t>
      </w:r>
      <w:r>
        <w:rPr>
          <w:b/>
        </w:rPr>
        <w:t>[one concrete idea]</w:t>
      </w:r>
      <w:r>
        <w:rPr>
          <w:b w:val="0"/>
        </w:rPr>
        <w:t xml:space="preserve">, because </w:t>
      </w:r>
      <w:r>
        <w:rPr>
          <w:b/>
        </w:rPr>
        <w:t>[reason tied to your observation]</w:t>
      </w:r>
      <w:r>
        <w:rPr>
          <w:b w:val="0"/>
        </w:rPr>
        <w:t>.</w:t>
      </w:r>
    </w:p>
    <w:p/>
    <w:p>
      <w:r>
        <w:rPr>
          <w:b w:val="0"/>
        </w:rPr>
        <w:t xml:space="preserve">A few examples of programs I've run are here: </w:t>
      </w:r>
      <w:r>
        <w:rPr>
          <w:b/>
        </w:rPr>
        <w:t>[link]</w:t>
      </w:r>
      <w:r>
        <w:rPr>
          <w:b w:val="0"/>
        </w:rPr>
        <w:t>. I'd love to talk about where you want the community to be in a year.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Example: moving into community from social or support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about the Community Manager opening at </w:t>
      </w:r>
      <w:r>
        <w:rPr>
          <w:b/>
        </w:rPr>
        <w:t>[Company]</w:t>
      </w:r>
      <w:r>
        <w:rPr>
          <w:b w:val="0"/>
        </w:rPr>
        <w:t xml:space="preserve">. </w:t>
      </w:r>
      <w:r>
        <w:rPr>
          <w:b/>
        </w:rPr>
        <w:t>[Specific observation about their customers, audience or community spaces.]</w:t>
      </w:r>
    </w:p>
    <w:p/>
    <w:p>
      <w:r>
        <w:rPr>
          <w:b w:val="0"/>
        </w:rPr>
        <w:t xml:space="preserve">In my role as </w:t>
      </w:r>
      <w:r>
        <w:rPr>
          <w:b/>
        </w:rPr>
        <w:t>[Social Media Specialist / Customer Support Lead]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community has become the part of the job I care about most. I [what you did, e.g. started a customer group that grew to 400 members, or ran monthly office hours for new users], and </w:t>
      </w:r>
      <w:r>
        <w:rPr>
          <w:b/>
        </w:rPr>
        <w:t>[result with a number]</w:t>
      </w:r>
      <w:r>
        <w:rPr>
          <w:b w:val="0"/>
        </w:rPr>
        <w:t xml:space="preserve">. Outside work, I </w:t>
      </w:r>
      <w:r>
        <w:rPr>
          <w:b/>
        </w:rPr>
        <w:t>[moderate / run]</w:t>
      </w:r>
      <w:r>
        <w:rPr>
          <w:b w:val="0"/>
        </w:rPr>
        <w:t xml:space="preserve"> </w:t>
      </w:r>
      <w:r>
        <w:rPr>
          <w:b/>
        </w:rPr>
        <w:t>[community]</w:t>
      </w:r>
      <w:r>
        <w:rPr>
          <w:b w:val="0"/>
        </w:rPr>
        <w:t xml:space="preserve">, with </w:t>
      </w:r>
      <w:r>
        <w:rPr>
          <w:b/>
        </w:rPr>
        <w:t>[number]</w:t>
      </w:r>
      <w:r>
        <w:rPr>
          <w:b w:val="0"/>
        </w:rPr>
        <w:t xml:space="preserve"> members.</w:t>
      </w:r>
    </w:p>
    <w:p/>
    <w:p>
      <w:r>
        <w:rPr>
          <w:b w:val="0"/>
        </w:rPr>
        <w:t>I'd bring the habit of listening first and turning what people say into programs they want to join.</w:t>
      </w:r>
    </w:p>
    <w:p/>
    <w:p>
      <w:r>
        <w:rPr>
          <w:b w:val="0"/>
        </w:rPr>
        <w:t>I'd welcome a conversation about the role.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