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Communications Cover Letter: Examples for Specialist, Manager and Director Roles</w:t>
      </w:r>
    </w:p>
    <w:p>
      <w:r>
        <w:t>Templates from https://knowtheroom.ai/cover-letters/communications/ · Replace everything in [brackets].</w:t>
      </w:r>
    </w:p>
    <w:p>
      <w:pPr>
        <w:pStyle w:val="Heading2"/>
      </w:pPr>
      <w:r>
        <w:t>Example 1: communications specialist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[Company]</w:t>
      </w:r>
      <w:r>
        <w:rPr>
          <w:b w:val="0"/>
        </w:rPr>
        <w:t xml:space="preserve">'s announcement of </w:t>
      </w:r>
      <w:r>
        <w:rPr>
          <w:b/>
        </w:rPr>
        <w:t>[news]</w:t>
      </w:r>
      <w:r>
        <w:rPr>
          <w:b w:val="0"/>
        </w:rPr>
        <w:t xml:space="preserve"> was </w:t>
      </w:r>
      <w:r>
        <w:rPr>
          <w:b/>
        </w:rPr>
        <w:t>[specific quality, e.g. clear about what changed for customers in the first line]</w:t>
      </w:r>
      <w:r>
        <w:rPr>
          <w:b w:val="0"/>
        </w:rPr>
        <w:t>. I'd like to help write more of that as your Communications Specialist.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I write </w:t>
      </w:r>
      <w:r>
        <w:rPr>
          <w:b/>
        </w:rPr>
        <w:t>[press releases, internal updates, executive posts, website copy]</w:t>
      </w:r>
      <w:r>
        <w:rPr>
          <w:b w:val="0"/>
        </w:rPr>
        <w:t xml:space="preserve"> for </w:t>
      </w:r>
      <w:r>
        <w:rPr>
          <w:b/>
        </w:rPr>
        <w:t>[audience]</w:t>
      </w:r>
      <w:r>
        <w:rPr>
          <w:b w:val="0"/>
        </w:rPr>
        <w:t>. Two examples:</w:t>
      </w:r>
    </w:p>
    <w:p>
      <w:r>
        <w:rPr>
          <w:b w:val="0"/>
        </w:rPr>
        <w:t xml:space="preserve">- For </w:t>
      </w:r>
      <w:r>
        <w:rPr>
          <w:b/>
        </w:rPr>
        <w:t>[news or launch]</w:t>
      </w:r>
      <w:r>
        <w:rPr>
          <w:b w:val="0"/>
        </w:rPr>
        <w:t xml:space="preserve">, I </w:t>
      </w:r>
      <w:r>
        <w:rPr>
          <w:b/>
        </w:rPr>
        <w:t>[what you did: drafted the release, built the media list, pitched reporters]</w:t>
      </w:r>
      <w:r>
        <w:rPr>
          <w:b w:val="0"/>
        </w:rPr>
        <w:t xml:space="preserve">, which earned </w:t>
      </w:r>
      <w:r>
        <w:rPr>
          <w:b/>
        </w:rPr>
        <w:t>[coverage result]</w:t>
      </w:r>
      <w:r>
        <w:rPr>
          <w:b w:val="0"/>
        </w:rPr>
        <w:t>.</w:t>
      </w:r>
    </w:p>
    <w:p>
      <w:r>
        <w:rPr>
          <w:b w:val="0"/>
        </w:rPr>
        <w:t xml:space="preserve">- I [internal example: rewrote our all-hands updates / launched an employee newsletter], which </w:t>
      </w:r>
      <w:r>
        <w:rPr>
          <w:b/>
        </w:rPr>
        <w:t>[result: readership, fewer questions, survey feedback]</w:t>
      </w:r>
      <w:r>
        <w:rPr>
          <w:b w:val="0"/>
        </w:rPr>
        <w:t>.</w:t>
      </w:r>
    </w:p>
    <w:p/>
    <w:p>
      <w:r>
        <w:rPr>
          <w:b w:val="0"/>
        </w:rPr>
        <w:t>I'm quick on deadlines, comfortable working with legal and executives, and used to writing in several voices.</w:t>
      </w:r>
    </w:p>
    <w:p/>
    <w:p>
      <w:r>
        <w:rPr>
          <w:b w:val="0"/>
        </w:rPr>
        <w:t xml:space="preserve">Samples are at </w:t>
      </w:r>
      <w:r>
        <w:rPr>
          <w:b/>
        </w:rPr>
        <w:t>[link]</w:t>
      </w:r>
      <w:r>
        <w:rPr>
          <w:b w:val="0"/>
        </w:rPr>
        <w:t>. I'd welcome the chance to talk.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Example 2: communications manager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[Specific observation about their recent communications or coverage.]</w:t>
      </w:r>
      <w:r>
        <w:rPr>
          <w:b w:val="0"/>
        </w:rPr>
        <w:t xml:space="preserve"> I'm applying for the Communications Manager role at </w:t>
      </w:r>
      <w:r>
        <w:rPr>
          <w:b/>
        </w:rPr>
        <w:t>[Company]</w:t>
      </w:r>
      <w:r>
        <w:rPr>
          <w:b w:val="0"/>
        </w:rPr>
        <w:t>.</w:t>
      </w:r>
    </w:p>
    <w:p/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I lead </w:t>
      </w:r>
      <w:r>
        <w:rPr>
          <w:b/>
        </w:rPr>
        <w:t>[external / internal / both]</w:t>
      </w:r>
      <w:r>
        <w:rPr>
          <w:b w:val="0"/>
        </w:rPr>
        <w:t xml:space="preserve"> communications for </w:t>
      </w:r>
      <w:r>
        <w:rPr>
          <w:b/>
        </w:rPr>
        <w:t>[scope]</w:t>
      </w:r>
      <w:r>
        <w:rPr>
          <w:b w:val="0"/>
        </w:rPr>
        <w:t>. Two results:</w:t>
      </w:r>
    </w:p>
    <w:p>
      <w:r>
        <w:rPr>
          <w:b w:val="0"/>
        </w:rPr>
        <w:t xml:space="preserve">- </w:t>
      </w:r>
      <w:r>
        <w:rPr>
          <w:b/>
        </w:rPr>
        <w:t>[Situation]</w:t>
      </w:r>
      <w:r>
        <w:rPr>
          <w:b w:val="0"/>
        </w:rPr>
        <w:t xml:space="preserve">: I [what you did, e.g. built the messaging and media plan for our </w:t>
      </w:r>
      <w:r>
        <w:rPr>
          <w:b/>
        </w:rPr>
        <w:t>[launch]</w:t>
      </w:r>
      <w:r>
        <w:rPr>
          <w:b w:val="0"/>
        </w:rPr>
        <w:t xml:space="preserve">], which </w:t>
      </w:r>
      <w:r>
        <w:rPr>
          <w:b/>
        </w:rPr>
        <w:t>[result]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[Situation]</w:t>
      </w:r>
      <w:r>
        <w:rPr>
          <w:b w:val="0"/>
        </w:rPr>
        <w:t xml:space="preserve">: I [e.g. managed communications through </w:t>
      </w:r>
      <w:r>
        <w:rPr>
          <w:b/>
        </w:rPr>
        <w:t>[a sensitive change]</w:t>
      </w:r>
      <w:r>
        <w:rPr>
          <w:b w:val="0"/>
        </w:rPr>
        <w:t xml:space="preserve">], keeping </w:t>
      </w:r>
      <w:r>
        <w:rPr>
          <w:b/>
        </w:rPr>
        <w:t>[audience]</w:t>
      </w:r>
      <w:r>
        <w:rPr>
          <w:b w:val="0"/>
        </w:rPr>
        <w:t xml:space="preserve"> informed and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 w:val="0"/>
        </w:rPr>
        <w:t xml:space="preserve">I write for executives, run </w:t>
      </w:r>
      <w:r>
        <w:rPr>
          <w:b/>
        </w:rPr>
        <w:t>[number]</w:t>
      </w:r>
      <w:r>
        <w:rPr>
          <w:b w:val="0"/>
        </w:rPr>
        <w:t>-person or agency teams, and keep messaging consistent across press, employees and customers.</w:t>
      </w:r>
    </w:p>
    <w:p/>
    <w:p>
      <w:r>
        <w:rPr>
          <w:b w:val="0"/>
        </w:rPr>
        <w:t xml:space="preserve">I'd be glad to talk about </w:t>
      </w:r>
      <w:r>
        <w:rPr>
          <w:b/>
        </w:rPr>
        <w:t>[Company]</w:t>
      </w:r>
      <w:r>
        <w:rPr>
          <w:b w:val="0"/>
        </w:rPr>
        <w:t xml:space="preserve">'s plans for </w:t>
      </w:r>
      <w:r>
        <w:rPr>
          <w:b/>
        </w:rPr>
        <w:t>[area]</w:t>
      </w:r>
      <w:r>
        <w:rPr>
          <w:b w:val="0"/>
        </w:rPr>
        <w:t>.</w:t>
      </w:r>
    </w:p>
    <w:p/>
    <w:p>
      <w:r>
        <w:rPr>
          <w:b w:val="0"/>
        </w:rPr>
        <w:t>Thank you,</w:t>
      </w:r>
    </w:p>
    <w:p>
      <w:r>
        <w:rPr>
          <w:b/>
        </w:rPr>
        <w:t>[Your name]</w:t>
      </w:r>
    </w:p>
    <w:p>
      <w:pPr>
        <w:pStyle w:val="Heading2"/>
      </w:pPr>
      <w:r>
        <w:t>Example 3: director of communications</w:t>
      </w:r>
    </w:p>
    <w:p>
      <w:r>
        <w:rPr>
          <w:b w:val="0"/>
        </w:rPr>
        <w:t xml:space="preserve">Dear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/>
        </w:rPr>
        <w:t>[Observation about the company's position, reputation or a recent moment in the news.] I'm applying for the Director of Communications role.</w:t>
      </w:r>
    </w:p>
    <w:p/>
    <w:p>
      <w:r>
        <w:rPr>
          <w:b w:val="0"/>
        </w:rPr>
        <w:t xml:space="preserve">Over </w:t>
      </w:r>
      <w:r>
        <w:rPr>
          <w:b/>
        </w:rPr>
        <w:t>[number]</w:t>
      </w:r>
      <w:r>
        <w:rPr>
          <w:b w:val="0"/>
        </w:rPr>
        <w:t xml:space="preserve"> years, I've led communications at </w:t>
      </w:r>
      <w:r>
        <w:rPr>
          <w:b/>
        </w:rPr>
        <w:t>[companies or types]</w:t>
      </w:r>
      <w:r>
        <w:rPr>
          <w:b w:val="0"/>
        </w:rPr>
        <w:t xml:space="preserve">, reporting to </w:t>
      </w:r>
      <w:r>
        <w:rPr>
          <w:b/>
        </w:rPr>
        <w:t>[CEO / CMO]</w:t>
      </w:r>
      <w:r>
        <w:rPr>
          <w:b w:val="0"/>
        </w:rPr>
        <w:t xml:space="preserve">. I built </w:t>
      </w:r>
      <w:r>
        <w:rPr>
          <w:b/>
        </w:rPr>
        <w:t>[function or program]</w:t>
      </w:r>
      <w:r>
        <w:rPr>
          <w:b w:val="0"/>
        </w:rPr>
        <w:t xml:space="preserve">, </w:t>
      </w:r>
      <w:r>
        <w:rPr>
          <w:b/>
        </w:rPr>
        <w:t>[result]</w:t>
      </w:r>
      <w:r>
        <w:rPr>
          <w:b w:val="0"/>
        </w:rPr>
        <w:t xml:space="preserve">, and guided the company through </w:t>
      </w:r>
      <w:r>
        <w:rPr>
          <w:b/>
        </w:rPr>
        <w:t>[moment: funding, acquisition, leadership change, crisis]</w:t>
      </w:r>
      <w:r>
        <w:rPr>
          <w:b w:val="0"/>
        </w:rPr>
        <w:t xml:space="preserve"> with </w:t>
      </w:r>
      <w:r>
        <w:rPr>
          <w:b/>
        </w:rPr>
        <w:t>[result]</w:t>
      </w:r>
      <w:r>
        <w:rPr>
          <w:b w:val="0"/>
        </w:rPr>
        <w:t>.</w:t>
      </w:r>
    </w:p>
    <w:p/>
    <w:p>
      <w:r>
        <w:rPr>
          <w:b w:val="0"/>
        </w:rPr>
        <w:t>I advise executives directly, build teams and agency relationships, and set the narrative that marketing and sales then carry.</w:t>
      </w:r>
    </w:p>
    <w:p/>
    <w:p>
      <w:r>
        <w:rPr>
          <w:b w:val="0"/>
        </w:rPr>
        <w:t xml:space="preserve">I'd welcome a conversation about where </w:t>
      </w:r>
      <w:r>
        <w:rPr>
          <w:b/>
        </w:rPr>
        <w:t>[Company]</w:t>
      </w:r>
      <w:r>
        <w:rPr>
          <w:b w:val="0"/>
        </w:rPr>
        <w:t>'s story goes next.</w:t>
      </w:r>
    </w:p>
    <w:p/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