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Career Change Cover Letter: Examples for Moving Into Marketing</w:t>
      </w:r>
    </w:p>
    <w:p>
      <w:r>
        <w:t>Templates from https://knowtheroom.ai/cover-letters/career-change/ · Replace everything in [brackets].</w:t>
      </w:r>
    </w:p>
    <w:p>
      <w:pPr>
        <w:pStyle w:val="Heading2"/>
      </w:pPr>
      <w:r>
        <w:t>Career change cover letter template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</w:t>
      </w:r>
      <w:r>
        <w:rPr>
          <w:b/>
        </w:rPr>
        <w:t>[Role]</w:t>
      </w:r>
      <w:r>
        <w:rPr>
          <w:b w:val="0"/>
        </w:rPr>
        <w:t xml:space="preserve"> position at </w:t>
      </w:r>
      <w:r>
        <w:rPr>
          <w:b/>
        </w:rPr>
        <w:t>[Company]</w:t>
      </w:r>
      <w:r>
        <w:rPr>
          <w:b w:val="0"/>
        </w:rPr>
        <w:t xml:space="preserve">. I've been following [specific thing about their marketing: a campaign, their newsletter, how they talk to customers], and </w:t>
      </w:r>
      <w:r>
        <w:rPr>
          <w:b/>
        </w:rPr>
        <w:t>[one-line observation]</w:t>
      </w:r>
      <w:r>
        <w:rPr>
          <w:b w:val="0"/>
        </w:rPr>
        <w:t xml:space="preserve">. After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[old field]</w:t>
      </w:r>
      <w:r>
        <w:rPr>
          <w:b w:val="0"/>
        </w:rPr>
        <w:t xml:space="preserve">, I want to do the part of my work I've enjoyed most full time: </w:t>
      </w:r>
      <w:r>
        <w:rPr>
          <w:b/>
        </w:rPr>
        <w:t>[the marketing-like part]</w:t>
      </w:r>
      <w:r>
        <w:rPr>
          <w:b w:val="0"/>
        </w:rPr>
        <w:t>.</w:t>
      </w:r>
    </w:p>
    <w:p/>
    <w:p>
      <w:r>
        <w:rPr>
          <w:b w:val="0"/>
        </w:rPr>
        <w:t xml:space="preserve">In my current role as </w:t>
      </w:r>
      <w:r>
        <w:rPr>
          <w:b/>
        </w:rPr>
        <w:t>[old title]</w:t>
      </w:r>
      <w:r>
        <w:rPr>
          <w:b w:val="0"/>
        </w:rPr>
        <w:t xml:space="preserve">, I </w:t>
      </w:r>
      <w:r>
        <w:rPr>
          <w:b/>
        </w:rPr>
        <w:t>[marketing-like task]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 xml:space="preserve">. </w:t>
      </w:r>
      <w:r>
        <w:rPr>
          <w:b/>
        </w:rPr>
        <w:t>[Result: a number if you have one, a clear outcome if you don't]</w:t>
      </w:r>
      <w:r>
        <w:rPr>
          <w:b w:val="0"/>
        </w:rPr>
        <w:t xml:space="preserve">. That taught me </w:t>
      </w:r>
      <w:r>
        <w:rPr>
          <w:b/>
        </w:rPr>
        <w:t>[skill the posting asks for]</w:t>
      </w:r>
      <w:r>
        <w:rPr>
          <w:b w:val="0"/>
        </w:rPr>
        <w:t>.</w:t>
      </w:r>
    </w:p>
    <w:p/>
    <w:p>
      <w:r>
        <w:rPr>
          <w:b w:val="0"/>
        </w:rPr>
        <w:t xml:space="preserve">To build on that, I </w:t>
      </w:r>
      <w:r>
        <w:rPr>
          <w:b/>
        </w:rPr>
        <w:t>[course, freelance job or own project]</w:t>
      </w:r>
      <w:r>
        <w:rPr>
          <w:b w:val="0"/>
        </w:rPr>
        <w:t xml:space="preserve">, where I </w:t>
      </w:r>
      <w:r>
        <w:rPr>
          <w:b/>
        </w:rPr>
        <w:t>[what you did]</w:t>
      </w:r>
      <w:r>
        <w:rPr>
          <w:b w:val="0"/>
        </w:rPr>
        <w:t xml:space="preserve"> and </w:t>
      </w:r>
      <w:r>
        <w:rPr>
          <w:b/>
        </w:rPr>
        <w:t>[what came of it]</w:t>
      </w:r>
      <w:r>
        <w:rPr>
          <w:b w:val="0"/>
        </w:rPr>
        <w:t xml:space="preserve">. You can see it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 xml:space="preserve">My background in </w:t>
      </w:r>
      <w:r>
        <w:rPr>
          <w:b/>
        </w:rPr>
        <w:t>[old field]</w:t>
      </w:r>
      <w:r>
        <w:rPr>
          <w:b w:val="0"/>
        </w:rPr>
        <w:t xml:space="preserve"> means I understand </w:t>
      </w:r>
      <w:r>
        <w:rPr>
          <w:b/>
        </w:rPr>
        <w:t>[audience, industry or problem]</w:t>
      </w:r>
      <w:r>
        <w:rPr>
          <w:b w:val="0"/>
        </w:rPr>
        <w:t xml:space="preserve"> in a way most marketing applicants won't, and I'd bring that to </w:t>
      </w:r>
      <w:r>
        <w:rPr>
          <w:b/>
        </w:rPr>
        <w:t>[team or priority from the posting]</w:t>
      </w:r>
      <w:r>
        <w:rPr>
          <w:b w:val="0"/>
        </w:rPr>
        <w:t>. I'd welcome the chance to talk about it.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1: teacher to content or communications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</w:t>
      </w:r>
      <w:r>
        <w:rPr>
          <w:b/>
        </w:rPr>
        <w:t>[Content Coordinator / Marketing Associate]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 xml:space="preserve">. Your </w:t>
      </w:r>
      <w:r>
        <w:rPr>
          <w:b/>
        </w:rPr>
        <w:t>[blog, newsletter or social channel]</w:t>
      </w:r>
      <w:r>
        <w:rPr>
          <w:b w:val="0"/>
        </w:rPr>
        <w:t xml:space="preserve"> does something I rarely see: </w:t>
      </w:r>
      <w:r>
        <w:rPr>
          <w:b/>
        </w:rPr>
        <w:t>[specific observation]</w:t>
      </w:r>
      <w:r>
        <w:rPr>
          <w:b w:val="0"/>
        </w:rPr>
        <w:t xml:space="preserve">. After </w:t>
      </w:r>
      <w:r>
        <w:rPr>
          <w:b/>
        </w:rPr>
        <w:t>[number]</w:t>
      </w:r>
      <w:r>
        <w:rPr>
          <w:b w:val="0"/>
        </w:rPr>
        <w:t xml:space="preserve"> years teaching </w:t>
      </w:r>
      <w:r>
        <w:rPr>
          <w:b/>
        </w:rPr>
        <w:t>[subject]</w:t>
      </w:r>
      <w:r>
        <w:rPr>
          <w:b w:val="0"/>
        </w:rPr>
        <w:t>, I want to do the part of my job I've enjoyed most full time: explaining things clearly to people who didn't ask to learn them.</w:t>
      </w:r>
    </w:p>
    <w:p/>
    <w:p>
      <w:r>
        <w:rPr>
          <w:b w:val="0"/>
        </w:rPr>
        <w:t xml:space="preserve">At </w:t>
      </w:r>
      <w:r>
        <w:rPr>
          <w:b/>
        </w:rPr>
        <w:t>[School]</w:t>
      </w:r>
      <w:r>
        <w:rPr>
          <w:b w:val="0"/>
        </w:rPr>
        <w:t xml:space="preserve">, I started a weekly newsletter for </w:t>
      </w:r>
      <w:r>
        <w:rPr>
          <w:b/>
        </w:rPr>
        <w:t>[number]</w:t>
      </w:r>
      <w:r>
        <w:rPr>
          <w:b w:val="0"/>
        </w:rPr>
        <w:t xml:space="preserve"> families and [result, e.g. raised the open rate from X% to Y% by changing the subject lines and send day]. I also wrote </w:t>
      </w:r>
      <w:r>
        <w:rPr>
          <w:b/>
        </w:rPr>
        <w:t>[curriculum, guides or materials]</w:t>
      </w:r>
      <w:r>
        <w:rPr>
          <w:b w:val="0"/>
        </w:rPr>
        <w:t xml:space="preserve"> that </w:t>
      </w:r>
      <w:r>
        <w:rPr>
          <w:b/>
        </w:rPr>
        <w:t>[who]</w:t>
      </w:r>
      <w:r>
        <w:rPr>
          <w:b w:val="0"/>
        </w:rPr>
        <w:t xml:space="preserve"> still use.</w:t>
      </w:r>
    </w:p>
    <w:p/>
    <w:p>
      <w:r>
        <w:rPr>
          <w:b w:val="0"/>
        </w:rPr>
        <w:t xml:space="preserve">Since then I've completed </w:t>
      </w:r>
      <w:r>
        <w:rPr>
          <w:b/>
        </w:rPr>
        <w:t>[course or certificate]</w:t>
      </w:r>
      <w:r>
        <w:rPr>
          <w:b w:val="0"/>
        </w:rPr>
        <w:t xml:space="preserve"> and written </w:t>
      </w:r>
      <w:r>
        <w:rPr>
          <w:b/>
        </w:rPr>
        <w:t>[number]</w:t>
      </w:r>
      <w:r>
        <w:rPr>
          <w:b w:val="0"/>
        </w:rPr>
        <w:t xml:space="preserve"> articles for </w:t>
      </w:r>
      <w:r>
        <w:rPr>
          <w:b/>
        </w:rPr>
        <w:t>[a site, a local business or your own blog]</w:t>
      </w:r>
      <w:r>
        <w:rPr>
          <w:b w:val="0"/>
        </w:rPr>
        <w:t xml:space="preserve">, including one that </w:t>
      </w:r>
      <w:r>
        <w:rPr>
          <w:b/>
        </w:rPr>
        <w:t>[result, e.g. now ranks for its main search term]</w:t>
      </w:r>
      <w:r>
        <w:rPr>
          <w:b w:val="0"/>
        </w:rPr>
        <w:t>.</w:t>
      </w:r>
    </w:p>
    <w:p/>
    <w:p>
      <w:r>
        <w:rPr>
          <w:b w:val="0"/>
        </w:rPr>
        <w:t>I know how to hold an audience's attention, which is most of content marketing. I'd welcome a conversation about the role.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link]</w:t>
      </w:r>
    </w:p>
    <w:p>
      <w:pPr>
        <w:pStyle w:val="Heading2"/>
      </w:pPr>
      <w:r>
        <w:t>Example 2: sales to marketing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</w:t>
      </w:r>
      <w:r>
        <w:rPr>
          <w:b/>
        </w:rPr>
        <w:t>[Marketing Specialist / Product Marketing Associate]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 xml:space="preserve">. I noticed </w:t>
      </w:r>
      <w:r>
        <w:rPr>
          <w:b/>
        </w:rPr>
        <w:t>[observation about their messaging, launches or website]</w:t>
      </w:r>
      <w:r>
        <w:rPr>
          <w:b w:val="0"/>
        </w:rPr>
        <w:t>.</w:t>
      </w:r>
    </w:p>
    <w:p/>
    <w:p>
      <w:r>
        <w:rPr>
          <w:b w:val="0"/>
        </w:rPr>
        <w:t xml:space="preserve">I've spent </w:t>
      </w:r>
      <w:r>
        <w:rPr>
          <w:b/>
        </w:rPr>
        <w:t>[number]</w:t>
      </w:r>
      <w:r>
        <w:rPr>
          <w:b w:val="0"/>
        </w:rPr>
        <w:t xml:space="preserve"> years selling </w:t>
      </w:r>
      <w:r>
        <w:rPr>
          <w:b/>
        </w:rPr>
        <w:t>[product or service]</w:t>
      </w:r>
      <w:r>
        <w:rPr>
          <w:b w:val="0"/>
        </w:rPr>
        <w:t xml:space="preserve"> to </w:t>
      </w:r>
      <w:r>
        <w:rPr>
          <w:b/>
        </w:rPr>
        <w:t>[type of buyer]</w:t>
      </w:r>
      <w:r>
        <w:rPr>
          <w:b w:val="0"/>
        </w:rPr>
        <w:t xml:space="preserve">, and for the last </w:t>
      </w:r>
      <w:r>
        <w:rPr>
          <w:b/>
        </w:rPr>
        <w:t>[period]</w:t>
      </w:r>
      <w:r>
        <w:rPr>
          <w:b w:val="0"/>
        </w:rPr>
        <w:t xml:space="preserve"> I've been doing marketing on the side of the desk. I wrote the outreach sequence our team now uses, which </w:t>
      </w:r>
      <w:r>
        <w:rPr>
          <w:b/>
        </w:rPr>
        <w:t>[result, e.g. raised reply rates from X% to Y%]</w:t>
      </w:r>
      <w:r>
        <w:rPr>
          <w:b w:val="0"/>
        </w:rPr>
        <w:t>, and I built the one-page comparison sheet our reps send after first calls.</w:t>
      </w:r>
    </w:p>
    <w:p/>
    <w:p>
      <w:r>
        <w:rPr>
          <w:b w:val="0"/>
        </w:rPr>
        <w:t xml:space="preserve">I've talked to </w:t>
      </w:r>
      <w:r>
        <w:rPr>
          <w:b/>
        </w:rPr>
        <w:t>[number, if you know it]</w:t>
      </w:r>
      <w:r>
        <w:rPr>
          <w:b w:val="0"/>
        </w:rPr>
        <w:t xml:space="preserve"> buyers about why they buy and why they don't. I'd bring that to </w:t>
      </w:r>
      <w:r>
        <w:rPr>
          <w:b/>
        </w:rPr>
        <w:t>[part of the role from the posting]</w:t>
      </w:r>
      <w:r>
        <w:rPr>
          <w:b w:val="0"/>
        </w:rPr>
        <w:t xml:space="preserve">, and I've taken </w:t>
      </w:r>
      <w:r>
        <w:rPr>
          <w:b/>
        </w:rPr>
        <w:t>[course or tool training]</w:t>
      </w:r>
      <w:r>
        <w:rPr>
          <w:b w:val="0"/>
        </w:rPr>
        <w:t xml:space="preserve"> so I can do it in </w:t>
      </w:r>
      <w:r>
        <w:rPr>
          <w:b/>
        </w:rPr>
        <w:t>[tools from the posting]</w:t>
      </w:r>
      <w:r>
        <w:rPr>
          <w:b w:val="0"/>
        </w:rPr>
        <w:t>.</w:t>
      </w:r>
    </w:p>
    <w:p/>
    <w:p>
      <w:r>
        <w:rPr>
          <w:b w:val="0"/>
        </w:rPr>
        <w:t>I'd be glad to talk about how I could help.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retail or hospitality to marketing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</w:t>
      </w:r>
      <w:r>
        <w:rPr>
          <w:b/>
        </w:rPr>
        <w:t>[Marketing Assistant / Coordinator]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>. [One sentence on why this company: a product, an audience or a recent campaign you noticed].</w:t>
      </w:r>
    </w:p>
    <w:p/>
    <w:p>
      <w:r>
        <w:rPr>
          <w:b w:val="0"/>
        </w:rPr>
        <w:t xml:space="preserve">As </w:t>
      </w:r>
      <w:r>
        <w:rPr>
          <w:b/>
        </w:rPr>
        <w:t>[your title]</w:t>
      </w:r>
      <w:r>
        <w:rPr>
          <w:b w:val="0"/>
        </w:rPr>
        <w:t xml:space="preserve"> at </w:t>
      </w:r>
      <w:r>
        <w:rPr>
          <w:b/>
        </w:rPr>
        <w:t>[Store or venue]</w:t>
      </w:r>
      <w:r>
        <w:rPr>
          <w:b w:val="0"/>
        </w:rPr>
        <w:t xml:space="preserve">, I ran </w:t>
      </w:r>
      <w:r>
        <w:rPr>
          <w:b/>
        </w:rPr>
        <w:t>[promotions, events or the location's social account]</w:t>
      </w:r>
      <w:r>
        <w:rPr>
          <w:b w:val="0"/>
        </w:rPr>
        <w:t xml:space="preserve">. Our </w:t>
      </w:r>
      <w:r>
        <w:rPr>
          <w:b/>
        </w:rPr>
        <w:t>[promotion or event]</w:t>
      </w:r>
      <w:r>
        <w:rPr>
          <w:b w:val="0"/>
        </w:rPr>
        <w:t xml:space="preserve"> brought in </w:t>
      </w:r>
      <w:r>
        <w:rPr>
          <w:b/>
        </w:rPr>
        <w:t>[result, e.g. X more customers than the same weekend last year]</w:t>
      </w:r>
      <w:r>
        <w:rPr>
          <w:b w:val="0"/>
        </w:rPr>
        <w:t>, and I tracked what worked so we could repeat it.</w:t>
      </w:r>
    </w:p>
    <w:p/>
    <w:p>
      <w:r>
        <w:rPr>
          <w:b w:val="0"/>
        </w:rPr>
        <w:t xml:space="preserve">I've since </w:t>
      </w:r>
      <w:r>
        <w:rPr>
          <w:b/>
        </w:rPr>
        <w:t>[course, certificate or a project for a local business]</w:t>
      </w:r>
      <w:r>
        <w:rPr>
          <w:b w:val="0"/>
        </w:rPr>
        <w:t xml:space="preserve">, where I </w:t>
      </w:r>
      <w:r>
        <w:rPr>
          <w:b/>
        </w:rPr>
        <w:t>[what you did and the result]</w:t>
      </w:r>
      <w:r>
        <w:rPr>
          <w:b w:val="0"/>
        </w:rPr>
        <w:t>.</w:t>
      </w:r>
    </w:p>
    <w:p/>
    <w:p>
      <w:r>
        <w:rPr>
          <w:b w:val="0"/>
        </w:rPr>
        <w:t xml:space="preserve">I've spent years watching what makes people buy in person. I'd like to apply that to </w:t>
      </w:r>
      <w:r>
        <w:rPr>
          <w:b/>
        </w:rPr>
        <w:t>[the channel or work in the posting]</w:t>
      </w:r>
      <w:r>
        <w:rPr>
          <w:b w:val="0"/>
        </w:rPr>
        <w:t>. I'd welcome the chance to talk.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