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Manager Cover Letter: Examples and Structure</w:t>
      </w:r>
    </w:p>
    <w:p>
      <w:r>
        <w:t>Templates from https://knowtheroom.ai/cover-letters/brand-manager/ · Replace everything in [brackets].</w:t>
      </w:r>
    </w:p>
    <w:p>
      <w:pPr>
        <w:pStyle w:val="Heading2"/>
      </w:pPr>
      <w:r>
        <w:t>Example 1: brand manager in consumer goods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Brand Manager role on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[Brand]</w:t>
      </w:r>
      <w:r>
        <w:rPr>
          <w:b w:val="0"/>
        </w:rPr>
        <w:t xml:space="preserve"> has [specific observation, e.g. become the default choice for younger buyers in the category], and </w:t>
      </w:r>
      <w:r>
        <w:rPr>
          <w:b/>
        </w:rPr>
        <w:t>[what that suggests, e.g. the next step is getting them to trade up]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manage </w:t>
      </w:r>
      <w:r>
        <w:rPr>
          <w:b/>
        </w:rPr>
        <w:t>[brand or product line]</w:t>
      </w:r>
      <w:r>
        <w:rPr>
          <w:b w:val="0"/>
        </w:rPr>
        <w:t xml:space="preserve">. I led </w:t>
      </w:r>
      <w:r>
        <w:rPr>
          <w:b/>
        </w:rPr>
        <w:t>[initiative, e.g. a repositioning or a launch]</w:t>
      </w:r>
      <w:r>
        <w:rPr>
          <w:b w:val="0"/>
        </w:rPr>
        <w:t xml:space="preserve">, which grew </w:t>
      </w:r>
      <w:r>
        <w:rPr>
          <w:b/>
        </w:rPr>
        <w:t>[metric: share, sales, penetration]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over </w:t>
      </w:r>
      <w:r>
        <w:rPr>
          <w:b/>
        </w:rPr>
        <w:t>[timeframe]</w:t>
      </w:r>
      <w:r>
        <w:rPr>
          <w:b w:val="0"/>
        </w:rPr>
        <w:t xml:space="preserve">. I also own the </w:t>
      </w:r>
      <w:r>
        <w:rPr>
          <w:b/>
        </w:rPr>
        <w:t>[budget size]</w:t>
      </w:r>
      <w:r>
        <w:rPr>
          <w:b w:val="0"/>
        </w:rPr>
        <w:t xml:space="preserve"> marketing plan and work with </w:t>
      </w:r>
      <w:r>
        <w:rPr>
          <w:b/>
        </w:rPr>
        <w:t>[sales / R&amp;D / agencies]</w:t>
      </w:r>
      <w:r>
        <w:rPr>
          <w:b w:val="0"/>
        </w:rPr>
        <w:t xml:space="preserve"> to deliver it.</w:t>
      </w:r>
    </w:p>
    <w:p/>
    <w:p>
      <w:r>
        <w:rPr>
          <w:b w:val="0"/>
        </w:rPr>
        <w:t xml:space="preserve">My first focus would be </w:t>
      </w:r>
      <w:r>
        <w:rPr>
          <w:b/>
        </w:rPr>
        <w:t>[one priority tied to your opening]</w:t>
      </w:r>
      <w:r>
        <w:rPr>
          <w:b w:val="0"/>
        </w:rPr>
        <w:t xml:space="preserve">, starting with </w:t>
      </w:r>
      <w:r>
        <w:rPr>
          <w:b/>
        </w:rPr>
        <w:t>[a first step, e.g. understanding where the brand is losing buyers]</w:t>
      </w:r>
      <w:r>
        <w:rPr>
          <w:b w:val="0"/>
        </w:rPr>
        <w:t>.</w:t>
      </w:r>
    </w:p>
    <w:p/>
    <w:p>
      <w:r>
        <w:rPr>
          <w:b w:val="0"/>
        </w:rPr>
        <w:t xml:space="preserve">I'd welcome the chance to talk about </w:t>
      </w:r>
      <w:r>
        <w:rPr>
          <w:b/>
        </w:rPr>
        <w:t>[Brand]</w:t>
      </w:r>
      <w:r>
        <w:rPr>
          <w:b w:val="0"/>
        </w:rPr>
        <w:t>'s plans.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from associate brand manager to brand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Brand Manager role at </w:t>
      </w:r>
      <w:r>
        <w:rPr>
          <w:b/>
        </w:rPr>
        <w:t>[Company]</w:t>
      </w:r>
      <w:r>
        <w:rPr>
          <w:b w:val="0"/>
        </w:rPr>
        <w:t xml:space="preserve">. I've been watching </w:t>
      </w:r>
      <w:r>
        <w:rPr>
          <w:b/>
        </w:rPr>
        <w:t>[Brand]</w:t>
      </w:r>
      <w:r>
        <w:rPr>
          <w:b w:val="0"/>
        </w:rPr>
        <w:t xml:space="preserve">'s </w:t>
      </w:r>
      <w:r>
        <w:rPr>
          <w:b/>
        </w:rPr>
        <w:t>[campaign, packaging change or new product]</w:t>
      </w:r>
      <w:r>
        <w:rPr>
          <w:b w:val="0"/>
        </w:rPr>
        <w:t xml:space="preserve">, and </w:t>
      </w:r>
      <w:r>
        <w:rPr>
          <w:b/>
        </w:rPr>
        <w:t>[one specific observation]</w:t>
      </w:r>
      <w:r>
        <w:rPr>
          <w:b w:val="0"/>
        </w:rPr>
        <w:t>.</w:t>
      </w:r>
    </w:p>
    <w:p/>
    <w:p>
      <w:r>
        <w:rPr>
          <w:b w:val="0"/>
        </w:rPr>
        <w:t xml:space="preserve">As Associate Brand Manager on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[Current company]</w:t>
      </w:r>
      <w:r>
        <w:rPr>
          <w:b w:val="0"/>
        </w:rPr>
        <w:t xml:space="preserve">, I led </w:t>
      </w:r>
      <w:r>
        <w:rPr>
          <w:b/>
        </w:rPr>
        <w:t>[project]</w:t>
      </w:r>
      <w:r>
        <w:rPr>
          <w:b w:val="0"/>
        </w:rPr>
        <w:t xml:space="preserve"> from </w:t>
      </w:r>
      <w:r>
        <w:rPr>
          <w:b/>
        </w:rPr>
        <w:t>[insight / brief]</w:t>
      </w:r>
      <w:r>
        <w:rPr>
          <w:b w:val="0"/>
        </w:rPr>
        <w:t xml:space="preserve"> to launch. It delivered </w:t>
      </w:r>
      <w:r>
        <w:rPr>
          <w:b/>
        </w:rPr>
        <w:t>[result with a number]</w:t>
      </w:r>
      <w:r>
        <w:rPr>
          <w:b w:val="0"/>
        </w:rPr>
        <w:t xml:space="preserve">. I also built </w:t>
      </w:r>
      <w:r>
        <w:rPr>
          <w:b/>
        </w:rPr>
        <w:t>[a tool, analysis or process]</w:t>
      </w:r>
      <w:r>
        <w:rPr>
          <w:b w:val="0"/>
        </w:rPr>
        <w:t xml:space="preserve"> that the team now uses to </w:t>
      </w:r>
      <w:r>
        <w:rPr>
          <w:b/>
        </w:rPr>
        <w:t>[purpose]</w:t>
      </w:r>
      <w:r>
        <w:rPr>
          <w:b w:val="0"/>
        </w:rPr>
        <w:t>.</w:t>
      </w:r>
    </w:p>
    <w:p/>
    <w:p>
      <w:r>
        <w:rPr>
          <w:b w:val="0"/>
        </w:rPr>
        <w:t xml:space="preserve">I'm ready to own a brand's plan and P&amp;L, and </w:t>
      </w:r>
      <w:r>
        <w:rPr>
          <w:b/>
        </w:rPr>
        <w:t>[Brand]</w:t>
      </w:r>
      <w:r>
        <w:rPr>
          <w:b w:val="0"/>
        </w:rPr>
        <w:t>'s situation is the kind of challenge I want.</w:t>
      </w:r>
    </w:p>
    <w:p/>
    <w:p>
      <w:r>
        <w:rPr>
          <w:b w:val="0"/>
        </w:rPr>
        <w:t>I'd be glad to talk further.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