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Brand Ambassador Cover Letter: Examples and Structure</w:t>
      </w:r>
    </w:p>
    <w:p>
      <w:r>
        <w:t>Templates from https://knowtheroom.ai/cover-letters/brand-ambassador/ · Replace everything in [brackets].</w:t>
      </w:r>
    </w:p>
    <w:p>
      <w:pPr>
        <w:pStyle w:val="Heading2"/>
      </w:pPr>
      <w:r>
        <w:t>Example 1: event brand ambassador</w:t>
      </w:r>
    </w:p>
    <w:p>
      <w:r>
        <w:rPr>
          <w:b w:val="0"/>
        </w:rPr>
        <w:t xml:space="preserve">Hi </w:t>
      </w:r>
      <w:r>
        <w:rPr>
          <w:b/>
        </w:rPr>
        <w:t>[Name or "Hiring team"]</w:t>
      </w:r>
      <w:r>
        <w:rPr>
          <w:b w:val="0"/>
        </w:rPr>
        <w:t>,</w:t>
      </w:r>
    </w:p>
    <w:p/>
    <w:p>
      <w:r>
        <w:rPr>
          <w:b w:val="0"/>
        </w:rPr>
        <w:t xml:space="preserve">I've </w:t>
      </w:r>
      <w:r>
        <w:rPr>
          <w:b/>
        </w:rPr>
        <w:t>[used / bought / recommended]</w:t>
      </w:r>
      <w:r>
        <w:rPr>
          <w:b w:val="0"/>
        </w:rPr>
        <w:t xml:space="preserve"> </w:t>
      </w:r>
      <w:r>
        <w:rPr>
          <w:b/>
        </w:rPr>
        <w:t>[product]</w:t>
      </w:r>
      <w:r>
        <w:rPr>
          <w:b w:val="0"/>
        </w:rPr>
        <w:t xml:space="preserve"> since </w:t>
      </w:r>
      <w:r>
        <w:rPr>
          <w:b/>
        </w:rPr>
        <w:t>[when or how you found it]</w:t>
      </w:r>
      <w:r>
        <w:rPr>
          <w:b w:val="0"/>
        </w:rPr>
        <w:t xml:space="preserve">, and </w:t>
      </w:r>
      <w:r>
        <w:rPr>
          <w:b/>
        </w:rPr>
        <w:t>[one specific thing you like about it]</w:t>
      </w:r>
      <w:r>
        <w:rPr>
          <w:b w:val="0"/>
        </w:rPr>
        <w:t xml:space="preserve">. I'd love to share it at events as a Brand Ambassador for </w:t>
      </w:r>
      <w:r>
        <w:rPr>
          <w:b/>
        </w:rPr>
        <w:t>[Brand]</w:t>
      </w:r>
      <w:r>
        <w:rPr>
          <w:b w:val="0"/>
        </w:rPr>
        <w:t>.</w:t>
      </w:r>
    </w:p>
    <w:p/>
    <w:p>
      <w:r>
        <w:rPr>
          <w:b w:val="0"/>
        </w:rPr>
        <w:t xml:space="preserve">I'm comfortable talking to strangers all day. At </w:t>
      </w:r>
      <w:r>
        <w:rPr>
          <w:b/>
        </w:rPr>
        <w:t>[job or event]</w:t>
      </w:r>
      <w:r>
        <w:rPr>
          <w:b w:val="0"/>
        </w:rPr>
        <w:t xml:space="preserve">, I </w:t>
      </w:r>
      <w:r>
        <w:rPr>
          <w:b/>
        </w:rPr>
        <w:t>[what you did: ran the sampling table / greeted guests / demoed products]</w:t>
      </w:r>
      <w:r>
        <w:rPr>
          <w:b w:val="0"/>
        </w:rPr>
        <w:t xml:space="preserve"> for </w:t>
      </w:r>
      <w:r>
        <w:rPr>
          <w:b/>
        </w:rPr>
        <w:t>[number]</w:t>
      </w:r>
      <w:r>
        <w:rPr>
          <w:b w:val="0"/>
        </w:rPr>
        <w:t xml:space="preserve"> people a shift, and [result: handed out </w:t>
      </w:r>
      <w:r>
        <w:rPr>
          <w:b/>
        </w:rPr>
        <w:t>[number]</w:t>
      </w:r>
      <w:r>
        <w:rPr>
          <w:b w:val="0"/>
        </w:rPr>
        <w:t xml:space="preserve"> samples, collected </w:t>
      </w:r>
      <w:r>
        <w:rPr>
          <w:b/>
        </w:rPr>
        <w:t>[number]</w:t>
      </w:r>
      <w:r>
        <w:rPr>
          <w:b w:val="0"/>
        </w:rPr>
        <w:t xml:space="preserve"> sign-ups, sold out of </w:t>
      </w:r>
      <w:r>
        <w:rPr>
          <w:b/>
        </w:rPr>
        <w:t>[product]</w:t>
      </w:r>
      <w:r>
        <w:rPr>
          <w:b w:val="0"/>
        </w:rPr>
        <w:t>]. I'm used to long days on my feet and to following a brief, from setup to breakdown.</w:t>
      </w:r>
    </w:p>
    <w:p/>
    <w:p>
      <w:r>
        <w:rPr>
          <w:b w:val="0"/>
        </w:rPr>
        <w:t xml:space="preserve">I'm available </w:t>
      </w:r>
      <w:r>
        <w:rPr>
          <w:b/>
        </w:rPr>
        <w:t>[days and times]</w:t>
      </w:r>
      <w:r>
        <w:rPr>
          <w:b w:val="0"/>
        </w:rPr>
        <w:t xml:space="preserve">, live in </w:t>
      </w:r>
      <w:r>
        <w:rPr>
          <w:b/>
        </w:rPr>
        <w:t>[city]</w:t>
      </w:r>
      <w:r>
        <w:rPr>
          <w:b w:val="0"/>
        </w:rPr>
        <w:t xml:space="preserve"> and can travel </w:t>
      </w:r>
      <w:r>
        <w:rPr>
          <w:b/>
        </w:rPr>
        <w:t>[distance or region]</w:t>
      </w:r>
      <w:r>
        <w:rPr>
          <w:b w:val="0"/>
        </w:rPr>
        <w:t xml:space="preserve">. </w:t>
      </w:r>
      <w:r>
        <w:rPr>
          <w:b/>
        </w:rPr>
        <w:t>[Any requirement: I have a car / I'm 21+ / I have a food handler's card]</w:t>
      </w:r>
      <w:r>
        <w:rPr>
          <w:b w:val="0"/>
        </w:rPr>
        <w:t>.</w:t>
      </w:r>
    </w:p>
    <w:p/>
    <w:p>
      <w:r>
        <w:rPr>
          <w:b w:val="0"/>
        </w:rPr>
        <w:t>I'd be glad to chat about upcoming events. Thanks for reading.</w:t>
      </w:r>
    </w:p>
    <w:p/>
    <w:p>
      <w:r>
        <w:rPr>
          <w:b/>
        </w:rPr>
        <w:t>[Your name]</w:t>
      </w:r>
    </w:p>
    <w:p>
      <w:r>
        <w:rPr>
          <w:b/>
        </w:rPr>
        <w:t>[Phone]</w:t>
      </w:r>
      <w:r>
        <w:rPr>
          <w:b w:val="0"/>
        </w:rPr>
        <w:t xml:space="preserve"> | </w:t>
      </w:r>
      <w:r>
        <w:rPr>
          <w:b/>
        </w:rPr>
        <w:t>[Social handle, if relevant]</w:t>
      </w:r>
    </w:p>
    <w:p>
      <w:pPr>
        <w:pStyle w:val="Heading2"/>
      </w:pPr>
      <w:r>
        <w:t>Example 2: campus brand ambassador</w:t>
      </w:r>
    </w:p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I'm a </w:t>
      </w:r>
      <w:r>
        <w:rPr>
          <w:b/>
        </w:rPr>
        <w:t>[year]</w:t>
      </w:r>
      <w:r>
        <w:rPr>
          <w:b w:val="0"/>
        </w:rPr>
        <w:t xml:space="preserve"> at </w:t>
      </w:r>
      <w:r>
        <w:rPr>
          <w:b/>
        </w:rPr>
        <w:t>[school]</w:t>
      </w:r>
      <w:r>
        <w:rPr>
          <w:b w:val="0"/>
        </w:rPr>
        <w:t xml:space="preserve"> studying </w:t>
      </w:r>
      <w:r>
        <w:rPr>
          <w:b/>
        </w:rPr>
        <w:t>[subject]</w:t>
      </w:r>
      <w:r>
        <w:rPr>
          <w:b w:val="0"/>
        </w:rPr>
        <w:t xml:space="preserve">, and </w:t>
      </w:r>
      <w:r>
        <w:rPr>
          <w:b/>
        </w:rPr>
        <w:t>[Brand]</w:t>
      </w:r>
      <w:r>
        <w:rPr>
          <w:b w:val="0"/>
        </w:rPr>
        <w:t xml:space="preserve"> is already all over our campus: </w:t>
      </w:r>
      <w:r>
        <w:rPr>
          <w:b/>
        </w:rPr>
        <w:t>[specific observation, e.g. half my study group uses your app]</w:t>
      </w:r>
      <w:r>
        <w:rPr>
          <w:b w:val="0"/>
        </w:rPr>
        <w:t>. I'd like to help more students find it as your Campus Ambassador.</w:t>
      </w:r>
    </w:p>
    <w:p/>
    <w:p>
      <w:r>
        <w:rPr>
          <w:b w:val="0"/>
        </w:rPr>
        <w:t xml:space="preserve">I'm </w:t>
      </w:r>
      <w:r>
        <w:rPr>
          <w:b/>
        </w:rPr>
        <w:t>[role]</w:t>
      </w:r>
      <w:r>
        <w:rPr>
          <w:b w:val="0"/>
        </w:rPr>
        <w:t xml:space="preserve"> in </w:t>
      </w:r>
      <w:r>
        <w:rPr>
          <w:b/>
        </w:rPr>
        <w:t>[club or organization]</w:t>
      </w:r>
      <w:r>
        <w:rPr>
          <w:b w:val="0"/>
        </w:rPr>
        <w:t xml:space="preserve">, where I </w:t>
      </w:r>
      <w:r>
        <w:rPr>
          <w:b/>
        </w:rPr>
        <w:t>[what you did: organize events, run our Instagram, recruit new members]</w:t>
      </w:r>
      <w:r>
        <w:rPr>
          <w:b w:val="0"/>
        </w:rPr>
        <w:t xml:space="preserve">. Last </w:t>
      </w:r>
      <w:r>
        <w:rPr>
          <w:b/>
        </w:rPr>
        <w:t>[semester]</w:t>
      </w:r>
      <w:r>
        <w:rPr>
          <w:b w:val="0"/>
        </w:rPr>
        <w:t xml:space="preserve">, I [example: planned an event that drew </w:t>
      </w:r>
      <w:r>
        <w:rPr>
          <w:b/>
        </w:rPr>
        <w:t>[number]</w:t>
      </w:r>
      <w:r>
        <w:rPr>
          <w:b w:val="0"/>
        </w:rPr>
        <w:t xml:space="preserve"> students / grew our account from [x] to [y] followers].</w:t>
      </w:r>
    </w:p>
    <w:p/>
    <w:p>
      <w:r>
        <w:rPr>
          <w:b w:val="0"/>
        </w:rPr>
        <w:t xml:space="preserve">I know which events and groups students actually show up for, and I can commit </w:t>
      </w:r>
      <w:r>
        <w:rPr>
          <w:b/>
        </w:rPr>
        <w:t>[hours]</w:t>
      </w:r>
      <w:r>
        <w:rPr>
          <w:b w:val="0"/>
        </w:rPr>
        <w:t xml:space="preserve"> a week through </w:t>
      </w:r>
      <w:r>
        <w:rPr>
          <w:b/>
        </w:rPr>
        <w:t>[end date]</w:t>
      </w:r>
      <w:r>
        <w:rPr>
          <w:b w:val="0"/>
        </w:rPr>
        <w:t>.</w:t>
      </w:r>
    </w:p>
    <w:p/>
    <w:p>
      <w:r>
        <w:rPr>
          <w:b w:val="0"/>
        </w:rPr>
        <w:t xml:space="preserve">I'd love to talk about what you're planning for </w:t>
      </w:r>
      <w:r>
        <w:rPr>
          <w:b/>
        </w:rPr>
        <w:t>[semester]</w:t>
      </w:r>
      <w:r>
        <w:rPr>
          <w:b w:val="0"/>
        </w:rPr>
        <w:t>.</w:t>
      </w:r>
    </w:p>
    <w:p/>
    <w:p>
      <w:r>
        <w:rPr>
          <w:b/>
        </w:rPr>
        <w:t>[Your name]</w:t>
      </w:r>
    </w:p>
    <w:p>
      <w:r>
        <w:rPr>
          <w:b/>
        </w:rPr>
        <w:t>[School email]</w:t>
      </w:r>
      <w:r>
        <w:rPr>
          <w:b w:val="0"/>
        </w:rPr>
        <w:t xml:space="preserve"> | </w:t>
      </w:r>
      <w:r>
        <w:rPr>
          <w:b/>
        </w:rPr>
        <w:t>[Social handle]</w:t>
      </w:r>
    </w:p>
    <w:p>
      <w:pPr>
        <w:pStyle w:val="Heading2"/>
      </w:pPr>
      <w:r>
        <w:t>Example 3: brand ambassador with no experience</w:t>
      </w:r>
    </w:p>
    <w:p>
      <w:r>
        <w:rPr>
          <w:b w:val="0"/>
        </w:rPr>
        <w:t xml:space="preserve">Hi </w:t>
      </w:r>
      <w:r>
        <w:rPr>
          <w:b/>
        </w:rPr>
        <w:t>[Name or "Hiring team"]</w:t>
      </w:r>
      <w:r>
        <w:rPr>
          <w:b w:val="0"/>
        </w:rPr>
        <w:t>,</w:t>
      </w:r>
    </w:p>
    <w:p/>
    <w:p>
      <w:r>
        <w:rPr>
          <w:b/>
        </w:rPr>
        <w:t>[Brand]</w:t>
      </w:r>
      <w:r>
        <w:rPr>
          <w:b w:val="0"/>
        </w:rPr>
        <w:t xml:space="preserve"> is a brand I recommend without being asked: </w:t>
      </w:r>
      <w:r>
        <w:rPr>
          <w:b/>
        </w:rPr>
        <w:t>[specific reason or moment]</w:t>
      </w:r>
      <w:r>
        <w:rPr>
          <w:b w:val="0"/>
        </w:rPr>
        <w:t>. I'd love to do it officially as a Brand Ambassador.</w:t>
      </w:r>
    </w:p>
    <w:p/>
    <w:p>
      <w:r>
        <w:rPr>
          <w:b w:val="0"/>
        </w:rPr>
        <w:t xml:space="preserve">I haven't held this title before, but I've spent </w:t>
      </w:r>
      <w:r>
        <w:rPr>
          <w:b/>
        </w:rPr>
        <w:t>[time]</w:t>
      </w:r>
      <w:r>
        <w:rPr>
          <w:b w:val="0"/>
        </w:rPr>
        <w:t xml:space="preserve"> in </w:t>
      </w:r>
      <w:r>
        <w:rPr>
          <w:b/>
        </w:rPr>
        <w:t>[customer-facing job: retail, serving, front desk, coaching]</w:t>
      </w:r>
      <w:r>
        <w:rPr>
          <w:b w:val="0"/>
        </w:rPr>
        <w:t xml:space="preserve">, where I [example: talked </w:t>
      </w:r>
      <w:r>
        <w:rPr>
          <w:b/>
        </w:rPr>
        <w:t>[number]</w:t>
      </w:r>
      <w:r>
        <w:rPr>
          <w:b w:val="0"/>
        </w:rPr>
        <w:t xml:space="preserve"> customers a day through products and helped them choose]. I like meeting people, I'm calm when it's busy, and I show up on time.</w:t>
      </w:r>
    </w:p>
    <w:p/>
    <w:p>
      <w:r>
        <w:rPr>
          <w:b w:val="0"/>
        </w:rPr>
        <w:t xml:space="preserve">I'm available </w:t>
      </w:r>
      <w:r>
        <w:rPr>
          <w:b/>
        </w:rPr>
        <w:t>[days and times]</w:t>
      </w:r>
      <w:r>
        <w:rPr>
          <w:b w:val="0"/>
        </w:rPr>
        <w:t xml:space="preserve"> in </w:t>
      </w:r>
      <w:r>
        <w:rPr>
          <w:b/>
        </w:rPr>
        <w:t>[city]</w:t>
      </w:r>
      <w:r>
        <w:rPr>
          <w:b w:val="0"/>
        </w:rPr>
        <w:t xml:space="preserve"> and happy to learn your products inside out before my first shift.</w:t>
      </w:r>
    </w:p>
    <w:p/>
    <w:p>
      <w:r>
        <w:rPr>
          <w:b w:val="0"/>
        </w:rPr>
        <w:t>Thank you for considering me.</w:t>
      </w:r>
    </w:p>
    <w:p/>
    <w:p>
      <w:r>
        <w:rPr>
          <w:b/>
        </w:rPr>
        <w:t>[Your name]</w:t>
      </w:r>
    </w:p>
    <w:p>
      <w:r>
        <w:rPr>
          <w:b/>
        </w:rPr>
        <w:t>[Phone]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