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Art Director Cover Letter: Examples for Agency and In-House Roles</w:t>
      </w:r>
    </w:p>
    <w:p>
      <w:r>
        <w:t>Templates from https://knowtheroom.ai/cover-letters/art-director/ · Replace everything in [brackets].</w:t>
      </w:r>
    </w:p>
    <w:p>
      <w:pPr>
        <w:pStyle w:val="Heading2"/>
      </w:pPr>
      <w:r>
        <w:t>Example 1: agency art director</w:t>
      </w:r>
    </w:p>
    <w:p>
      <w:r>
        <w:rPr>
          <w:b w:val="0"/>
        </w:rPr>
        <w:t xml:space="preserve">Dear </w:t>
      </w:r>
      <w:r>
        <w:rPr>
          <w:b/>
        </w:rPr>
        <w:t>[Creative director's name]</w:t>
      </w:r>
      <w:r>
        <w:rPr>
          <w:b w:val="0"/>
        </w:rPr>
        <w:t>,</w:t>
      </w:r>
    </w:p>
    <w:p/>
    <w:p>
      <w:r>
        <w:rPr>
          <w:b/>
        </w:rPr>
        <w:t>[One specific line about a recent campaign the agency made and what made it work.]</w:t>
      </w:r>
      <w:r>
        <w:rPr>
          <w:b w:val="0"/>
        </w:rPr>
        <w:t xml:space="preserve"> I'd love to make work like that with your team, so I'm applying for the Art Director role at </w:t>
      </w:r>
      <w:r>
        <w:rPr>
          <w:b/>
        </w:rPr>
        <w:t>[Agency]</w:t>
      </w:r>
      <w:r>
        <w:rPr>
          <w:b w:val="0"/>
        </w:rPr>
        <w:t>.</w:t>
      </w:r>
    </w:p>
    <w:p/>
    <w:p>
      <w:r>
        <w:rPr>
          <w:b w:val="0"/>
        </w:rPr>
        <w:t>Three pieces in my portfolio fit what you're looking for:</w:t>
      </w:r>
    </w:p>
    <w:p>
      <w:r>
        <w:rPr>
          <w:b w:val="0"/>
        </w:rPr>
        <w:t xml:space="preserve">- </w:t>
      </w:r>
      <w:r>
        <w:rPr>
          <w:b/>
        </w:rPr>
        <w:t>[Campaign 1]</w:t>
      </w:r>
      <w:r>
        <w:rPr>
          <w:b w:val="0"/>
        </w:rPr>
        <w:t xml:space="preserve"> for </w:t>
      </w:r>
      <w:r>
        <w:rPr>
          <w:b/>
        </w:rPr>
        <w:t>[client or category]</w:t>
      </w:r>
      <w:r>
        <w:rPr>
          <w:b w:val="0"/>
        </w:rPr>
        <w:t xml:space="preserve">: </w:t>
      </w:r>
      <w:r>
        <w:rPr>
          <w:b/>
        </w:rPr>
        <w:t>[the idea in one line]</w:t>
      </w:r>
      <w:r>
        <w:rPr>
          <w:b w:val="0"/>
        </w:rPr>
        <w:t xml:space="preserve">. I concepted it with </w:t>
      </w:r>
      <w:r>
        <w:rPr>
          <w:b/>
        </w:rPr>
        <w:t>[copywriter partner]</w:t>
      </w:r>
      <w:r>
        <w:rPr>
          <w:b w:val="0"/>
        </w:rPr>
        <w:t xml:space="preserve"> and art directed </w:t>
      </w:r>
      <w:r>
        <w:rPr>
          <w:b/>
        </w:rPr>
        <w:t>[the shoot / the design system / the film]</w:t>
      </w:r>
      <w:r>
        <w:rPr>
          <w:b w:val="0"/>
        </w:rPr>
        <w:t xml:space="preserve">. </w:t>
      </w:r>
      <w:r>
        <w:rPr>
          <w:b/>
        </w:rPr>
        <w:t>[Result: launched nationally, moved a number, won an award]</w:t>
      </w:r>
      <w:r>
        <w:rPr>
          <w:b w:val="0"/>
        </w:rPr>
        <w:t xml:space="preserve">. </w:t>
      </w:r>
      <w:r>
        <w:rPr>
          <w:b/>
        </w:rPr>
        <w:t>[Link]</w:t>
      </w:r>
    </w:p>
    <w:p>
      <w:r>
        <w:rPr>
          <w:b w:val="0"/>
        </w:rPr>
        <w:t xml:space="preserve">- </w:t>
      </w:r>
      <w:r>
        <w:rPr>
          <w:b/>
        </w:rPr>
        <w:t>[Campaign 2]</w:t>
      </w:r>
      <w:r>
        <w:rPr>
          <w:b w:val="0"/>
        </w:rPr>
        <w:t xml:space="preserve"> for </w:t>
      </w:r>
      <w:r>
        <w:rPr>
          <w:b/>
        </w:rPr>
        <w:t>[client or category]</w:t>
      </w:r>
      <w:r>
        <w:rPr>
          <w:b w:val="0"/>
        </w:rPr>
        <w:t xml:space="preserve">: </w:t>
      </w:r>
      <w:r>
        <w:rPr>
          <w:b/>
        </w:rPr>
        <w:t>[idea, your role, result]</w:t>
      </w:r>
      <w:r>
        <w:rPr>
          <w:b w:val="0"/>
        </w:rPr>
        <w:t xml:space="preserve">. </w:t>
      </w:r>
      <w:r>
        <w:rPr>
          <w:b/>
        </w:rPr>
        <w:t>[Link]</w:t>
      </w:r>
    </w:p>
    <w:p>
      <w:r>
        <w:rPr>
          <w:b w:val="0"/>
        </w:rPr>
        <w:t xml:space="preserve">- </w:t>
      </w:r>
      <w:r>
        <w:rPr>
          <w:b/>
        </w:rPr>
        <w:t>[Campaign 3]</w:t>
      </w:r>
      <w:r>
        <w:rPr>
          <w:b w:val="0"/>
        </w:rPr>
        <w:t xml:space="preserve">: </w:t>
      </w:r>
      <w:r>
        <w:rPr>
          <w:b/>
        </w:rPr>
        <w:t>[idea, your role, result]</w:t>
      </w:r>
      <w:r>
        <w:rPr>
          <w:b w:val="0"/>
        </w:rPr>
        <w:t xml:space="preserve">. </w:t>
      </w:r>
      <w:r>
        <w:rPr>
          <w:b/>
        </w:rPr>
        <w:t>[Link]</w:t>
      </w:r>
    </w:p>
    <w:p/>
    <w:p>
      <w:r>
        <w:rPr>
          <w:b w:val="0"/>
        </w:rPr>
        <w:t>I do my best work in a tight creative team, I'm comfortable presenting to clients, and I'd rather kill my own idea early than defend a weak one late.</w:t>
      </w:r>
    </w:p>
    <w:p/>
    <w:p>
      <w:r>
        <w:rPr>
          <w:b w:val="0"/>
        </w:rPr>
        <w:t xml:space="preserve">I'd welcome a conversation about the role. My portfolio is at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/>
        </w:rPr>
        <w:t>[Your name]</w:t>
      </w:r>
    </w:p>
    <w:p>
      <w:pPr>
        <w:pStyle w:val="Heading2"/>
      </w:pPr>
      <w:r>
        <w:t>Example 2: in-house art director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I've been following </w:t>
      </w:r>
      <w:r>
        <w:rPr>
          <w:b/>
        </w:rPr>
        <w:t>[Brand]</w:t>
      </w:r>
      <w:r>
        <w:rPr>
          <w:b w:val="0"/>
        </w:rPr>
        <w:t xml:space="preserve">'s </w:t>
      </w:r>
      <w:r>
        <w:rPr>
          <w:b/>
        </w:rPr>
        <w:t>[recent campaign / packaging / social work]</w:t>
      </w:r>
      <w:r>
        <w:rPr>
          <w:b w:val="0"/>
        </w:rPr>
        <w:t>, and [specific observation, e.g. how the new photography style carries across every channel]. I'm applying for the Art Director role because I'd like to help build on that.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lead the visual direction for </w:t>
      </w:r>
      <w:r>
        <w:rPr>
          <w:b/>
        </w:rPr>
        <w:t>[brand or product line]</w:t>
      </w:r>
      <w:r>
        <w:rPr>
          <w:b w:val="0"/>
        </w:rPr>
        <w:t xml:space="preserve"> across </w:t>
      </w:r>
      <w:r>
        <w:rPr>
          <w:b/>
        </w:rPr>
        <w:t>[channels]</w:t>
      </w:r>
      <w:r>
        <w:rPr>
          <w:b w:val="0"/>
        </w:rPr>
        <w:t>. Two pieces that match this role:</w:t>
      </w:r>
    </w:p>
    <w:p>
      <w:r>
        <w:rPr>
          <w:b w:val="0"/>
        </w:rPr>
        <w:t xml:space="preserve">- </w:t>
      </w:r>
      <w:r>
        <w:rPr>
          <w:b/>
        </w:rPr>
        <w:t>[Project 1]</w:t>
      </w:r>
      <w:r>
        <w:rPr>
          <w:b w:val="0"/>
        </w:rPr>
        <w:t xml:space="preserve">: </w:t>
      </w:r>
      <w:r>
        <w:rPr>
          <w:b/>
        </w:rPr>
        <w:t>[brief]</w:t>
      </w:r>
      <w:r>
        <w:rPr>
          <w:b w:val="0"/>
        </w:rPr>
        <w:t xml:space="preserve">, </w:t>
      </w:r>
      <w:r>
        <w:rPr>
          <w:b/>
        </w:rPr>
        <w:t>[idea]</w:t>
      </w:r>
      <w:r>
        <w:rPr>
          <w:b w:val="0"/>
        </w:rPr>
        <w:t xml:space="preserve">, </w:t>
      </w:r>
      <w:r>
        <w:rPr>
          <w:b/>
        </w:rPr>
        <w:t>[what you led]</w:t>
      </w:r>
      <w:r>
        <w:rPr>
          <w:b w:val="0"/>
        </w:rPr>
        <w:t xml:space="preserve">, </w:t>
      </w:r>
      <w:r>
        <w:rPr>
          <w:b/>
        </w:rPr>
        <w:t>[result]</w:t>
      </w:r>
      <w:r>
        <w:rPr>
          <w:b w:val="0"/>
        </w:rPr>
        <w:t xml:space="preserve">. </w:t>
      </w:r>
      <w:r>
        <w:rPr>
          <w:b/>
        </w:rPr>
        <w:t>[Link]</w:t>
      </w:r>
    </w:p>
    <w:p>
      <w:r>
        <w:rPr>
          <w:b w:val="0"/>
        </w:rPr>
        <w:t xml:space="preserve">- </w:t>
      </w:r>
      <w:r>
        <w:rPr>
          <w:b/>
        </w:rPr>
        <w:t>[Project 2]</w:t>
      </w:r>
      <w:r>
        <w:rPr>
          <w:b w:val="0"/>
        </w:rPr>
        <w:t xml:space="preserve">: </w:t>
      </w:r>
      <w:r>
        <w:rPr>
          <w:b/>
        </w:rPr>
        <w:t>[a brand refresh / a launch / a design system]</w:t>
      </w:r>
      <w:r>
        <w:rPr>
          <w:b w:val="0"/>
        </w:rPr>
        <w:t xml:space="preserve">, </w:t>
      </w:r>
      <w:r>
        <w:rPr>
          <w:b/>
        </w:rPr>
        <w:t>[your part]</w:t>
      </w:r>
      <w:r>
        <w:rPr>
          <w:b w:val="0"/>
        </w:rPr>
        <w:t xml:space="preserve">, </w:t>
      </w:r>
      <w:r>
        <w:rPr>
          <w:b/>
        </w:rPr>
        <w:t>[result]</w:t>
      </w:r>
      <w:r>
        <w:rPr>
          <w:b w:val="0"/>
        </w:rPr>
        <w:t xml:space="preserve">. </w:t>
      </w:r>
      <w:r>
        <w:rPr>
          <w:b/>
        </w:rPr>
        <w:t>[Link]</w:t>
      </w:r>
    </w:p>
    <w:p/>
    <w:p>
      <w:r>
        <w:rPr>
          <w:b w:val="0"/>
        </w:rPr>
        <w:t xml:space="preserve">I work closely with </w:t>
      </w:r>
      <w:r>
        <w:rPr>
          <w:b/>
        </w:rPr>
        <w:t>[marketing, product, copywriters and external agencies or studios]</w:t>
      </w:r>
      <w:r>
        <w:rPr>
          <w:b w:val="0"/>
        </w:rPr>
        <w:t>, and I'm used to keeping one brand consistent across a high volume of requests without letting it go flat.</w:t>
      </w:r>
    </w:p>
    <w:p/>
    <w:p>
      <w:r>
        <w:rPr>
          <w:b w:val="0"/>
        </w:rPr>
        <w:t xml:space="preserve">I'd be glad to talk about how I could help your team. My portfolio is at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/>
        </w:rPr>
        <w:t>[Your name]</w:t>
      </w:r>
    </w:p>
    <w:p>
      <w:pPr>
        <w:pStyle w:val="Heading2"/>
      </w:pPr>
      <w:r>
        <w:t>Example 3: junior art director or designer moving up</w:t>
      </w:r>
    </w:p>
    <w:p>
      <w:r>
        <w:rPr>
          <w:b w:val="0"/>
        </w:rPr>
        <w:t xml:space="preserve">Dear </w:t>
      </w:r>
      <w:r>
        <w:rPr>
          <w:b/>
        </w:rPr>
        <w:t>[Creative director's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Junior Art Director role at </w:t>
      </w:r>
      <w:r>
        <w:rPr>
          <w:b/>
        </w:rPr>
        <w:t>[Agency or Brand]</w:t>
      </w:r>
      <w:r>
        <w:rPr>
          <w:b w:val="0"/>
        </w:rPr>
        <w:t xml:space="preserve">. </w:t>
      </w:r>
      <w:r>
        <w:rPr>
          <w:b/>
        </w:rPr>
        <w:t>[One line on why this team: a campaign, a client, the way they work.]</w:t>
      </w:r>
    </w:p>
    <w:p/>
    <w:p>
      <w:r>
        <w:rPr>
          <w:b w:val="0"/>
        </w:rPr>
        <w:t xml:space="preserve">I've spent [X] years as a </w:t>
      </w:r>
      <w:r>
        <w:rPr>
          <w:b/>
        </w:rPr>
        <w:t>[graphic designer / junior art director]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>, where I've moved from production work to concepting. Two pieces show that shift:</w:t>
      </w:r>
    </w:p>
    <w:p>
      <w:r>
        <w:rPr>
          <w:b w:val="0"/>
        </w:rPr>
        <w:t xml:space="preserve">- </w:t>
      </w:r>
      <w:r>
        <w:rPr>
          <w:b/>
        </w:rPr>
        <w:t>[Project 1]</w:t>
      </w:r>
      <w:r>
        <w:rPr>
          <w:b w:val="0"/>
        </w:rPr>
        <w:t xml:space="preserve">: </w:t>
      </w:r>
      <w:r>
        <w:rPr>
          <w:b/>
        </w:rPr>
        <w:t>[the idea]</w:t>
      </w:r>
      <w:r>
        <w:rPr>
          <w:b w:val="0"/>
        </w:rPr>
        <w:t xml:space="preserve">, developed with </w:t>
      </w:r>
      <w:r>
        <w:rPr>
          <w:b/>
        </w:rPr>
        <w:t>[copywriter]</w:t>
      </w:r>
      <w:r>
        <w:rPr>
          <w:b w:val="0"/>
        </w:rPr>
        <w:t xml:space="preserve">, </w:t>
      </w:r>
      <w:r>
        <w:rPr>
          <w:b/>
        </w:rPr>
        <w:t>[your role]</w:t>
      </w:r>
      <w:r>
        <w:rPr>
          <w:b w:val="0"/>
        </w:rPr>
        <w:t xml:space="preserve">, </w:t>
      </w:r>
      <w:r>
        <w:rPr>
          <w:b/>
        </w:rPr>
        <w:t>[result]</w:t>
      </w:r>
      <w:r>
        <w:rPr>
          <w:b w:val="0"/>
        </w:rPr>
        <w:t xml:space="preserve">. </w:t>
      </w:r>
      <w:r>
        <w:rPr>
          <w:b/>
        </w:rPr>
        <w:t>[Link]</w:t>
      </w:r>
    </w:p>
    <w:p>
      <w:r>
        <w:rPr>
          <w:b w:val="0"/>
        </w:rPr>
        <w:t xml:space="preserve">- </w:t>
      </w:r>
      <w:r>
        <w:rPr>
          <w:b/>
        </w:rPr>
        <w:t>[Project 2, which can be a spec or personal project]</w:t>
      </w:r>
      <w:r>
        <w:rPr>
          <w:b w:val="0"/>
        </w:rPr>
        <w:t xml:space="preserve">: </w:t>
      </w:r>
      <w:r>
        <w:rPr>
          <w:b/>
        </w:rPr>
        <w:t>[the brief you set yourself, the idea, what you made]</w:t>
      </w:r>
      <w:r>
        <w:rPr>
          <w:b w:val="0"/>
        </w:rPr>
        <w:t xml:space="preserve">. </w:t>
      </w:r>
      <w:r>
        <w:rPr>
          <w:b/>
        </w:rPr>
        <w:t>[Link]</w:t>
      </w:r>
    </w:p>
    <w:p/>
    <w:p>
      <w:r>
        <w:rPr>
          <w:b w:val="0"/>
        </w:rPr>
        <w:t>I'm looking for a team where I can keep concepting and learn from strong creative directors.</w:t>
      </w:r>
    </w:p>
    <w:p/>
    <w:p>
      <w:r>
        <w:rPr>
          <w:b w:val="0"/>
        </w:rPr>
        <w:t xml:space="preserve">Thank you for your time. My portfolio is at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