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Account Manager Cover Letter: Agency and Marketing Examples</w:t>
      </w:r>
    </w:p>
    <w:p>
      <w:r>
        <w:t>Templates from https://knowtheroom.ai/cover-letters/account-manager/ · Replace everything in [brackets].</w:t>
      </w:r>
    </w:p>
    <w:p>
      <w:pPr>
        <w:pStyle w:val="Heading2"/>
      </w:pPr>
      <w:r>
        <w:t>Example 1: agency account manager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/>
        </w:rPr>
        <w:t xml:space="preserve">[One specific line about the agency: a campaign, a client win, how it works with clients.] I'd like to help run accounts like that, so I'm applying for the Account Manager role at </w:t>
      </w:r>
      <w:r>
        <w:rPr>
          <w:b/>
        </w:rPr>
        <w:t>[Agency]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[current agency]</w:t>
      </w:r>
      <w:r>
        <w:rPr>
          <w:b w:val="0"/>
        </w:rPr>
        <w:t xml:space="preserve">, I manage [X] accounts across </w:t>
      </w:r>
      <w:r>
        <w:rPr>
          <w:b/>
        </w:rPr>
        <w:t>[industries]</w:t>
      </w:r>
      <w:r>
        <w:rPr>
          <w:b w:val="0"/>
        </w:rPr>
        <w:t xml:space="preserve">, with </w:t>
      </w:r>
      <w:r>
        <w:rPr>
          <w:b/>
        </w:rPr>
        <w:t>[annual fees / retainers]</w:t>
      </w:r>
      <w:r>
        <w:rPr>
          <w:b w:val="0"/>
        </w:rPr>
        <w:t xml:space="preserve"> of about </w:t>
      </w:r>
      <w:r>
        <w:rPr>
          <w:b/>
        </w:rPr>
        <w:t>[range, if you can share it]</w:t>
      </w:r>
      <w:r>
        <w:rPr>
          <w:b w:val="0"/>
        </w:rPr>
        <w:t>. Two relationships I'm proud of:</w:t>
      </w:r>
    </w:p>
    <w:p>
      <w:r>
        <w:rPr>
          <w:b w:val="0"/>
        </w:rPr>
        <w:t xml:space="preserve">- </w:t>
      </w:r>
      <w:r>
        <w:rPr>
          <w:b/>
        </w:rPr>
        <w:t>[Client type, e.g. a national beverage brand]</w:t>
      </w:r>
      <w:r>
        <w:rPr>
          <w:b w:val="0"/>
        </w:rPr>
        <w:t xml:space="preserve">: took over after a rocky pitch handover, rebuilt the weekly status rhythm and grew the scope from </w:t>
      </w:r>
      <w:r>
        <w:rPr>
          <w:b/>
        </w:rPr>
        <w:t>[social]</w:t>
      </w:r>
      <w:r>
        <w:rPr>
          <w:b w:val="0"/>
        </w:rPr>
        <w:t xml:space="preserve"> to </w:t>
      </w:r>
      <w:r>
        <w:rPr>
          <w:b/>
        </w:rPr>
        <w:t>[social and paid media]</w:t>
      </w:r>
      <w:r>
        <w:rPr>
          <w:b w:val="0"/>
        </w:rPr>
        <w:t xml:space="preserve"> within [X] months.</w:t>
      </w:r>
    </w:p>
    <w:p>
      <w:r>
        <w:rPr>
          <w:b w:val="0"/>
        </w:rPr>
        <w:t xml:space="preserve">- </w:t>
      </w:r>
      <w:r>
        <w:rPr>
          <w:b/>
        </w:rPr>
        <w:t>[Client type]</w:t>
      </w:r>
      <w:r>
        <w:rPr>
          <w:b w:val="0"/>
        </w:rPr>
        <w:t>: ran [X] launches in a year, all on time and within the hours in the scope of work.</w:t>
      </w:r>
    </w:p>
    <w:p/>
    <w:p>
      <w:r>
        <w:rPr>
          <w:b w:val="0"/>
        </w:rPr>
        <w:t xml:space="preserve">When </w:t>
      </w:r>
      <w:r>
        <w:rPr>
          <w:b/>
        </w:rPr>
        <w:t>[a hard moment, e.g. a client's new CMO paused all work]</w:t>
      </w:r>
      <w:r>
        <w:rPr>
          <w:b w:val="0"/>
        </w:rPr>
        <w:t>, I [what you did, e.g. set up a review of results within a week and reset the plan together], and the account renewed.</w:t>
      </w:r>
    </w:p>
    <w:p/>
    <w:p>
      <w:r>
        <w:rPr>
          <w:b w:val="0"/>
        </w:rPr>
        <w:t>I'd welcome a conversation about the role.</w:t>
      </w:r>
    </w:p>
    <w:p/>
    <w:p>
      <w:r>
        <w:rPr>
          <w:b/>
        </w:rPr>
        <w:t>[Your name]</w:t>
      </w:r>
    </w:p>
    <w:p>
      <w:pPr>
        <w:pStyle w:val="Heading2"/>
      </w:pPr>
      <w:r>
        <w:t>Example 2: in-house or vendor account manager on a marketing team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/>
        </w:rPr>
        <w:t>[Company]</w:t>
      </w:r>
      <w:r>
        <w:rPr>
          <w:b w:val="0"/>
        </w:rPr>
        <w:t xml:space="preserve">'s </w:t>
      </w:r>
      <w:r>
        <w:rPr>
          <w:b/>
        </w:rPr>
        <w:t>[product or service]</w:t>
      </w:r>
      <w:r>
        <w:rPr>
          <w:b w:val="0"/>
        </w:rPr>
        <w:t xml:space="preserve"> is something </w:t>
      </w:r>
      <w:r>
        <w:rPr>
          <w:b/>
        </w:rPr>
        <w:t>[why it matters to its customers, in one line]</w:t>
      </w:r>
      <w:r>
        <w:rPr>
          <w:b w:val="0"/>
        </w:rPr>
        <w:t>, and I'd like to help your clients get more out of it as an Account Manager.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look after [X] client accounts for our </w:t>
      </w:r>
      <w:r>
        <w:rPr>
          <w:b/>
        </w:rPr>
        <w:t>[marketing platform / services]</w:t>
      </w:r>
      <w:r>
        <w:rPr>
          <w:b w:val="0"/>
        </w:rPr>
        <w:t xml:space="preserve">, and I'm measured on </w:t>
      </w:r>
      <w:r>
        <w:rPr>
          <w:b/>
        </w:rPr>
        <w:t>[renewals / expansion / satisfaction]</w:t>
      </w:r>
      <w:r>
        <w:rPr>
          <w:b w:val="0"/>
        </w:rPr>
        <w:t>. Over the last year:</w:t>
      </w:r>
    </w:p>
    <w:p>
      <w:r>
        <w:rPr>
          <w:b w:val="0"/>
        </w:rPr>
        <w:t xml:space="preserve">- I kept [X] of [X] accounts through renewal, including </w:t>
      </w:r>
      <w:r>
        <w:rPr>
          <w:b/>
        </w:rPr>
        <w:t>[a client type]</w:t>
      </w:r>
      <w:r>
        <w:rPr>
          <w:b w:val="0"/>
        </w:rPr>
        <w:t xml:space="preserve"> that was at risk after </w:t>
      </w:r>
      <w:r>
        <w:rPr>
          <w:b/>
        </w:rPr>
        <w:t>[reason]</w:t>
      </w:r>
      <w:r>
        <w:rPr>
          <w:b w:val="0"/>
        </w:rPr>
        <w:t>.</w:t>
      </w:r>
    </w:p>
    <w:p>
      <w:r>
        <w:rPr>
          <w:b w:val="0"/>
        </w:rPr>
        <w:t xml:space="preserve">- I grew </w:t>
      </w:r>
      <w:r>
        <w:rPr>
          <w:b/>
        </w:rPr>
        <w:t>[client type]</w:t>
      </w:r>
      <w:r>
        <w:rPr>
          <w:b w:val="0"/>
        </w:rPr>
        <w:t>'s spend by [X]% by [what you did, e.g. running a quarterly business review that showed them an unused feature].</w:t>
      </w:r>
    </w:p>
    <w:p/>
    <w:p>
      <w:r>
        <w:rPr>
          <w:b w:val="0"/>
        </w:rPr>
        <w:t>I'm good at turning client feedback into clear requests for our product and service teams, and at keeping clients informed before they have to ask.</w:t>
      </w:r>
    </w:p>
    <w:p/>
    <w:p>
      <w:r>
        <w:rPr>
          <w:b w:val="0"/>
        </w:rPr>
        <w:t>I'd welcome the chance to talk about how I could help your clients.</w:t>
      </w:r>
    </w:p>
    <w:p/>
    <w:p>
      <w:r>
        <w:rPr>
          <w:b/>
        </w:rPr>
        <w:t>[Your name]</w:t>
      </w:r>
    </w:p>
    <w:p>
      <w:pPr>
        <w:pStyle w:val="Heading2"/>
      </w:pPr>
      <w:r>
        <w:t>Example 3: account executive or coordinator moving up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Account Manager role at </w:t>
      </w:r>
      <w:r>
        <w:rPr>
          <w:b/>
        </w:rPr>
        <w:t>[Agency]</w:t>
      </w:r>
      <w:r>
        <w:rPr>
          <w:b w:val="0"/>
        </w:rPr>
        <w:t xml:space="preserve">. </w:t>
      </w:r>
      <w:r>
        <w:rPr>
          <w:b/>
        </w:rPr>
        <w:t>[One line on why this agency.]</w:t>
      </w:r>
    </w:p>
    <w:p/>
    <w:p>
      <w:r>
        <w:rPr>
          <w:b w:val="0"/>
        </w:rPr>
        <w:t xml:space="preserve">For [X] years as an </w:t>
      </w:r>
      <w:r>
        <w:rPr>
          <w:b/>
        </w:rPr>
        <w:t>[account executive / account coordinator]</w:t>
      </w:r>
      <w:r>
        <w:rPr>
          <w:b w:val="0"/>
        </w:rPr>
        <w:t xml:space="preserve"> at </w:t>
      </w:r>
      <w:r>
        <w:rPr>
          <w:b/>
        </w:rPr>
        <w:t>[agency]</w:t>
      </w:r>
      <w:r>
        <w:rPr>
          <w:b w:val="0"/>
        </w:rPr>
        <w:t>, I've run the day-to-day work on [X] accounts: status reports, timelines, briefs and budget tracking. Over the last year I've taken on more:</w:t>
      </w:r>
    </w:p>
    <w:p>
      <w:r>
        <w:rPr>
          <w:b w:val="0"/>
        </w:rPr>
        <w:t xml:space="preserve">- I led the weekly client calls for </w:t>
      </w:r>
      <w:r>
        <w:rPr>
          <w:b/>
        </w:rPr>
        <w:t>[client type]</w:t>
      </w:r>
      <w:r>
        <w:rPr>
          <w:b w:val="0"/>
        </w:rPr>
        <w:t xml:space="preserve"> while my manager was on leave, and we delivered </w:t>
      </w:r>
      <w:r>
        <w:rPr>
          <w:b/>
        </w:rPr>
        <w:t>[project]</w:t>
      </w:r>
      <w:r>
        <w:rPr>
          <w:b w:val="0"/>
        </w:rPr>
        <w:t xml:space="preserve"> on time.</w:t>
      </w:r>
    </w:p>
    <w:p>
      <w:r>
        <w:rPr>
          <w:b w:val="0"/>
        </w:rPr>
        <w:t xml:space="preserve">- I wrote the brief for </w:t>
      </w:r>
      <w:r>
        <w:rPr>
          <w:b/>
        </w:rPr>
        <w:t>[campaign]</w:t>
      </w:r>
      <w:r>
        <w:rPr>
          <w:b w:val="0"/>
        </w:rPr>
        <w:t>, which the client approved in the first round.</w:t>
      </w:r>
    </w:p>
    <w:p/>
    <w:p>
      <w:r>
        <w:rPr>
          <w:b w:val="0"/>
        </w:rPr>
        <w:t>I'm ready to own client relationships, and I know the parts of the job that are easy to underestimate, like keeping the team inside the scope of work.</w:t>
      </w:r>
    </w:p>
    <w:p/>
    <w:p>
      <w:r>
        <w:rPr>
          <w:b w:val="0"/>
        </w:rPr>
        <w:t>I'd welcome a conversation.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