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Video Editor Resume: Examples, Summary and Skills for Marketing Roles</w:t>
      </w:r>
    </w:p>
    <w:p>
      <w:r>
        <w:t>Templates from https://knowtheroom.ai/career-guides/video-editor-resume/ · Replace everything in [brackets].</w:t>
      </w:r>
    </w:p>
    <w:p>
      <w:pPr>
        <w:pStyle w:val="Heading2"/>
      </w:pPr>
      <w:r>
        <w:t>How do you write a video editor resume summary?</w:t>
      </w:r>
    </w:p>
    <w:p>
      <w:r>
        <w:rPr>
          <w:b w:val="0"/>
        </w:rPr>
        <w:t xml:space="preserve">Video editor with </w:t>
      </w:r>
      <w:r>
        <w:rPr>
          <w:b/>
        </w:rPr>
        <w:t>[number]</w:t>
      </w:r>
      <w:r>
        <w:rPr>
          <w:b w:val="0"/>
        </w:rPr>
        <w:t xml:space="preserve"> years cutting </w:t>
      </w:r>
      <w:r>
        <w:rPr>
          <w:b/>
        </w:rPr>
        <w:t>[short-form social / paid ads / brand films / YouTube series]</w:t>
      </w:r>
      <w:r>
        <w:rPr>
          <w:b w:val="0"/>
        </w:rPr>
        <w:t xml:space="preserve"> for </w:t>
      </w:r>
      <w:r>
        <w:rPr>
          <w:b/>
        </w:rPr>
        <w:t>[brands / agencies / creators]</w:t>
      </w:r>
      <w:r>
        <w:rPr>
          <w:b w:val="0"/>
        </w:rPr>
        <w:t xml:space="preserve"> in </w:t>
      </w:r>
      <w:r>
        <w:rPr>
          <w:b/>
        </w:rPr>
        <w:t>[categories]</w:t>
      </w:r>
      <w:r>
        <w:rPr>
          <w:b w:val="0"/>
        </w:rPr>
        <w:t xml:space="preserve">. Recent: </w:t>
      </w:r>
      <w:r>
        <w:rPr>
          <w:b/>
        </w:rPr>
        <w:t>[project or series]</w:t>
      </w:r>
      <w:r>
        <w:rPr>
          <w:b w:val="0"/>
        </w:rPr>
        <w:t xml:space="preserve">, </w:t>
      </w:r>
      <w:r>
        <w:rPr>
          <w:b/>
        </w:rPr>
        <w:t>[result or detail]</w:t>
      </w:r>
      <w:r>
        <w:rPr>
          <w:b w:val="0"/>
        </w:rPr>
        <w:t>.</w:t>
      </w:r>
    </w:p>
    <w:p>
      <w:pPr>
        <w:pStyle w:val="Heading2"/>
      </w:pPr>
      <w:r>
        <w:t>How do you write a video editor resume summary?</w:t>
      </w:r>
    </w:p>
    <w:p>
      <w:r>
        <w:rPr>
          <w:b w:val="0"/>
        </w:rPr>
        <w:t xml:space="preserve">In-house editor for </w:t>
      </w:r>
      <w:r>
        <w:rPr>
          <w:b/>
        </w:rPr>
        <w:t>[brand]</w:t>
      </w:r>
      <w:r>
        <w:rPr>
          <w:b w:val="0"/>
        </w:rPr>
        <w:t xml:space="preserve">'s social team, turning </w:t>
      </w:r>
      <w:r>
        <w:rPr>
          <w:b/>
        </w:rPr>
        <w:t>[shoots / creator footage / product demos]</w:t>
      </w:r>
      <w:r>
        <w:rPr>
          <w:b w:val="0"/>
        </w:rPr>
        <w:t xml:space="preserve"> into </w:t>
      </w:r>
      <w:r>
        <w:rPr>
          <w:b/>
        </w:rPr>
        <w:t>[number]</w:t>
      </w:r>
      <w:r>
        <w:rPr>
          <w:b w:val="0"/>
        </w:rPr>
        <w:t xml:space="preserve"> vertical videos a </w:t>
      </w:r>
      <w:r>
        <w:rPr>
          <w:b/>
        </w:rPr>
        <w:t>[week / month]</w:t>
      </w:r>
      <w:r>
        <w:rPr>
          <w:b w:val="0"/>
        </w:rPr>
        <w:t xml:space="preserve"> across </w:t>
      </w:r>
      <w:r>
        <w:rPr>
          <w:b/>
        </w:rPr>
        <w:t>[TikTok, Instagram Reels, YouTube Shorts]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