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UGC Creator: What It Is and How to Become One</w:t>
      </w:r>
    </w:p>
    <w:p>
      <w:r>
        <w:t>Templates from https://knowtheroom.ai/career-guides/ugc-creator/ · Replace everything in [brackets].</w:t>
      </w:r>
    </w:p>
    <w:p>
      <w:pPr>
        <w:pStyle w:val="Heading2"/>
      </w:pPr>
      <w:r>
        <w:t>A pitch email to a brand</w:t>
      </w:r>
    </w:p>
    <w:p>
      <w:r>
        <w:rPr>
          <w:b w:val="0"/>
        </w:rPr>
        <w:t xml:space="preserve">Subject: UGC videos for </w:t>
      </w:r>
      <w:r>
        <w:rPr>
          <w:b/>
        </w:rPr>
        <w:t>[Brand]</w:t>
      </w:r>
      <w:r>
        <w:rPr>
          <w:b w:val="0"/>
        </w:rPr>
        <w:t xml:space="preserve">'s </w:t>
      </w:r>
      <w:r>
        <w:rPr>
          <w:b/>
        </w:rPr>
        <w:t>[product]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I'm a UGC creator who makes short, customer-style videos for </w:t>
      </w:r>
      <w:r>
        <w:rPr>
          <w:b/>
        </w:rPr>
        <w:t>[category]</w:t>
      </w:r>
      <w:r>
        <w:rPr>
          <w:b w:val="0"/>
        </w:rPr>
        <w:t xml:space="preserve"> brands. I've been watching your </w:t>
      </w:r>
      <w:r>
        <w:rPr>
          <w:b/>
        </w:rPr>
        <w:t>[TikTok / Meta]</w:t>
      </w:r>
      <w:r>
        <w:rPr>
          <w:b w:val="0"/>
        </w:rPr>
        <w:t xml:space="preserve"> ads and had an idea for </w:t>
      </w:r>
      <w:r>
        <w:rPr>
          <w:b/>
        </w:rPr>
        <w:t>[product]</w:t>
      </w:r>
      <w:r>
        <w:rPr>
          <w:b w:val="0"/>
        </w:rPr>
        <w:t xml:space="preserve">: </w:t>
      </w:r>
      <w:r>
        <w:rPr>
          <w:b/>
        </w:rPr>
        <w:t>[one-line concept, e.g. a 20-second "first week using it" video with three hooks]</w:t>
      </w:r>
      <w:r>
        <w:rPr>
          <w:b w:val="0"/>
        </w:rPr>
        <w:t>.</w:t>
      </w:r>
    </w:p>
    <w:p/>
    <w:p>
      <w:r>
        <w:rPr>
          <w:b w:val="0"/>
        </w:rPr>
        <w:t>Two samples close to what I'd make for you:</w:t>
      </w:r>
    </w:p>
    <w:p>
      <w:r>
        <w:rPr>
          <w:b/>
        </w:rPr>
        <w:t>[link 1]</w:t>
      </w:r>
    </w:p>
    <w:p>
      <w:r>
        <w:rPr>
          <w:b/>
        </w:rPr>
        <w:t>[link 2]</w:t>
      </w:r>
    </w:p>
    <w:p/>
    <w:p>
      <w:r>
        <w:rPr>
          <w:b w:val="0"/>
        </w:rPr>
        <w:t xml:space="preserve">My rates and usage terms are here: </w:t>
      </w:r>
      <w:r>
        <w:rPr>
          <w:b/>
        </w:rPr>
        <w:t>[link]</w:t>
      </w:r>
      <w:r>
        <w:rPr>
          <w:b w:val="0"/>
        </w:rPr>
        <w:t>. Would it help if I sent a script for one video?</w:t>
      </w:r>
    </w:p>
    <w:p/>
    <w:p>
      <w:r>
        <w:rPr>
          <w:b w:val="0"/>
        </w:rPr>
        <w:t>Thanks,</w:t>
      </w:r>
    </w:p>
    <w:p>
      <w:r>
        <w:rPr>
          <w:b/>
        </w:rPr>
        <w:t>[Your name]</w:t>
      </w:r>
    </w:p>
    <w:p>
      <w:pPr>
        <w:pStyle w:val="Heading2"/>
      </w:pPr>
      <w:r>
        <w:t>UGC creator brief and deliverables template</w:t>
      </w:r>
    </w:p>
    <w:p>
      <w:r>
        <w:rPr>
          <w:b w:val="0"/>
        </w:rPr>
        <w:t xml:space="preserve">Brand: </w:t>
      </w:r>
      <w:r>
        <w:rPr>
          <w:b/>
        </w:rPr>
        <w:t>[Brand name]</w:t>
      </w:r>
    </w:p>
    <w:p>
      <w:r>
        <w:rPr>
          <w:b w:val="0"/>
        </w:rPr>
        <w:t xml:space="preserve">Product: </w:t>
      </w:r>
      <w:r>
        <w:rPr>
          <w:b/>
        </w:rPr>
        <w:t>[Product and variant]</w:t>
      </w:r>
    </w:p>
    <w:p>
      <w:r>
        <w:rPr>
          <w:b w:val="0"/>
        </w:rPr>
        <w:t xml:space="preserve">Goal: </w:t>
      </w:r>
      <w:r>
        <w:rPr>
          <w:b/>
        </w:rPr>
        <w:t>[e.g. paid social ad for new customers / product page demo]</w:t>
      </w:r>
    </w:p>
    <w:p>
      <w:r>
        <w:rPr>
          <w:b w:val="0"/>
        </w:rPr>
        <w:t xml:space="preserve">Audience: </w:t>
      </w:r>
      <w:r>
        <w:rPr>
          <w:b/>
        </w:rPr>
        <w:t>[Who the video is speaking to]</w:t>
      </w:r>
    </w:p>
    <w:p>
      <w:r>
        <w:rPr>
          <w:b w:val="0"/>
        </w:rPr>
        <w:t xml:space="preserve">Key message: </w:t>
      </w:r>
      <w:r>
        <w:rPr>
          <w:b/>
        </w:rPr>
        <w:t>[The one thing the viewer should take away]</w:t>
      </w:r>
    </w:p>
    <w:p>
      <w:r>
        <w:rPr>
          <w:b w:val="0"/>
        </w:rPr>
        <w:t xml:space="preserve">Must say or show: </w:t>
      </w:r>
      <w:r>
        <w:rPr>
          <w:b/>
        </w:rPr>
        <w:t>[Claims approved by the brand, product features, offer]</w:t>
      </w:r>
    </w:p>
    <w:p>
      <w:r>
        <w:rPr>
          <w:b w:val="0"/>
        </w:rPr>
        <w:t xml:space="preserve">Must not say: </w:t>
      </w:r>
      <w:r>
        <w:rPr>
          <w:b/>
        </w:rPr>
        <w:t>[Claims the brand can't support, competitor names]</w:t>
      </w:r>
    </w:p>
    <w:p>
      <w:r>
        <w:rPr>
          <w:b w:val="0"/>
        </w:rPr>
        <w:t xml:space="preserve">Deliverables: </w:t>
      </w:r>
      <w:r>
        <w:rPr>
          <w:b/>
        </w:rPr>
        <w:t>[Number]</w:t>
      </w:r>
      <w:r>
        <w:rPr>
          <w:b w:val="0"/>
        </w:rPr>
        <w:t xml:space="preserve"> videos, </w:t>
      </w:r>
      <w:r>
        <w:rPr>
          <w:b/>
        </w:rPr>
        <w:t>[length]</w:t>
      </w:r>
      <w:r>
        <w:rPr>
          <w:b w:val="0"/>
        </w:rPr>
        <w:t xml:space="preserve"> seconds each, </w:t>
      </w:r>
      <w:r>
        <w:rPr>
          <w:b/>
        </w:rPr>
        <w:t>[9:16 vertical]</w:t>
      </w:r>
      <w:r>
        <w:rPr>
          <w:b w:val="0"/>
        </w:rPr>
        <w:t xml:space="preserve">, </w:t>
      </w:r>
      <w:r>
        <w:rPr>
          <w:b/>
        </w:rPr>
        <w:t>[number]</w:t>
      </w:r>
      <w:r>
        <w:rPr>
          <w:b w:val="0"/>
        </w:rPr>
        <w:t xml:space="preserve"> alternate hooks per video</w:t>
      </w:r>
    </w:p>
    <w:p>
      <w:r>
        <w:rPr>
          <w:b w:val="0"/>
        </w:rPr>
        <w:t xml:space="preserve">Raw footage: </w:t>
      </w:r>
      <w:r>
        <w:rPr>
          <w:b/>
        </w:rPr>
        <w:t>[Included / not included]</w:t>
      </w:r>
    </w:p>
    <w:p>
      <w:r>
        <w:rPr>
          <w:b w:val="0"/>
        </w:rPr>
        <w:t xml:space="preserve">Usage rights: </w:t>
      </w:r>
      <w:r>
        <w:rPr>
          <w:b/>
        </w:rPr>
        <w:t>[Organic only / paid ads]</w:t>
      </w:r>
      <w:r>
        <w:rPr>
          <w:b w:val="0"/>
        </w:rPr>
        <w:t xml:space="preserve">, </w:t>
      </w:r>
      <w:r>
        <w:rPr>
          <w:b/>
        </w:rPr>
        <w:t>[platforms]</w:t>
      </w:r>
      <w:r>
        <w:rPr>
          <w:b w:val="0"/>
        </w:rPr>
        <w:t xml:space="preserve">, </w:t>
      </w:r>
      <w:r>
        <w:rPr>
          <w:b/>
        </w:rPr>
        <w:t>[duration: e.g. 3 months]</w:t>
      </w:r>
      <w:r>
        <w:rPr>
          <w:b w:val="0"/>
        </w:rPr>
        <w:t xml:space="preserve">, </w:t>
      </w:r>
      <w:r>
        <w:rPr>
          <w:b/>
        </w:rPr>
        <w:t>[whitelisting or Spark/partnership ad access: yes or no]</w:t>
      </w:r>
    </w:p>
    <w:p>
      <w:r>
        <w:rPr>
          <w:b w:val="0"/>
        </w:rPr>
        <w:t xml:space="preserve">Exclusivity: </w:t>
      </w:r>
      <w:r>
        <w:rPr>
          <w:b/>
        </w:rPr>
        <w:t>[None / no competing brands in category for period]</w:t>
      </w:r>
    </w:p>
    <w:p>
      <w:r>
        <w:rPr>
          <w:b w:val="0"/>
        </w:rPr>
        <w:t xml:space="preserve">Revisions: </w:t>
      </w:r>
      <w:r>
        <w:rPr>
          <w:b/>
        </w:rPr>
        <w:t>[Number]</w:t>
      </w:r>
      <w:r>
        <w:rPr>
          <w:b w:val="0"/>
        </w:rPr>
        <w:t xml:space="preserve"> rounds included</w:t>
      </w:r>
    </w:p>
    <w:p>
      <w:r>
        <w:rPr>
          <w:b w:val="0"/>
        </w:rPr>
        <w:t xml:space="preserve">Disclosure: </w:t>
      </w:r>
      <w:r>
        <w:rPr>
          <w:b/>
        </w:rPr>
        <w:t>[Who posts it, and how the material connection is disclosed]</w:t>
      </w:r>
    </w:p>
    <w:p>
      <w:r>
        <w:rPr>
          <w:b w:val="0"/>
        </w:rPr>
        <w:t xml:space="preserve">Deadline: </w:t>
      </w:r>
      <w:r>
        <w:rPr>
          <w:b/>
        </w:rPr>
        <w:t>[Date]</w:t>
      </w:r>
    </w:p>
    <w:p>
      <w:r>
        <w:rPr>
          <w:b w:val="0"/>
        </w:rPr>
        <w:t xml:space="preserve">Fee and payment terms: </w:t>
      </w:r>
      <w:r>
        <w:rPr>
          <w:b/>
        </w:rPr>
        <w:t>[Amount, deposit, net days]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