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Social Media Strategist Job Description: Agency, In-House and Senior Templates</w:t>
      </w:r>
    </w:p>
    <w:p>
      <w:r>
        <w:t>Templates from https://knowtheroom.ai/career-guides/social-media-strategist-job-description/ · Replace everything in [brackets].</w:t>
      </w:r>
    </w:p>
    <w:p>
      <w:pPr>
        <w:pStyle w:val="Heading2"/>
      </w:pPr>
      <w:r>
        <w:t>Agency social media strategist job description template</w:t>
      </w:r>
    </w:p>
    <w:p>
      <w:r>
        <w:rPr>
          <w:b w:val="0"/>
        </w:rPr>
        <w:t>Job title: Social Media Strategist</w:t>
      </w:r>
    </w:p>
    <w:p/>
    <w:p>
      <w:r>
        <w:rPr>
          <w:b w:val="0"/>
        </w:rPr>
        <w:t xml:space="preserve">About </w:t>
      </w:r>
      <w:r>
        <w:rPr>
          <w:b/>
        </w:rPr>
        <w:t>[Agency]</w:t>
      </w:r>
    </w:p>
    <w:p>
      <w:r>
        <w:rPr>
          <w:b/>
        </w:rPr>
        <w:t>[Two sentences: what kind of agency you are, the clients you work with and what you're known for.]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Social Media Strategist to shape how our clients show up on social. You'll work across </w:t>
      </w:r>
      <w:r>
        <w:rPr>
          <w:b/>
        </w:rPr>
        <w:t>[number]</w:t>
      </w:r>
      <w:r>
        <w:rPr>
          <w:b w:val="0"/>
        </w:rPr>
        <w:t xml:space="preserve"> accounts in </w:t>
      </w:r>
      <w:r>
        <w:rPr>
          <w:b/>
        </w:rPr>
        <w:t>[categories]</w:t>
      </w:r>
      <w:r>
        <w:rPr>
          <w:b w:val="0"/>
        </w:rPr>
        <w:t xml:space="preserve">, reporting to </w:t>
      </w:r>
      <w:r>
        <w:rPr>
          <w:b/>
        </w:rPr>
        <w:t>[Strategy Director / Head of Social]</w:t>
      </w:r>
      <w:r>
        <w:rPr>
          <w:b w:val="0"/>
        </w:rPr>
        <w:t>, alongside account, creative, creator and paid media teams.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Research each client's audience, category and competitors, including social listening in </w:t>
      </w:r>
      <w:r>
        <w:rPr>
          <w:b/>
        </w:rPr>
        <w:t>[tool]</w:t>
      </w:r>
      <w:r>
        <w:rPr>
          <w:b w:val="0"/>
        </w:rPr>
        <w:t>.</w:t>
      </w:r>
    </w:p>
    <w:p>
      <w:r>
        <w:rPr>
          <w:b w:val="0"/>
        </w:rPr>
        <w:t>- Write social strategies and channel plans: goals, platforms, content pillars, tone, creator and paid roles.</w:t>
      </w:r>
    </w:p>
    <w:p>
      <w:r>
        <w:rPr>
          <w:b w:val="0"/>
        </w:rPr>
        <w:t>- Turn strategy into clear briefs for creative, creator and paid teams.</w:t>
      </w:r>
    </w:p>
    <w:p>
      <w:r>
        <w:rPr>
          <w:b w:val="0"/>
        </w:rPr>
        <w:t>- Set KPIs with account and analytics teams, and lead monthly or quarterly reviews.</w:t>
      </w:r>
    </w:p>
    <w:p>
      <w:r>
        <w:rPr>
          <w:b w:val="0"/>
        </w:rPr>
        <w:t>- Present strategies and results to clients, and handle their questions and pushback.</w:t>
      </w:r>
    </w:p>
    <w:p>
      <w:r>
        <w:rPr>
          <w:b w:val="0"/>
        </w:rPr>
        <w:t>- Contribute to new business pitches with research and strategic ideas.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[3–5]</w:t>
      </w:r>
      <w:r>
        <w:rPr>
          <w:b w:val="0"/>
        </w:rPr>
        <w:t xml:space="preserve"> years in social, with at least </w:t>
      </w:r>
      <w:r>
        <w:rPr>
          <w:b/>
        </w:rPr>
        <w:t>[1–2]</w:t>
      </w:r>
      <w:r>
        <w:rPr>
          <w:b w:val="0"/>
        </w:rPr>
        <w:t xml:space="preserve"> years writing strategy that was carried out.</w:t>
      </w:r>
    </w:p>
    <w:p>
      <w:r>
        <w:rPr>
          <w:b w:val="0"/>
        </w:rPr>
        <w:t>- Examples of strategies you wrote and the results they led to.</w:t>
      </w:r>
    </w:p>
    <w:p>
      <w:r>
        <w:rPr>
          <w:b w:val="0"/>
        </w:rPr>
        <w:t>- Clear writing and confident presenting to clients.</w:t>
      </w:r>
    </w:p>
    <w:p>
      <w:r>
        <w:rPr>
          <w:b w:val="0"/>
        </w:rPr>
        <w:t xml:space="preserve">- Knowledge of </w:t>
      </w:r>
      <w:r>
        <w:rPr>
          <w:b/>
        </w:rPr>
        <w:t>[platforms]</w:t>
      </w:r>
      <w:r>
        <w:rPr>
          <w:b w:val="0"/>
        </w:rPr>
        <w:t xml:space="preserve"> and how creators and paid support organic work.</w:t>
      </w:r>
    </w:p>
    <w:p>
      <w:r>
        <w:rPr>
          <w:b w:val="0"/>
        </w:rPr>
        <w:t>- Comfort with analytics, listening tools and spreadsheets.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>- Strategies delivered on time and approved by clients.</w:t>
      </w:r>
    </w:p>
    <w:p>
      <w:r>
        <w:rPr>
          <w:b w:val="0"/>
        </w:rPr>
        <w:t>- Movement on each client's priority metrics.</w:t>
      </w:r>
    </w:p>
    <w:p>
      <w:r>
        <w:rPr>
          <w:b w:val="0"/>
        </w:rPr>
        <w:t>- Client satisfaction and retention on your accounts.</w:t>
      </w:r>
    </w:p>
    <w:p>
      <w:r>
        <w:rPr>
          <w:b w:val="0"/>
        </w:rPr>
        <w:t>- Contribution to pitches won.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In-house social media strategist job description template</w:t>
      </w:r>
    </w:p>
    <w:p>
      <w:r>
        <w:rPr>
          <w:b w:val="0"/>
        </w:rPr>
        <w:t>Job title: Social Media Strategist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to whom, and what social needs to do for the business this year.]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Social Media Strategist to set the direction for </w:t>
      </w:r>
      <w:r>
        <w:rPr>
          <w:b/>
        </w:rPr>
        <w:t>[brand]</w:t>
      </w:r>
      <w:r>
        <w:rPr>
          <w:b w:val="0"/>
        </w:rPr>
        <w:t xml:space="preserve">'s social channels. You'll report to </w:t>
      </w:r>
      <w:r>
        <w:rPr>
          <w:b/>
        </w:rPr>
        <w:t>[Head of Social / Brand Director]</w:t>
      </w:r>
      <w:r>
        <w:rPr>
          <w:b w:val="0"/>
        </w:rPr>
        <w:t xml:space="preserve"> and work with brand, product marketing, PR, customer care and our </w:t>
      </w:r>
      <w:r>
        <w:rPr>
          <w:b/>
        </w:rPr>
        <w:t>[agency / creator partners]</w:t>
      </w:r>
      <w:r>
        <w:rPr>
          <w:b w:val="0"/>
        </w:rPr>
        <w:t xml:space="preserve">. In your first 90 days you'll </w:t>
      </w:r>
      <w:r>
        <w:rPr>
          <w:b/>
        </w:rPr>
        <w:t>[one concrete goal, e.g. deliver an audience study and a 12-month social strategy]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Own the social strategy for </w:t>
      </w:r>
      <w:r>
        <w:rPr>
          <w:b/>
        </w:rPr>
        <w:t>[brand / product lines]</w:t>
      </w:r>
      <w:r>
        <w:rPr>
          <w:b w:val="0"/>
        </w:rPr>
        <w:t>: goals, audiences, platforms, content pillars and tone.</w:t>
      </w:r>
    </w:p>
    <w:p>
      <w:r>
        <w:rPr>
          <w:b w:val="0"/>
        </w:rPr>
        <w:t>- Plan social for launches and campaigns with brand and product marketing teams.</w:t>
      </w:r>
    </w:p>
    <w:p>
      <w:r>
        <w:rPr>
          <w:b w:val="0"/>
        </w:rPr>
        <w:t xml:space="preserve">- Brief and guide our </w:t>
      </w:r>
      <w:r>
        <w:rPr>
          <w:b/>
        </w:rPr>
        <w:t>[content team / agency / creators]</w:t>
      </w:r>
      <w:r>
        <w:rPr>
          <w:b w:val="0"/>
        </w:rPr>
        <w:t>, and review work against the strategy.</w:t>
      </w:r>
    </w:p>
    <w:p>
      <w:r>
        <w:rPr>
          <w:b w:val="0"/>
        </w:rPr>
        <w:t>- Run listening and competitor reviews, and share what the brand should act on.</w:t>
      </w:r>
    </w:p>
    <w:p>
      <w:r>
        <w:rPr>
          <w:b w:val="0"/>
        </w:rPr>
        <w:t>- Set the measurement plan and lead quarterly reviews with leadership.</w:t>
      </w:r>
    </w:p>
    <w:p>
      <w:r>
        <w:rPr>
          <w:b w:val="0"/>
        </w:rPr>
        <w:t>- Write the social playbook: voice, response guidelines and escalation paths.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[4–6]</w:t>
      </w:r>
      <w:r>
        <w:rPr>
          <w:b w:val="0"/>
        </w:rPr>
        <w:t xml:space="preserve"> years in social, including strategy work you can walk us through.</w:t>
      </w:r>
    </w:p>
    <w:p>
      <w:r>
        <w:rPr>
          <w:b w:val="0"/>
        </w:rPr>
        <w:t>- Experience aligning social with brand, product and business goals.</w:t>
      </w:r>
    </w:p>
    <w:p>
      <w:r>
        <w:rPr>
          <w:b w:val="0"/>
        </w:rPr>
        <w:t>- Strong writing and presenting to senior stakeholders.</w:t>
      </w:r>
    </w:p>
    <w:p>
      <w:r>
        <w:rPr>
          <w:b w:val="0"/>
        </w:rPr>
        <w:t>- Comfort with analytics, listening and testing.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[Metric: e.g. growth in engaged audience on priority platforms]</w:t>
      </w:r>
    </w:p>
    <w:p>
      <w:r>
        <w:rPr>
          <w:b w:val="0"/>
        </w:rPr>
        <w:t xml:space="preserve">- </w:t>
      </w:r>
      <w:r>
        <w:rPr>
          <w:b/>
        </w:rPr>
        <w:t>[Metric: e.g. share of conversation in the category]</w:t>
      </w:r>
    </w:p>
    <w:p>
      <w:r>
        <w:rPr>
          <w:b w:val="0"/>
        </w:rPr>
        <w:t xml:space="preserve">- </w:t>
      </w:r>
      <w:r>
        <w:rPr>
          <w:b/>
        </w:rPr>
        <w:t>[Metric: e.g. traffic or sign-ups from social]</w:t>
      </w:r>
    </w:p>
    <w:p>
      <w:r>
        <w:rPr>
          <w:b w:val="0"/>
        </w:rPr>
        <w:t>- A strategy and playbook the wider team uses.</w:t>
      </w:r>
    </w:p>
    <w:p>
      <w:pPr>
        <w:pStyle w:val="Heading2"/>
      </w:pPr>
      <w:r>
        <w:t>Senior social media strategist job description template</w:t>
      </w:r>
    </w:p>
    <w:p>
      <w:r>
        <w:rPr>
          <w:b w:val="0"/>
        </w:rPr>
        <w:t>Job title: Senior Social Media Strategist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Senior Social Media Strategist to lead strategy for </w:t>
      </w:r>
      <w:r>
        <w:rPr>
          <w:b/>
        </w:rPr>
        <w:t>[our biggest clients / our brand portfolio]</w:t>
      </w:r>
      <w:r>
        <w:rPr>
          <w:b w:val="0"/>
        </w:rPr>
        <w:t xml:space="preserve">. You'll set the direction for social, mentor </w:t>
      </w:r>
      <w:r>
        <w:rPr>
          <w:b/>
        </w:rPr>
        <w:t>[number]</w:t>
      </w:r>
      <w:r>
        <w:rPr>
          <w:b w:val="0"/>
        </w:rPr>
        <w:t xml:space="preserve"> strategists and work closely with </w:t>
      </w:r>
      <w:r>
        <w:rPr>
          <w:b/>
        </w:rPr>
        <w:t>[creative, media and leadership]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Lead social strategy for </w:t>
      </w:r>
      <w:r>
        <w:rPr>
          <w:b/>
        </w:rPr>
        <w:t>[accounts / brands]</w:t>
      </w:r>
      <w:r>
        <w:rPr>
          <w:b w:val="0"/>
        </w:rPr>
        <w:t>, from research through measurement.</w:t>
      </w:r>
    </w:p>
    <w:p>
      <w:r>
        <w:rPr>
          <w:b w:val="0"/>
        </w:rPr>
        <w:t>- Shape how social fits with paid media, creators, PR and brand campaigns.</w:t>
      </w:r>
    </w:p>
    <w:p>
      <w:r>
        <w:rPr>
          <w:b w:val="0"/>
        </w:rPr>
        <w:t>- Review and raise the quality of strategies written by the team.</w:t>
      </w:r>
    </w:p>
    <w:p>
      <w:r>
        <w:rPr>
          <w:b w:val="0"/>
        </w:rPr>
        <w:t xml:space="preserve">- Present to </w:t>
      </w:r>
      <w:r>
        <w:rPr>
          <w:b/>
        </w:rPr>
        <w:t>[senior clients / executives]</w:t>
      </w:r>
      <w:r>
        <w:rPr>
          <w:b w:val="0"/>
        </w:rPr>
        <w:t xml:space="preserve"> and handle the hard questions.</w:t>
      </w:r>
    </w:p>
    <w:p>
      <w:r>
        <w:rPr>
          <w:b w:val="0"/>
        </w:rPr>
        <w:t>- Build the team's methods: research, briefs, measurement and testing.</w:t>
      </w:r>
    </w:p>
    <w:p>
      <w:r>
        <w:rPr>
          <w:b w:val="0"/>
        </w:rPr>
        <w:t xml:space="preserve">- </w:t>
      </w:r>
      <w:r>
        <w:rPr>
          <w:b/>
        </w:rPr>
        <w:t>[Agency: lead the social thinking on new business pitches.]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[6+]</w:t>
      </w:r>
      <w:r>
        <w:rPr>
          <w:b w:val="0"/>
        </w:rPr>
        <w:t xml:space="preserve"> years in social, with strategies you led from idea to results.</w:t>
      </w:r>
    </w:p>
    <w:p>
      <w:r>
        <w:rPr>
          <w:b w:val="0"/>
        </w:rPr>
        <w:t>- Experience mentoring or managing strategists.</w:t>
      </w:r>
    </w:p>
    <w:p>
      <w:r>
        <w:rPr>
          <w:b w:val="0"/>
        </w:rPr>
        <w:t>- Confident presenting and a clear point of view.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