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Specialist Job Description: Templates by Focus</w:t>
      </w:r>
    </w:p>
    <w:p>
      <w:r>
        <w:t>Templates from https://knowtheroom.ai/career-guides/social-media-specialist-job-description/ · Replace everything in [brackets].</w:t>
      </w:r>
    </w:p>
    <w:p>
      <w:pPr>
        <w:pStyle w:val="Heading2"/>
      </w:pPr>
      <w:r>
        <w:t>Organic social media specialist job description template</w:t>
      </w:r>
    </w:p>
    <w:p>
      <w:r>
        <w:rPr>
          <w:b w:val="0"/>
        </w:rPr>
        <w:t>Job title: Social Media Specialist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what social media does for the brand.]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Social Media Specialist to plan, create and publish content for </w:t>
      </w:r>
      <w:r>
        <w:rPr>
          <w:b/>
        </w:rPr>
        <w:t>[platforms, e.g. Instagram, TikTok, LinkedIn, YouTube Shorts]</w:t>
      </w:r>
      <w:r>
        <w:rPr>
          <w:b w:val="0"/>
        </w:rPr>
        <w:t xml:space="preserve">. You'll report to </w:t>
      </w:r>
      <w:r>
        <w:rPr>
          <w:b/>
        </w:rPr>
        <w:t>[title]</w:t>
      </w:r>
      <w:r>
        <w:rPr>
          <w:b w:val="0"/>
        </w:rPr>
        <w:t xml:space="preserve"> and work with </w:t>
      </w:r>
      <w:r>
        <w:rPr>
          <w:b/>
        </w:rPr>
        <w:t>[creative / brand / PR / product marketing]</w:t>
      </w:r>
      <w:r>
        <w:rPr>
          <w:b w:val="0"/>
        </w:rPr>
        <w:t>. In your first 90 days you'll [one concrete goal, e.g. launch a weekly short-form series and own the monthly content calendar].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Plan and run the content calendar for </w:t>
      </w:r>
      <w:r>
        <w:rPr>
          <w:b/>
        </w:rPr>
        <w:t>[platforms]</w:t>
      </w:r>
      <w:r>
        <w:rPr>
          <w:b w:val="0"/>
        </w:rPr>
        <w:t>, tied to our campaigns and launches.</w:t>
      </w:r>
    </w:p>
    <w:p>
      <w:r>
        <w:rPr>
          <w:b w:val="0"/>
        </w:rPr>
        <w:t>- Write, shoot and edit short-form video and posts, or brief designers and editors.</w:t>
      </w:r>
    </w:p>
    <w:p>
      <w:r>
        <w:rPr>
          <w:b w:val="0"/>
        </w:rPr>
        <w:t>- Spot trends, formats and conversations the brand can join, and move fast on the good ones.</w:t>
      </w:r>
    </w:p>
    <w:p>
      <w:r>
        <w:rPr>
          <w:b w:val="0"/>
        </w:rPr>
        <w:t xml:space="preserve">- Publish and schedule with </w:t>
      </w:r>
      <w:r>
        <w:rPr>
          <w:b/>
        </w:rPr>
        <w:t>[tool]</w:t>
      </w:r>
      <w:r>
        <w:rPr>
          <w:b w:val="0"/>
        </w:rPr>
        <w:t>, and adapt each post for its platform.</w:t>
      </w:r>
    </w:p>
    <w:p>
      <w:r>
        <w:rPr>
          <w:b w:val="0"/>
        </w:rPr>
        <w:t xml:space="preserve">- Work with </w:t>
      </w:r>
      <w:r>
        <w:rPr>
          <w:b/>
        </w:rPr>
        <w:t>[creators / employees / customers]</w:t>
      </w:r>
      <w:r>
        <w:rPr>
          <w:b w:val="0"/>
        </w:rPr>
        <w:t xml:space="preserve"> on content, including tracking and disclosure.</w:t>
      </w:r>
    </w:p>
    <w:p>
      <w:r>
        <w:rPr>
          <w:b w:val="0"/>
        </w:rPr>
        <w:t xml:space="preserve">- Report monthly on reach, engagement, saves, shares and </w:t>
      </w:r>
      <w:r>
        <w:rPr>
          <w:b/>
        </w:rPr>
        <w:t>[business metric]</w:t>
      </w:r>
      <w:r>
        <w:rPr>
          <w:b w:val="0"/>
        </w:rPr>
        <w:t>, and say what you'll change.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[2–4]</w:t>
      </w:r>
      <w:r>
        <w:rPr>
          <w:b w:val="0"/>
        </w:rPr>
        <w:t xml:space="preserve"> years running social for a brand, an agency or your own projects.</w:t>
      </w:r>
    </w:p>
    <w:p>
      <w:r>
        <w:rPr>
          <w:b w:val="0"/>
        </w:rPr>
        <w:t>- A portfolio of posts or videos you made, with what they achieved.</w:t>
      </w:r>
    </w:p>
    <w:p>
      <w:r>
        <w:rPr>
          <w:b w:val="0"/>
        </w:rPr>
        <w:t>- Short-form video skills: concepts, shooting, editing and on-screen text.</w:t>
      </w:r>
    </w:p>
    <w:p>
      <w:r>
        <w:rPr>
          <w:b w:val="0"/>
        </w:rPr>
        <w:t>- Strong, quick writing that can switch between brand voices.</w:t>
      </w:r>
    </w:p>
    <w:p>
      <w:r>
        <w:rPr>
          <w:b w:val="0"/>
        </w:rPr>
        <w:t xml:space="preserve">- Comfort with native analytics and </w:t>
      </w:r>
      <w:r>
        <w:rPr>
          <w:b/>
        </w:rPr>
        <w:t>[scheduling / listening tool]</w:t>
      </w:r>
      <w:r>
        <w:rPr>
          <w:b w:val="0"/>
        </w:rPr>
        <w:t>.</w:t>
      </w:r>
    </w:p>
    <w:p/>
    <w:p>
      <w:r>
        <w:rPr>
          <w:b w:val="0"/>
        </w:rPr>
        <w:t>Nice to have</w:t>
      </w:r>
    </w:p>
    <w:p>
      <w:r>
        <w:rPr>
          <w:b w:val="0"/>
        </w:rPr>
        <w:t xml:space="preserve">- Experience with </w:t>
      </w:r>
      <w:r>
        <w:rPr>
          <w:b/>
        </w:rPr>
        <w:t>[platform or format]</w:t>
      </w:r>
      <w:r>
        <w:rPr>
          <w:b w:val="0"/>
        </w:rPr>
        <w:t>.</w:t>
      </w:r>
    </w:p>
    <w:p>
      <w:r>
        <w:rPr>
          <w:b w:val="0"/>
        </w:rPr>
        <w:t>- Paid social basics: boosting, audiences and simple tests.</w:t>
      </w:r>
    </w:p>
    <w:p>
      <w:r>
        <w:rPr>
          <w:b w:val="0"/>
        </w:rPr>
        <w:t xml:space="preserve">- Experience in </w:t>
      </w:r>
      <w:r>
        <w:rPr>
          <w:b/>
        </w:rPr>
        <w:t>[industry]</w:t>
      </w:r>
      <w:r>
        <w:rPr>
          <w:b w:val="0"/>
        </w:rPr>
        <w:t>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[Metric: e.g. engagement rate or saves and shares per post on priority platforms]</w:t>
      </w:r>
    </w:p>
    <w:p>
      <w:r>
        <w:rPr>
          <w:b w:val="0"/>
        </w:rPr>
        <w:t xml:space="preserve">- </w:t>
      </w:r>
      <w:r>
        <w:rPr>
          <w:b/>
        </w:rPr>
        <w:t>[Metric: e.g. growth in reach or followers]</w:t>
      </w:r>
    </w:p>
    <w:p>
      <w:r>
        <w:rPr>
          <w:b w:val="0"/>
        </w:rPr>
        <w:t xml:space="preserve">- </w:t>
      </w:r>
      <w:r>
        <w:rPr>
          <w:b/>
        </w:rPr>
        <w:t>[Metric: e.g. traffic or sign-ups from social]</w:t>
      </w:r>
    </w:p>
    <w:p>
      <w:r>
        <w:rPr>
          <w:b w:val="0"/>
        </w:rPr>
        <w:t xml:space="preserve">- </w:t>
      </w:r>
      <w:r>
        <w:rPr>
          <w:b/>
        </w:rPr>
        <w:t>[Metric: e.g. on-time delivery of the content calendar]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Paid social media specialist job description template</w:t>
      </w:r>
    </w:p>
    <w:p>
      <w:r>
        <w:rPr>
          <w:b w:val="0"/>
        </w:rPr>
        <w:t>Job title: Paid Social Specialist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Paid Social Specialist to run our advertising on </w:t>
      </w:r>
      <w:r>
        <w:rPr>
          <w:b/>
        </w:rPr>
        <w:t>[Meta / TikTok / LinkedIn / Pinterest / Snapchat]</w:t>
      </w:r>
      <w:r>
        <w:rPr>
          <w:b w:val="0"/>
        </w:rPr>
        <w:t xml:space="preserve">, with a monthly budget of about </w:t>
      </w:r>
      <w:r>
        <w:rPr>
          <w:b/>
        </w:rPr>
        <w:t>[range]</w:t>
      </w:r>
      <w:r>
        <w:rPr>
          <w:b w:val="0"/>
        </w:rPr>
        <w:t xml:space="preserve">. You'll report to </w:t>
      </w:r>
      <w:r>
        <w:rPr>
          <w:b/>
        </w:rPr>
        <w:t>[title]</w:t>
      </w:r>
      <w:r>
        <w:rPr>
          <w:b w:val="0"/>
        </w:rPr>
        <w:t xml:space="preserve"> and work with </w:t>
      </w:r>
      <w:r>
        <w:rPr>
          <w:b/>
        </w:rPr>
        <w:t>[creative / growth / analytics]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Build, launch and optimize campaigns across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[goal: e.g. sales, leads, app installs]</w:t>
      </w:r>
      <w:r>
        <w:rPr>
          <w:b w:val="0"/>
        </w:rPr>
        <w:t>.</w:t>
      </w:r>
    </w:p>
    <w:p>
      <w:r>
        <w:rPr>
          <w:b w:val="0"/>
        </w:rPr>
        <w:t>- Plan audiences, placements and budgets, and shift spend toward what's working.</w:t>
      </w:r>
    </w:p>
    <w:p>
      <w:r>
        <w:rPr>
          <w:b w:val="0"/>
        </w:rPr>
        <w:t>- Write ad copy and brief creative; test hooks, formats and offers.</w:t>
      </w:r>
    </w:p>
    <w:p>
      <w:r>
        <w:rPr>
          <w:b w:val="0"/>
        </w:rPr>
        <w:t xml:space="preserve">- Set up and check tracking with </w:t>
      </w:r>
      <w:r>
        <w:rPr>
          <w:b/>
        </w:rPr>
        <w:t>[analytics tool]</w:t>
      </w:r>
      <w:r>
        <w:rPr>
          <w:b w:val="0"/>
        </w:rPr>
        <w:t xml:space="preserve"> and the platforms' own measurement.</w:t>
      </w:r>
    </w:p>
    <w:p>
      <w:r>
        <w:rPr>
          <w:b w:val="0"/>
        </w:rPr>
        <w:t xml:space="preserve">- Report weekly on spend, </w:t>
      </w:r>
      <w:r>
        <w:rPr>
          <w:b/>
        </w:rPr>
        <w:t>[CPA / ROAS / CPL]</w:t>
      </w:r>
      <w:r>
        <w:rPr>
          <w:b w:val="0"/>
        </w:rPr>
        <w:t xml:space="preserve"> and what you're testing next.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[2–4]</w:t>
      </w:r>
      <w:r>
        <w:rPr>
          <w:b w:val="0"/>
        </w:rPr>
        <w:t xml:space="preserve"> years managing paid social budgets.</w:t>
      </w:r>
    </w:p>
    <w:p>
      <w:r>
        <w:rPr>
          <w:b w:val="0"/>
        </w:rPr>
        <w:t xml:space="preserve">- Hands-on experience in </w:t>
      </w:r>
      <w:r>
        <w:rPr>
          <w:b/>
        </w:rPr>
        <w:t>[ads managers named in the posting]</w:t>
      </w:r>
      <w:r>
        <w:rPr>
          <w:b w:val="0"/>
        </w:rPr>
        <w:t>.</w:t>
      </w:r>
    </w:p>
    <w:p>
      <w:r>
        <w:rPr>
          <w:b w:val="0"/>
        </w:rPr>
        <w:t>- A clear way of deciding what to test and when to stop.</w:t>
      </w:r>
    </w:p>
    <w:p>
      <w:r>
        <w:rPr>
          <w:b w:val="0"/>
        </w:rPr>
        <w:t>- Comfort with spreadsheets and attribution basics.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[Metric: e.g. cost per acquisition against target]</w:t>
      </w:r>
    </w:p>
    <w:p>
      <w:r>
        <w:rPr>
          <w:b w:val="0"/>
        </w:rPr>
        <w:t xml:space="preserve">- </w:t>
      </w:r>
      <w:r>
        <w:rPr>
          <w:b/>
        </w:rPr>
        <w:t>[Metric: e.g. return on ad spend]</w:t>
      </w:r>
    </w:p>
    <w:p>
      <w:r>
        <w:rPr>
          <w:b w:val="0"/>
        </w:rPr>
        <w:t xml:space="preserve">- </w:t>
      </w:r>
      <w:r>
        <w:rPr>
          <w:b/>
        </w:rPr>
        <w:t>[Metric: e.g. number of creative tests shipped each month]</w:t>
      </w:r>
    </w:p>
    <w:p>
      <w:pPr>
        <w:pStyle w:val="Heading2"/>
      </w:pPr>
      <w:r>
        <w:t>Community-focused social media specialist job description template</w:t>
      </w:r>
    </w:p>
    <w:p>
      <w:r>
        <w:rPr>
          <w:b w:val="0"/>
        </w:rPr>
        <w:t>Job title: Social Media and Community Specialist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Social Media and Community Specialist to look after the people who talk to us on </w:t>
      </w:r>
      <w:r>
        <w:rPr>
          <w:b/>
        </w:rPr>
        <w:t>[platforms]</w:t>
      </w:r>
      <w:r>
        <w:rPr>
          <w:b w:val="0"/>
        </w:rPr>
        <w:t xml:space="preserve">. You'll answer comments and messages, keep our spaces healthy and turn what people say into ideas for the team. You'll report to </w:t>
      </w:r>
      <w:r>
        <w:rPr>
          <w:b/>
        </w:rPr>
        <w:t>[title]</w:t>
      </w:r>
      <w:r>
        <w:rPr>
          <w:b w:val="0"/>
        </w:rPr>
        <w:t xml:space="preserve"> and work closely with </w:t>
      </w:r>
      <w:r>
        <w:rPr>
          <w:b/>
        </w:rPr>
        <w:t>[customer support / product / PR]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Respond to comments and messages within </w:t>
      </w:r>
      <w:r>
        <w:rPr>
          <w:b/>
        </w:rPr>
        <w:t>[time]</w:t>
      </w:r>
      <w:r>
        <w:rPr>
          <w:b w:val="0"/>
        </w:rPr>
        <w:t>, in our brand voice.</w:t>
      </w:r>
    </w:p>
    <w:p>
      <w:r>
        <w:rPr>
          <w:b w:val="0"/>
        </w:rPr>
        <w:t xml:space="preserve">- Moderate </w:t>
      </w:r>
      <w:r>
        <w:rPr>
          <w:b/>
        </w:rPr>
        <w:t>[channels / groups / Discord / forum]</w:t>
      </w:r>
      <w:r>
        <w:rPr>
          <w:b w:val="0"/>
        </w:rPr>
        <w:t xml:space="preserve"> using our guidelines.</w:t>
      </w:r>
    </w:p>
    <w:p>
      <w:r>
        <w:rPr>
          <w:b w:val="0"/>
        </w:rPr>
        <w:t xml:space="preserve">- Escalate customer, safety and reputation issues to </w:t>
      </w:r>
      <w:r>
        <w:rPr>
          <w:b/>
        </w:rPr>
        <w:t>[team]</w:t>
      </w:r>
      <w:r>
        <w:rPr>
          <w:b w:val="0"/>
        </w:rPr>
        <w:t xml:space="preserve"> using our process.</w:t>
      </w:r>
    </w:p>
    <w:p>
      <w:r>
        <w:rPr>
          <w:b w:val="0"/>
        </w:rPr>
        <w:t xml:space="preserve">- Run </w:t>
      </w:r>
      <w:r>
        <w:rPr>
          <w:b/>
        </w:rPr>
        <w:t>[advocacy / ambassador / UGC]</w:t>
      </w:r>
      <w:r>
        <w:rPr>
          <w:b w:val="0"/>
        </w:rPr>
        <w:t xml:space="preserve"> programs and feature community content with permission.</w:t>
      </w:r>
    </w:p>
    <w:p>
      <w:r>
        <w:rPr>
          <w:b w:val="0"/>
        </w:rPr>
        <w:t>- Report monthly on volume, response time, sentiment and the themes people raise.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[1–3]</w:t>
      </w:r>
      <w:r>
        <w:rPr>
          <w:b w:val="0"/>
        </w:rPr>
        <w:t xml:space="preserve"> years in social, community or customer-facing roles.</w:t>
      </w:r>
    </w:p>
    <w:p>
      <w:r>
        <w:rPr>
          <w:b w:val="0"/>
        </w:rPr>
        <w:t>- Calm judgment and a warm, clear writing style.</w:t>
      </w:r>
    </w:p>
    <w:p>
      <w:r>
        <w:rPr>
          <w:b w:val="0"/>
        </w:rPr>
        <w:t xml:space="preserve">- Experience with </w:t>
      </w:r>
      <w:r>
        <w:rPr>
          <w:b/>
        </w:rPr>
        <w:t>[social inbox / listening tool]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