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Manager Resume: Sections, Bullet Examples and Skills</w:t>
      </w:r>
    </w:p>
    <w:p>
      <w:r>
        <w:t>Templates from https://knowtheroom.ai/career-guides/social-media-manager-resume/ · Replace everything in [brackets].</w:t>
      </w:r>
    </w:p>
    <w:p>
      <w:pPr>
        <w:pStyle w:val="Heading2"/>
      </w:pPr>
      <w:r>
        <w:t>How do you write a social media manager resume summary?</w:t>
      </w:r>
    </w:p>
    <w:p>
      <w:r>
        <w:rPr>
          <w:b w:val="0"/>
        </w:rPr>
        <w:t xml:space="preserve">Social media manager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[type of brand: consumer apps, beauty, B2B software]</w:t>
      </w:r>
      <w:r>
        <w:rPr>
          <w:b w:val="0"/>
        </w:rPr>
        <w:t xml:space="preserve">. Built </w:t>
      </w:r>
      <w:r>
        <w:rPr>
          <w:b/>
        </w:rPr>
        <w:t>[program: a creator program, a short-form video series, a community]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 xml:space="preserve">. Strongest at </w:t>
      </w:r>
      <w:r>
        <w:rPr>
          <w:b/>
        </w:rPr>
        <w:t>[specialty: short-form video, community management, paid social, social listening]</w:t>
      </w:r>
      <w:r>
        <w:rPr>
          <w:b w:val="0"/>
        </w:rPr>
        <w:t>.</w:t>
      </w:r>
    </w:p>
    <w:p>
      <w:pPr>
        <w:pStyle w:val="Heading2"/>
      </w:pPr>
      <w:r>
        <w:t>How do you write a social media manager resume summary?</w:t>
      </w:r>
    </w:p>
    <w:p>
      <w:r>
        <w:rPr>
          <w:b w:val="0"/>
        </w:rPr>
        <w:t xml:space="preserve">Social media coordinator moving into a manager role. Ran day-to-day publishing for </w:t>
      </w:r>
      <w:r>
        <w:rPr>
          <w:b/>
        </w:rPr>
        <w:t>[brand]</w:t>
      </w:r>
      <w:r>
        <w:rPr>
          <w:b w:val="0"/>
        </w:rPr>
        <w:t xml:space="preserve"> across </w:t>
      </w:r>
      <w:r>
        <w:rPr>
          <w:b/>
        </w:rPr>
        <w:t>[platforms]</w:t>
      </w:r>
      <w:r>
        <w:rPr>
          <w:b w:val="0"/>
        </w:rPr>
        <w:t xml:space="preserve">, wrote and edited </w:t>
      </w:r>
      <w:r>
        <w:rPr>
          <w:b/>
        </w:rPr>
        <w:t>[type of content]</w:t>
      </w:r>
      <w:r>
        <w:rPr>
          <w:b w:val="0"/>
        </w:rPr>
        <w:t xml:space="preserve">, and </w:t>
      </w:r>
      <w:r>
        <w:rPr>
          <w:b/>
        </w:rPr>
        <w:t>[result: grew a channel, launched a new one, cut response times]</w:t>
      </w:r>
      <w:r>
        <w:rPr>
          <w:b w:val="0"/>
        </w:rPr>
        <w:t>.</w:t>
      </w:r>
    </w:p>
    <w:p>
      <w:pPr>
        <w:pStyle w:val="Heading2"/>
      </w:pPr>
      <w:r>
        <w:t>What makes a strong social media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did]</w:t>
      </w:r>
      <w:r>
        <w:rPr>
          <w:b w:val="0"/>
        </w:rPr>
        <w:t xml:space="preserve"> by </w:t>
      </w:r>
      <w:r>
        <w:rPr>
          <w:b/>
        </w:rPr>
        <w:t>[how]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 over </w:t>
      </w:r>
      <w:r>
        <w:rPr>
          <w:b/>
        </w:rPr>
        <w:t>[time period]</w:t>
      </w:r>
      <w:r>
        <w:rPr>
          <w:b w:val="0"/>
        </w:rPr>
        <w:t>.</w:t>
      </w:r>
    </w:p>
    <w:p>
      <w:pPr>
        <w:pStyle w:val="Heading2"/>
      </w:pPr>
      <w:r>
        <w:t>Coordinator or entry level</w:t>
      </w:r>
    </w:p>
    <w:p>
      <w:r>
        <w:rPr>
          <w:b w:val="0"/>
        </w:rPr>
        <w:t xml:space="preserve">- Scheduled and published </w:t>
      </w:r>
      <w:r>
        <w:rPr>
          <w:b/>
        </w:rPr>
        <w:t>[number]</w:t>
      </w:r>
      <w:r>
        <w:rPr>
          <w:b w:val="0"/>
        </w:rPr>
        <w:t xml:space="preserve"> posts a week across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[brand]</w:t>
      </w:r>
      <w:r>
        <w:rPr>
          <w:b w:val="0"/>
        </w:rPr>
        <w:t xml:space="preserve">, keeping the calendar on track through </w:t>
      </w:r>
      <w:r>
        <w:rPr>
          <w:b/>
        </w:rPr>
        <w:t>[launch or season]</w:t>
      </w:r>
      <w:r>
        <w:rPr>
          <w:b w:val="0"/>
        </w:rPr>
        <w:t>.</w:t>
      </w:r>
    </w:p>
    <w:p>
      <w:r>
        <w:rPr>
          <w:b w:val="0"/>
        </w:rPr>
        <w:t xml:space="preserve">- Wrote captions and community replies in the brand voice, cutting average response time from </w:t>
      </w:r>
      <w:r>
        <w:rPr>
          <w:b/>
        </w:rPr>
        <w:t>[time]</w:t>
      </w:r>
      <w:r>
        <w:rPr>
          <w:b w:val="0"/>
        </w:rPr>
        <w:t xml:space="preserve"> to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Pulled the weekly performance report from </w:t>
      </w:r>
      <w:r>
        <w:rPr>
          <w:b/>
        </w:rPr>
        <w:t>[tool]</w:t>
      </w:r>
      <w:r>
        <w:rPr>
          <w:b w:val="0"/>
        </w:rPr>
        <w:t xml:space="preserve"> and flagged </w:t>
      </w:r>
      <w:r>
        <w:rPr>
          <w:b/>
        </w:rPr>
        <w:t>[insight]</w:t>
      </w:r>
      <w:r>
        <w:rPr>
          <w:b w:val="0"/>
        </w:rPr>
        <w:t xml:space="preserve"> that the team used to </w:t>
      </w:r>
      <w:r>
        <w:rPr>
          <w:b/>
        </w:rPr>
        <w:t>[change]</w:t>
      </w:r>
      <w:r>
        <w:rPr>
          <w:b w:val="0"/>
        </w:rPr>
        <w:t>.</w:t>
      </w:r>
    </w:p>
    <w:p>
      <w:r>
        <w:rPr>
          <w:b w:val="0"/>
        </w:rPr>
        <w:t xml:space="preserve">- Filmed and edited </w:t>
      </w:r>
      <w:r>
        <w:rPr>
          <w:b/>
        </w:rPr>
        <w:t>[type of video]</w:t>
      </w:r>
      <w:r>
        <w:rPr>
          <w:b w:val="0"/>
        </w:rPr>
        <w:t xml:space="preserve"> on </w:t>
      </w:r>
      <w:r>
        <w:rPr>
          <w:b/>
        </w:rPr>
        <w:t>[tool]</w:t>
      </w:r>
      <w:r>
        <w:rPr>
          <w:b w:val="0"/>
        </w:rPr>
        <w:t xml:space="preserve">, including </w:t>
      </w:r>
      <w:r>
        <w:rPr>
          <w:b/>
        </w:rPr>
        <w:t>[post or series]</w:t>
      </w:r>
      <w:r>
        <w:rPr>
          <w:b w:val="0"/>
        </w:rPr>
        <w:t xml:space="preserve"> that reached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Social media manager</w:t>
      </w:r>
    </w:p>
    <w:p>
      <w:r>
        <w:rPr>
          <w:b w:val="0"/>
        </w:rPr>
        <w:t xml:space="preserve">- Rebuilt </w:t>
      </w:r>
      <w:r>
        <w:rPr>
          <w:b/>
        </w:rPr>
        <w:t>[brand]</w:t>
      </w:r>
      <w:r>
        <w:rPr>
          <w:b w:val="0"/>
        </w:rPr>
        <w:t xml:space="preserve">'s </w:t>
      </w:r>
      <w:r>
        <w:rPr>
          <w:b/>
        </w:rPr>
        <w:t>[platform]</w:t>
      </w:r>
      <w:r>
        <w:rPr>
          <w:b w:val="0"/>
        </w:rPr>
        <w:t xml:space="preserve"> strategy around </w:t>
      </w:r>
      <w:r>
        <w:rPr>
          <w:b/>
        </w:rPr>
        <w:t>[format or theme]</w:t>
      </w:r>
      <w:r>
        <w:rPr>
          <w:b w:val="0"/>
        </w:rPr>
        <w:t xml:space="preserve">, growing </w:t>
      </w:r>
      <w:r>
        <w:rPr>
          <w:b/>
        </w:rPr>
        <w:t>[metric]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Launched </w:t>
      </w:r>
      <w:r>
        <w:rPr>
          <w:b/>
        </w:rPr>
        <w:t>[series or program]</w:t>
      </w:r>
      <w:r>
        <w:rPr>
          <w:b w:val="0"/>
        </w:rPr>
        <w:t xml:space="preserve">, which became the channel's </w:t>
      </w:r>
      <w:r>
        <w:rPr>
          <w:b/>
        </w:rPr>
        <w:t>[top-performing format / main source of new followers]</w:t>
      </w:r>
      <w:r>
        <w:rPr>
          <w:b w:val="0"/>
        </w:rPr>
        <w:t>.</w:t>
      </w:r>
    </w:p>
    <w:p>
      <w:r>
        <w:rPr>
          <w:b w:val="0"/>
        </w:rPr>
        <w:t xml:space="preserve">- Ran a creator program with </w:t>
      </w:r>
      <w:r>
        <w:rPr>
          <w:b/>
        </w:rPr>
        <w:t>[number]</w:t>
      </w:r>
      <w:r>
        <w:rPr>
          <w:b w:val="0"/>
        </w:rPr>
        <w:t xml:space="preserve"> creators, producing </w:t>
      </w:r>
      <w:r>
        <w:rPr>
          <w:b/>
        </w:rPr>
        <w:t>[content volume]</w:t>
      </w:r>
      <w:r>
        <w:rPr>
          <w:b w:val="0"/>
        </w:rPr>
        <w:t xml:space="preserve"> and </w:t>
      </w:r>
      <w:r>
        <w:rPr>
          <w:b/>
        </w:rPr>
        <w:t>[result: sales, sign-ups, reach]</w:t>
      </w:r>
      <w:r>
        <w:rPr>
          <w:b w:val="0"/>
        </w:rPr>
        <w:t>.</w:t>
      </w:r>
    </w:p>
    <w:p>
      <w:r>
        <w:rPr>
          <w:b w:val="0"/>
        </w:rPr>
        <w:t xml:space="preserve">- Managed a </w:t>
      </w:r>
      <w:r>
        <w:rPr>
          <w:b/>
        </w:rPr>
        <w:t>[budget size]</w:t>
      </w:r>
      <w:r>
        <w:rPr>
          <w:b w:val="0"/>
        </w:rPr>
        <w:t xml:space="preserve"> paid social budget across </w:t>
      </w:r>
      <w:r>
        <w:rPr>
          <w:b/>
        </w:rPr>
        <w:t>[platforms]</w:t>
      </w:r>
      <w:r>
        <w:rPr>
          <w:b w:val="0"/>
        </w:rPr>
        <w:t xml:space="preserve">, lowering </w:t>
      </w:r>
      <w:r>
        <w:rPr>
          <w:b/>
        </w:rPr>
        <w:t>[cost metric]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 xml:space="preserve"> through </w:t>
      </w:r>
      <w:r>
        <w:rPr>
          <w:b/>
        </w:rPr>
        <w:t>[testing approach]</w:t>
      </w:r>
      <w:r>
        <w:rPr>
          <w:b w:val="0"/>
        </w:rPr>
        <w:t>.</w:t>
      </w:r>
    </w:p>
    <w:p>
      <w:r>
        <w:rPr>
          <w:b w:val="0"/>
        </w:rPr>
        <w:t xml:space="preserve">- Set up social listening in </w:t>
      </w:r>
      <w:r>
        <w:rPr>
          <w:b/>
        </w:rPr>
        <w:t>[tool]</w:t>
      </w:r>
      <w:r>
        <w:rPr>
          <w:b w:val="0"/>
        </w:rPr>
        <w:t xml:space="preserve"> and turned findings into </w:t>
      </w:r>
      <w:r>
        <w:rPr>
          <w:b/>
        </w:rPr>
        <w:t>[action: a product fix, a campaign, a response plan]</w:t>
      </w:r>
      <w:r>
        <w:rPr>
          <w:b w:val="0"/>
        </w:rPr>
        <w:t>.</w:t>
      </w:r>
    </w:p>
    <w:p>
      <w:pPr>
        <w:pStyle w:val="Heading2"/>
      </w:pPr>
      <w:r>
        <w:t>Senior or head of social</w:t>
      </w:r>
    </w:p>
    <w:p>
      <w:r>
        <w:rPr>
          <w:b w:val="0"/>
        </w:rPr>
        <w:t xml:space="preserve">- Led a team of </w:t>
      </w:r>
      <w:r>
        <w:rPr>
          <w:b/>
        </w:rPr>
        <w:t>[number]</w:t>
      </w:r>
      <w:r>
        <w:rPr>
          <w:b w:val="0"/>
        </w:rPr>
        <w:t xml:space="preserve"> across content, community and paid, owning social for </w:t>
      </w:r>
      <w:r>
        <w:rPr>
          <w:b/>
        </w:rPr>
        <w:t>[brand or region]</w:t>
      </w:r>
      <w:r>
        <w:rPr>
          <w:b w:val="0"/>
        </w:rPr>
        <w:t>.</w:t>
      </w:r>
    </w:p>
    <w:p>
      <w:r>
        <w:rPr>
          <w:b w:val="0"/>
        </w:rPr>
        <w:t xml:space="preserve">- Set the social strategy for </w:t>
      </w:r>
      <w:r>
        <w:rPr>
          <w:b/>
        </w:rPr>
        <w:t>[business goal]</w:t>
      </w:r>
      <w:r>
        <w:rPr>
          <w:b w:val="0"/>
        </w:rPr>
        <w:t xml:space="preserve">, tying channel metrics to </w:t>
      </w:r>
      <w:r>
        <w:rPr>
          <w:b/>
        </w:rPr>
        <w:t>[revenue / pipeline / app installs]</w:t>
      </w:r>
      <w:r>
        <w:rPr>
          <w:b w:val="0"/>
        </w:rPr>
        <w:t xml:space="preserve"> in the team's reporting.</w:t>
      </w:r>
    </w:p>
    <w:p>
      <w:r>
        <w:rPr>
          <w:b w:val="0"/>
        </w:rPr>
        <w:t xml:space="preserve">- Moved </w:t>
      </w:r>
      <w:r>
        <w:rPr>
          <w:b/>
        </w:rPr>
        <w:t>[percentage or share]</w:t>
      </w:r>
      <w:r>
        <w:rPr>
          <w:b w:val="0"/>
        </w:rPr>
        <w:t xml:space="preserve"> of production in-house, cutting </w:t>
      </w:r>
      <w:r>
        <w:rPr>
          <w:b/>
        </w:rPr>
        <w:t>[cost or turnaround]</w:t>
      </w:r>
      <w:r>
        <w:rPr>
          <w:b w:val="0"/>
        </w:rPr>
        <w:t xml:space="preserve"> while raising </w:t>
      </w:r>
      <w:r>
        <w:rPr>
          <w:b/>
        </w:rPr>
        <w:t>[quality metric]</w:t>
      </w:r>
      <w:r>
        <w:rPr>
          <w:b w:val="0"/>
        </w:rPr>
        <w:t>.</w:t>
      </w:r>
    </w:p>
    <w:p>
      <w:r>
        <w:rPr>
          <w:b w:val="0"/>
        </w:rPr>
        <w:t xml:space="preserve">- Built the brand's crisis and escalation process with </w:t>
      </w:r>
      <w:r>
        <w:rPr>
          <w:b/>
        </w:rPr>
        <w:t>[legal, PR, support]</w:t>
      </w:r>
      <w:r>
        <w:rPr>
          <w:b w:val="0"/>
        </w:rPr>
        <w:t xml:space="preserve">, used during </w:t>
      </w:r>
      <w:r>
        <w:rPr>
          <w:b/>
        </w:rPr>
        <w:t>[situation]</w:t>
      </w:r>
      <w:r>
        <w:rPr>
          <w:b w:val="0"/>
        </w:rPr>
        <w:t>.</w:t>
      </w:r>
    </w:p>
    <w:p>
      <w:r>
        <w:rPr>
          <w:b w:val="0"/>
        </w:rPr>
        <w:t xml:space="preserve">- Presented social results to </w:t>
      </w:r>
      <w:r>
        <w:rPr>
          <w:b/>
        </w:rPr>
        <w:t>[audience: the CMO, the executive team]</w:t>
      </w:r>
      <w:r>
        <w:rPr>
          <w:b w:val="0"/>
        </w:rPr>
        <w:t xml:space="preserve"> each </w:t>
      </w:r>
      <w:r>
        <w:rPr>
          <w:b/>
        </w:rPr>
        <w:t>[quarter]</w:t>
      </w:r>
      <w:r>
        <w:rPr>
          <w:b w:val="0"/>
        </w:rPr>
        <w:t xml:space="preserve">, securing </w:t>
      </w:r>
      <w:r>
        <w:rPr>
          <w:b/>
        </w:rPr>
        <w:t>[budget or headcount]</w:t>
      </w:r>
      <w:r>
        <w:rPr>
          <w:b w:val="0"/>
        </w:rPr>
        <w:t>.</w:t>
      </w:r>
    </w:p>
    <w:p>
      <w:pPr>
        <w:pStyle w:val="Heading2"/>
      </w:pPr>
      <w:r>
        <w:t>Social media manager resume template</w:t>
      </w:r>
    </w:p>
    <w:p>
      <w:r>
        <w:rPr>
          <w:b/>
        </w:rPr>
        <w:t>[Your name]</w:t>
      </w:r>
    </w:p>
    <w:p>
      <w:r>
        <w:rPr>
          <w:b/>
        </w:rPr>
        <w:t>[City, State]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Portfolio: </w:t>
      </w:r>
      <w:r>
        <w:rPr>
          <w:b/>
        </w:rPr>
        <w:t>[link]</w:t>
      </w:r>
    </w:p>
    <w:p/>
    <w:p>
      <w:r>
        <w:rPr>
          <w:b w:val="0"/>
        </w:rPr>
        <w:t>SUMMARY</w:t>
      </w:r>
    </w:p>
    <w:p>
      <w:r>
        <w:rPr>
          <w:b w:val="0"/>
        </w:rPr>
        <w:t xml:space="preserve">Social media manager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[type of brand]</w:t>
      </w:r>
      <w:r>
        <w:rPr>
          <w:b w:val="0"/>
        </w:rPr>
        <w:t xml:space="preserve">. Built </w:t>
      </w:r>
      <w:r>
        <w:rPr>
          <w:b/>
        </w:rPr>
        <w:t>[program]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 xml:space="preserve">. Strongest at </w:t>
      </w:r>
      <w:r>
        <w:rPr>
          <w:b/>
        </w:rPr>
        <w:t>[specialty]</w:t>
      </w:r>
      <w:r>
        <w:rPr>
          <w:b w:val="0"/>
        </w:rPr>
        <w:t>.</w:t>
      </w:r>
    </w:p>
    <w:p/>
    <w:p>
      <w:r>
        <w:rPr>
          <w:b w:val="0"/>
        </w:rPr>
        <w:t>EXPERIENCE</w:t>
      </w:r>
    </w:p>
    <w:p>
      <w:r>
        <w:rPr>
          <w:b/>
        </w:rPr>
        <w:t>[Job title]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[City or Remote]</w:t>
      </w:r>
      <w:r>
        <w:rPr>
          <w:b w:val="0"/>
        </w:rPr>
        <w:t xml:space="preserve"> · </w:t>
      </w:r>
      <w:r>
        <w:rPr>
          <w:b/>
        </w:rPr>
        <w:t>[Month Year]</w:t>
      </w:r>
      <w:r>
        <w:rPr>
          <w:b w:val="0"/>
        </w:rPr>
        <w:t xml:space="preserve"> to </w:t>
      </w:r>
      <w:r>
        <w:rPr>
          <w:b/>
        </w:rPr>
        <w:t>[Month Year or Present]</w:t>
      </w:r>
    </w:p>
    <w:p>
      <w:r>
        <w:rPr>
          <w:b w:val="0"/>
        </w:rPr>
        <w:t xml:space="preserve">- </w:t>
      </w:r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did]</w:t>
      </w:r>
      <w:r>
        <w:rPr>
          <w:b w:val="0"/>
        </w:rPr>
        <w:t xml:space="preserve"> by </w:t>
      </w:r>
      <w:r>
        <w:rPr>
          <w:b/>
        </w:rPr>
        <w:t>[how]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 over </w:t>
      </w:r>
      <w:r>
        <w:rPr>
          <w:b/>
        </w:rPr>
        <w:t>[time period]</w:t>
      </w:r>
      <w:r>
        <w:rPr>
          <w:b w:val="0"/>
        </w:rPr>
        <w:t>.</w:t>
      </w:r>
    </w:p>
    <w:p>
      <w:r>
        <w:rPr>
          <w:b w:val="0"/>
        </w:rPr>
        <w:t xml:space="preserve">- Launched </w:t>
      </w:r>
      <w:r>
        <w:rPr>
          <w:b/>
        </w:rPr>
        <w:t>[channel or series]</w:t>
      </w:r>
      <w:r>
        <w:rPr>
          <w:b w:val="0"/>
        </w:rPr>
        <w:t xml:space="preserve"> on </w:t>
      </w:r>
      <w:r>
        <w:rPr>
          <w:b/>
        </w:rPr>
        <w:t>[platform]</w:t>
      </w:r>
      <w:r>
        <w:rPr>
          <w:b w:val="0"/>
        </w:rPr>
        <w:t xml:space="preserve">; [result, e.g. reached </w:t>
      </w:r>
      <w:r>
        <w:rPr>
          <w:b/>
        </w:rPr>
        <w:t>[number]</w:t>
      </w:r>
      <w:r>
        <w:rPr>
          <w:b w:val="0"/>
        </w:rPr>
        <w:t xml:space="preserve"> views or became the brand's top source of </w:t>
      </w:r>
      <w:r>
        <w:rPr>
          <w:b/>
        </w:rPr>
        <w:t>[metric]</w:t>
      </w:r>
      <w:r>
        <w:rPr>
          <w:b w:val="0"/>
        </w:rPr>
        <w:t>].</w:t>
      </w:r>
    </w:p>
    <w:p>
      <w:r>
        <w:rPr>
          <w:b w:val="0"/>
        </w:rPr>
        <w:t xml:space="preserve">- Managed </w:t>
      </w:r>
      <w:r>
        <w:rPr>
          <w:b/>
        </w:rPr>
        <w:t>[content calendar / community / creator program]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[posts per week / creators]</w:t>
      </w:r>
      <w:r>
        <w:rPr>
          <w:b w:val="0"/>
        </w:rPr>
        <w:t xml:space="preserve">, cutting </w:t>
      </w:r>
      <w:r>
        <w:rPr>
          <w:b/>
        </w:rPr>
        <w:t>[turnaround / response time]</w:t>
      </w:r>
      <w:r>
        <w:rPr>
          <w:b w:val="0"/>
        </w:rPr>
        <w:t xml:space="preserve"> from [x] to [y].</w:t>
      </w:r>
    </w:p>
    <w:p>
      <w:r>
        <w:rPr>
          <w:b w:val="0"/>
        </w:rPr>
        <w:t xml:space="preserve">- Partnered with </w:t>
      </w:r>
      <w:r>
        <w:rPr>
          <w:b/>
        </w:rPr>
        <w:t>[paid / product / PR]</w:t>
      </w:r>
      <w:r>
        <w:rPr>
          <w:b w:val="0"/>
        </w:rPr>
        <w:t xml:space="preserve"> to </w:t>
      </w:r>
      <w:r>
        <w:rPr>
          <w:b/>
        </w:rPr>
        <w:t>[project]</w:t>
      </w:r>
      <w:r>
        <w:rPr>
          <w:b w:val="0"/>
        </w:rPr>
        <w:t xml:space="preserve">, driving </w:t>
      </w:r>
      <w:r>
        <w:rPr>
          <w:b/>
        </w:rPr>
        <w:t>[traffic / sign-ups / sales]</w:t>
      </w:r>
      <w:r>
        <w:rPr>
          <w:b w:val="0"/>
        </w:rPr>
        <w:t xml:space="preserve"> of </w:t>
      </w:r>
      <w:r>
        <w:rPr>
          <w:b/>
        </w:rPr>
        <w:t>[number]</w:t>
      </w:r>
      <w:r>
        <w:rPr>
          <w:b w:val="0"/>
        </w:rPr>
        <w:t>.</w:t>
      </w:r>
    </w:p>
    <w:p/>
    <w:p>
      <w:r>
        <w:rPr>
          <w:b/>
        </w:rPr>
        <w:t>[Previous job title]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[dates]</w:t>
      </w:r>
    </w:p>
    <w:p>
      <w:r>
        <w:rPr>
          <w:b w:val="0"/>
        </w:rPr>
        <w:t xml:space="preserve">- </w:t>
      </w:r>
      <w:r>
        <w:rPr>
          <w:b/>
        </w:rPr>
        <w:t>[Two or three bullets in the same shape]</w:t>
      </w:r>
    </w:p>
    <w:p/>
    <w:p>
      <w:r>
        <w:rPr>
          <w:b w:val="0"/>
        </w:rPr>
        <w:t>SKILLS</w:t>
      </w:r>
    </w:p>
    <w:p>
      <w:r>
        <w:rPr>
          <w:b w:val="0"/>
        </w:rPr>
        <w:t xml:space="preserve">Platforms: </w:t>
      </w:r>
      <w:r>
        <w:rPr>
          <w:b/>
        </w:rPr>
        <w:t>[Instagram, TikTok, LinkedIn, YouTube, Pinterest, X]</w:t>
      </w:r>
    </w:p>
    <w:p>
      <w:r>
        <w:rPr>
          <w:b w:val="0"/>
        </w:rPr>
        <w:t xml:space="preserve">Tools: </w:t>
      </w:r>
      <w:r>
        <w:rPr>
          <w:b/>
        </w:rPr>
        <w:t>[scheduling tool]</w:t>
      </w:r>
      <w:r>
        <w:rPr>
          <w:b w:val="0"/>
        </w:rPr>
        <w:t xml:space="preserve">, </w:t>
      </w:r>
      <w:r>
        <w:rPr>
          <w:b/>
        </w:rPr>
        <w:t>[analytics tool]</w:t>
      </w:r>
      <w:r>
        <w:rPr>
          <w:b w:val="0"/>
        </w:rPr>
        <w:t xml:space="preserve">, </w:t>
      </w:r>
      <w:r>
        <w:rPr>
          <w:b/>
        </w:rPr>
        <w:t>[editing tool]</w:t>
      </w:r>
      <w:r>
        <w:rPr>
          <w:b w:val="0"/>
        </w:rPr>
        <w:t xml:space="preserve">, </w:t>
      </w:r>
      <w:r>
        <w:rPr>
          <w:b/>
        </w:rPr>
        <w:t>[social listening tool]</w:t>
      </w:r>
    </w:p>
    <w:p>
      <w:r>
        <w:rPr>
          <w:b w:val="0"/>
        </w:rPr>
        <w:t xml:space="preserve">Craft: </w:t>
      </w:r>
      <w:r>
        <w:rPr>
          <w:b/>
        </w:rPr>
        <w:t>[short-form video, copywriting, community management, paid social, reporting]</w:t>
      </w:r>
    </w:p>
    <w:p/>
    <w:p>
      <w:r>
        <w:rPr>
          <w:b w:val="0"/>
        </w:rPr>
        <w:t>EDUCATION AND CERTIFICATIONS</w:t>
      </w:r>
    </w:p>
    <w:p>
      <w:r>
        <w:rPr>
          <w:b/>
        </w:rPr>
        <w:t>[Degree]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 · </w:t>
      </w:r>
      <w:r>
        <w:rPr>
          <w:b/>
        </w:rPr>
        <w:t>[Year]</w:t>
      </w:r>
    </w:p>
    <w:p>
      <w:r>
        <w:rPr>
          <w:b/>
        </w:rPr>
        <w:t>[Certification, e.g. Meta or HubSpot social media certificate]</w:t>
      </w:r>
      <w:r>
        <w:rPr>
          <w:b w:val="0"/>
        </w:rPr>
        <w:t xml:space="preserve"> · </w:t>
      </w:r>
      <w:r>
        <w:rPr>
          <w:b/>
        </w:rPr>
        <w:t>[Year]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