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Social Media Manager Portfolio: What to Include and How to Build One</w:t>
      </w:r>
    </w:p>
    <w:p>
      <w:r>
        <w:t>Templates from https://knowtheroom.ai/career-guides/social-media-manager-portfolio/ · Replace everything in [brackets].</w:t>
      </w:r>
    </w:p>
    <w:p>
      <w:pPr>
        <w:pStyle w:val="Heading2"/>
      </w:pPr>
      <w:r>
        <w:t>How do you write a social media case study?</w:t>
      </w:r>
    </w:p>
    <w:p>
      <w:r>
        <w:rPr>
          <w:b/>
        </w:rPr>
        <w:t>[Brand or account]</w:t>
      </w:r>
      <w:r>
        <w:rPr>
          <w:b w:val="0"/>
        </w:rPr>
        <w:t xml:space="preserve">: </w:t>
      </w:r>
      <w:r>
        <w:rPr>
          <w:b/>
        </w:rPr>
        <w:t>[one-line outcome, e.g. "Rebuilt TikTok around a weekly series"]</w:t>
      </w:r>
    </w:p>
    <w:p/>
    <w:p>
      <w:r>
        <w:rPr>
          <w:b w:val="0"/>
        </w:rPr>
        <w:t>The situation</w:t>
      </w:r>
    </w:p>
    <w:p>
      <w:r>
        <w:rPr>
          <w:b/>
        </w:rPr>
        <w:t>[Account size or stage, the problem: e.g. "Posting daily, reach falling, content repurposed from Instagram."]</w:t>
      </w:r>
    </w:p>
    <w:p/>
    <w:p>
      <w:r>
        <w:rPr>
          <w:b w:val="0"/>
        </w:rPr>
        <w:t>Goal</w:t>
      </w:r>
    </w:p>
    <w:p>
      <w:r>
        <w:rPr>
          <w:b/>
        </w:rPr>
        <w:t xml:space="preserve">[What success meant: e.g. "Grow reach among </w:t>
      </w:r>
      <w:r>
        <w:rPr>
          <w:b/>
        </w:rPr>
        <w:t>[audience]</w:t>
      </w:r>
      <w:r>
        <w:rPr>
          <w:b w:val="0"/>
        </w:rPr>
        <w:t xml:space="preserve"> and drive </w:t>
      </w:r>
      <w:r>
        <w:rPr>
          <w:b/>
        </w:rPr>
        <w:t>[sign-ups / store visits / sales]</w:t>
      </w:r>
      <w:r>
        <w:rPr>
          <w:b w:val="0"/>
        </w:rPr>
        <w:t>."]</w:t>
      </w:r>
    </w:p>
    <w:p/>
    <w:p>
      <w:r>
        <w:rPr>
          <w:b w:val="0"/>
        </w:rPr>
        <w:t>My role</w:t>
      </w:r>
    </w:p>
    <w:p>
      <w:r>
        <w:rPr>
          <w:b/>
        </w:rPr>
        <w:t>[Your title and what you owned. Name who else was involved: designer, editor, agency, creators.]</w:t>
      </w:r>
    </w:p>
    <w:p/>
    <w:p>
      <w:r>
        <w:rPr>
          <w:b w:val="0"/>
        </w:rPr>
        <w:t>What I did</w:t>
      </w:r>
    </w:p>
    <w:p>
      <w:r>
        <w:rPr>
          <w:b w:val="0"/>
        </w:rPr>
        <w:t xml:space="preserve">- [Decision 1 and why: e.g. "Cut posting to </w:t>
      </w:r>
      <w:r>
        <w:rPr>
          <w:b/>
        </w:rPr>
        <w:t>[number]</w:t>
      </w:r>
      <w:r>
        <w:rPr>
          <w:b w:val="0"/>
        </w:rPr>
        <w:t xml:space="preserve"> a week and started a recurring series because </w:t>
      </w:r>
      <w:r>
        <w:rPr>
          <w:b/>
        </w:rPr>
        <w:t>[reason]</w:t>
      </w:r>
      <w:r>
        <w:rPr>
          <w:b w:val="0"/>
        </w:rPr>
        <w:t>."]</w:t>
      </w:r>
    </w:p>
    <w:p>
      <w:r>
        <w:rPr>
          <w:b w:val="0"/>
        </w:rPr>
        <w:t xml:space="preserve">- </w:t>
      </w:r>
      <w:r>
        <w:rPr>
          <w:b/>
        </w:rPr>
        <w:t>[Decision 2 and why: e.g. "Opened every video on the product in use, not a logo."]</w:t>
      </w:r>
    </w:p>
    <w:p>
      <w:r>
        <w:rPr>
          <w:b w:val="0"/>
        </w:rPr>
        <w:t xml:space="preserve">- </w:t>
      </w:r>
      <w:r>
        <w:rPr>
          <w:b/>
        </w:rPr>
        <w:t>[Decision 3 and why: e.g. "Replied to top comments with videos."]</w:t>
      </w:r>
    </w:p>
    <w:p/>
    <w:p>
      <w:r>
        <w:rPr>
          <w:b w:val="0"/>
        </w:rPr>
        <w:t>Results</w:t>
      </w:r>
    </w:p>
    <w:p>
      <w:r>
        <w:rPr>
          <w:b/>
        </w:rPr>
        <w:t xml:space="preserve">[Metric, before and after, over what period: e.g. "Average views per video went from </w:t>
      </w:r>
      <w:r>
        <w:rPr>
          <w:b/>
        </w:rPr>
        <w:t>[number]</w:t>
      </w:r>
      <w:r>
        <w:rPr>
          <w:b w:val="0"/>
        </w:rPr>
        <w:t xml:space="preserve"> to </w:t>
      </w:r>
      <w:r>
        <w:rPr>
          <w:b/>
        </w:rPr>
        <w:t>[number]</w:t>
      </w:r>
      <w:r>
        <w:rPr>
          <w:b w:val="0"/>
        </w:rPr>
        <w:t xml:space="preserve"> over </w:t>
      </w:r>
      <w:r>
        <w:rPr>
          <w:b/>
        </w:rPr>
        <w:t>[weeks]</w:t>
      </w:r>
      <w:r>
        <w:rPr>
          <w:b w:val="0"/>
        </w:rPr>
        <w:t xml:space="preserve">; </w:t>
      </w:r>
      <w:r>
        <w:rPr>
          <w:b/>
        </w:rPr>
        <w:t>[number]</w:t>
      </w:r>
      <w:r>
        <w:rPr>
          <w:b w:val="0"/>
        </w:rPr>
        <w:t xml:space="preserve"> sign-ups tracked from link in bio."]</w:t>
      </w:r>
    </w:p>
    <w:p>
      <w:r>
        <w:rPr>
          <w:b/>
        </w:rPr>
        <w:t>[Screenshot of native analytics]</w:t>
      </w:r>
    </w:p>
    <w:p/>
    <w:p>
      <w:r>
        <w:rPr>
          <w:b w:val="0"/>
        </w:rPr>
        <w:t>What I'd do differently</w:t>
      </w:r>
    </w:p>
    <w:p>
      <w:r>
        <w:rPr>
          <w:b/>
        </w:rPr>
        <w:t>[One line.]</w:t>
      </w:r>
    </w:p>
    <w:p/>
    <w:p>
      <w:r>
        <w:rPr>
          <w:b/>
        </w:rPr>
        <w:t>[Two to four post screenshots or embedded videos]</w:t>
      </w:r>
    </w:p>
    <w:p>
      <w:pPr>
        <w:pStyle w:val="Heading2"/>
      </w:pPr>
      <w:r>
        <w:t>Social media manager portfolio examples</w:t>
      </w:r>
    </w:p>
    <w:p>
      <w:r>
        <w:rPr>
          <w:b/>
        </w:rPr>
        <w:t>[Your name]</w:t>
      </w:r>
      <w:r>
        <w:rPr>
          <w:b w:val="0"/>
        </w:rPr>
        <w:t>, Social Media Manager</w:t>
      </w:r>
    </w:p>
    <w:p>
      <w:r>
        <w:rPr>
          <w:b/>
        </w:rPr>
        <w:t>[One line: the brands and platforms you know best, e.g. "Short-form video and community for beauty and wellness brands"]</w:t>
      </w:r>
    </w:p>
    <w:p/>
    <w:p>
      <w:r>
        <w:rPr>
          <w:b w:val="0"/>
        </w:rPr>
        <w:t xml:space="preserve">Case study 1: </w:t>
      </w:r>
      <w:r>
        <w:rPr>
          <w:b/>
        </w:rPr>
        <w:t>[closest to the job]</w:t>
      </w:r>
    </w:p>
    <w:p>
      <w:r>
        <w:rPr>
          <w:b w:val="0"/>
        </w:rPr>
        <w:t xml:space="preserve">Case study 2: </w:t>
      </w:r>
      <w:r>
        <w:rPr>
          <w:b/>
        </w:rPr>
        <w:t>[a different platform or format]</w:t>
      </w:r>
    </w:p>
    <w:p>
      <w:r>
        <w:rPr>
          <w:b w:val="0"/>
        </w:rPr>
        <w:t xml:space="preserve">Case study 3: </w:t>
      </w:r>
      <w:r>
        <w:rPr>
          <w:b/>
        </w:rPr>
        <w:t>[a result tied to sales, sign-ups or traffic]</w:t>
      </w:r>
    </w:p>
    <w:p>
      <w:r>
        <w:rPr>
          <w:b w:val="0"/>
        </w:rPr>
        <w:t xml:space="preserve">Content gallery: </w:t>
      </w:r>
      <w:r>
        <w:rPr>
          <w:b/>
        </w:rPr>
        <w:t>[6-12 posts]</w:t>
      </w:r>
    </w:p>
    <w:p/>
    <w:p>
      <w:r>
        <w:rPr>
          <w:b w:val="0"/>
        </w:rPr>
        <w:t xml:space="preserve">Resume | LinkedIn | </w:t>
      </w:r>
      <w:r>
        <w:rPr>
          <w:b/>
        </w:rPr>
        <w:t>[email]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