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Social Media Internship: How to Get One and What You'll Do</w:t>
      </w:r>
    </w:p>
    <w:p>
      <w:r>
        <w:t>Templates from https://knowtheroom.ai/career-guides/social-media-internship/ · Replace everything in [brackets].</w:t>
      </w:r>
    </w:p>
    <w:p>
      <w:pPr>
        <w:pStyle w:val="Heading2"/>
      </w:pPr>
      <w:r>
        <w:t>Your resume</w:t>
      </w:r>
    </w:p>
    <w:p>
      <w:r>
        <w:rPr>
          <w:b w:val="0"/>
        </w:rPr>
        <w:t xml:space="preserve">Social Media Lead, </w:t>
      </w:r>
      <w:r>
        <w:rPr>
          <w:b/>
        </w:rPr>
        <w:t>[Club or organization]</w:t>
      </w:r>
      <w:r>
        <w:rPr>
          <w:b w:val="0"/>
        </w:rPr>
        <w:t xml:space="preserve">, </w:t>
      </w:r>
      <w:r>
        <w:rPr>
          <w:b/>
        </w:rPr>
        <w:t>[Dates]</w:t>
      </w:r>
    </w:p>
    <w:p>
      <w:r>
        <w:rPr>
          <w:b w:val="0"/>
        </w:rPr>
        <w:t xml:space="preserve">- Ran Instagram and TikTok for </w:t>
      </w:r>
      <w:r>
        <w:rPr>
          <w:b/>
        </w:rPr>
        <w:t>[club]</w:t>
      </w:r>
      <w:r>
        <w:rPr>
          <w:b w:val="0"/>
        </w:rPr>
        <w:t xml:space="preserve">, posting </w:t>
      </w:r>
      <w:r>
        <w:rPr>
          <w:b/>
        </w:rPr>
        <w:t>[number]</w:t>
      </w:r>
      <w:r>
        <w:rPr>
          <w:b w:val="0"/>
        </w:rPr>
        <w:t xml:space="preserve"> times a week.</w:t>
      </w:r>
    </w:p>
    <w:p>
      <w:r>
        <w:rPr>
          <w:b w:val="0"/>
        </w:rPr>
        <w:t xml:space="preserve">- Grew followers from </w:t>
      </w:r>
      <w:r>
        <w:rPr>
          <w:b/>
        </w:rPr>
        <w:t>[starting number]</w:t>
      </w:r>
      <w:r>
        <w:rPr>
          <w:b w:val="0"/>
        </w:rPr>
        <w:t xml:space="preserve"> to </w:t>
      </w:r>
      <w:r>
        <w:rPr>
          <w:b/>
        </w:rPr>
        <w:t>[ending number]</w:t>
      </w:r>
      <w:r>
        <w:rPr>
          <w:b w:val="0"/>
        </w:rPr>
        <w:t xml:space="preserve"> in </w:t>
      </w:r>
      <w:r>
        <w:rPr>
          <w:b/>
        </w:rPr>
        <w:t>[time]</w:t>
      </w:r>
      <w:r>
        <w:rPr>
          <w:b w:val="0"/>
        </w:rPr>
        <w:t xml:space="preserve"> by </w:t>
      </w:r>
      <w:r>
        <w:rPr>
          <w:b/>
        </w:rPr>
        <w:t>[what you changed]</w:t>
      </w:r>
      <w:r>
        <w:rPr>
          <w:b w:val="0"/>
        </w:rPr>
        <w:t>.</w:t>
      </w:r>
    </w:p>
    <w:p>
      <w:r>
        <w:rPr>
          <w:b w:val="0"/>
        </w:rPr>
        <w:t xml:space="preserve">- Made </w:t>
      </w:r>
      <w:r>
        <w:rPr>
          <w:b/>
        </w:rPr>
        <w:t>[number]</w:t>
      </w:r>
      <w:r>
        <w:rPr>
          <w:b w:val="0"/>
        </w:rPr>
        <w:t xml:space="preserve"> short videos in CapCut; the best reached </w:t>
      </w:r>
      <w:r>
        <w:rPr>
          <w:b/>
        </w:rPr>
        <w:t>[number]</w:t>
      </w:r>
      <w:r>
        <w:rPr>
          <w:b w:val="0"/>
        </w:rPr>
        <w:t xml:space="preserve"> views.</w:t>
      </w:r>
    </w:p>
    <w:p>
      <w:r>
        <w:rPr>
          <w:b w:val="0"/>
        </w:rPr>
        <w:t xml:space="preserve">- Promoted </w:t>
      </w:r>
      <w:r>
        <w:rPr>
          <w:b/>
        </w:rPr>
        <w:t>[event]</w:t>
      </w:r>
      <w:r>
        <w:rPr>
          <w:b w:val="0"/>
        </w:rPr>
        <w:t xml:space="preserve">; </w:t>
      </w:r>
      <w:r>
        <w:rPr>
          <w:b/>
        </w:rPr>
        <w:t>[number]</w:t>
      </w:r>
      <w:r>
        <w:rPr>
          <w:b w:val="0"/>
        </w:rPr>
        <w:t xml:space="preserve"> people signed up through the link in bio.</w:t>
      </w:r>
    </w:p>
    <w:p>
      <w:pPr>
        <w:pStyle w:val="Heading2"/>
      </w:pPr>
      <w:r>
        <w:t>Your cover letter</w:t>
      </w:r>
    </w:p>
    <w:p>
      <w:r>
        <w:rPr>
          <w:b w:val="0"/>
        </w:rPr>
        <w:t xml:space="preserve">Dear </w:t>
      </w:r>
      <w:r>
        <w:rPr>
          <w:b/>
        </w:rPr>
        <w:t>[Name, or "Hiring Team"]</w:t>
      </w:r>
      <w:r>
        <w:rPr>
          <w:b w:val="0"/>
        </w:rPr>
        <w:t>,</w:t>
      </w:r>
    </w:p>
    <w:p/>
    <w:p>
      <w:r>
        <w:rPr>
          <w:b w:val="0"/>
        </w:rPr>
        <w:t xml:space="preserve">I'm applying for the Social Media Intern role at </w:t>
      </w:r>
      <w:r>
        <w:rPr>
          <w:b/>
        </w:rPr>
        <w:t>[Company]</w:t>
      </w:r>
      <w:r>
        <w:rPr>
          <w:b w:val="0"/>
        </w:rPr>
        <w:t xml:space="preserve">. I've been following your </w:t>
      </w:r>
      <w:r>
        <w:rPr>
          <w:b/>
        </w:rPr>
        <w:t>[platform]</w:t>
      </w:r>
      <w:r>
        <w:rPr>
          <w:b w:val="0"/>
        </w:rPr>
        <w:t xml:space="preserve"> since </w:t>
      </w:r>
      <w:r>
        <w:rPr>
          <w:b/>
        </w:rPr>
        <w:t>[moment or campaign]</w:t>
      </w:r>
      <w:r>
        <w:rPr>
          <w:b w:val="0"/>
        </w:rPr>
        <w:t>, and I noticed [one specific observation: e.g. your Reels that answer customer questions get far more comments than product shots].</w:t>
      </w:r>
    </w:p>
    <w:p/>
    <w:p>
      <w:r>
        <w:rPr>
          <w:b w:val="0"/>
        </w:rPr>
        <w:t xml:space="preserve">For the past </w:t>
      </w:r>
      <w:r>
        <w:rPr>
          <w:b/>
        </w:rPr>
        <w:t>[time]</w:t>
      </w:r>
      <w:r>
        <w:rPr>
          <w:b w:val="0"/>
        </w:rPr>
        <w:t xml:space="preserve">, I've run </w:t>
      </w:r>
      <w:r>
        <w:rPr>
          <w:b/>
        </w:rPr>
        <w:t>[platform]</w:t>
      </w:r>
      <w:r>
        <w:rPr>
          <w:b w:val="0"/>
        </w:rPr>
        <w:t xml:space="preserve"> for </w:t>
      </w:r>
      <w:r>
        <w:rPr>
          <w:b/>
        </w:rPr>
        <w:t>[club / business / my own account]</w:t>
      </w:r>
      <w:r>
        <w:rPr>
          <w:b w:val="0"/>
        </w:rPr>
        <w:t xml:space="preserve">, posting </w:t>
      </w:r>
      <w:r>
        <w:rPr>
          <w:b/>
        </w:rPr>
        <w:t>[frequency]</w:t>
      </w:r>
      <w:r>
        <w:rPr>
          <w:b w:val="0"/>
        </w:rPr>
        <w:t xml:space="preserve">. I [one result or thing you learned: e.g. grew it from </w:t>
      </w:r>
      <w:r>
        <w:rPr>
          <w:b/>
        </w:rPr>
        <w:t>[starting number]</w:t>
      </w:r>
      <w:r>
        <w:rPr>
          <w:b w:val="0"/>
        </w:rPr>
        <w:t xml:space="preserve"> to </w:t>
      </w:r>
      <w:r>
        <w:rPr>
          <w:b/>
        </w:rPr>
        <w:t>[ending number]</w:t>
      </w:r>
      <w:r>
        <w:rPr>
          <w:b w:val="0"/>
        </w:rPr>
        <w:t xml:space="preserve"> followers by switching to short behind-the-scenes videos]. Examples are here: </w:t>
      </w:r>
      <w:r>
        <w:rPr>
          <w:b/>
        </w:rPr>
        <w:t>[link]</w:t>
      </w:r>
      <w:r>
        <w:rPr>
          <w:b w:val="0"/>
        </w:rPr>
        <w:t>.</w:t>
      </w:r>
    </w:p>
    <w:p/>
    <w:p>
      <w:r>
        <w:rPr>
          <w:b w:val="0"/>
        </w:rPr>
        <w:t xml:space="preserve">I'd love to help with </w:t>
      </w:r>
      <w:r>
        <w:rPr>
          <w:b/>
        </w:rPr>
        <w:t>[something from the posting: e.g. TikTok content and community replies]</w:t>
      </w:r>
      <w:r>
        <w:rPr>
          <w:b w:val="0"/>
        </w:rPr>
        <w:t xml:space="preserve">. I'm available </w:t>
      </w:r>
      <w:r>
        <w:rPr>
          <w:b/>
        </w:rPr>
        <w:t>[dates]</w:t>
      </w:r>
      <w:r>
        <w:rPr>
          <w:b w:val="0"/>
        </w:rPr>
        <w:t xml:space="preserve"> and can be in </w:t>
      </w:r>
      <w:r>
        <w:rPr>
          <w:b/>
        </w:rPr>
        <w:t>[city / remote]</w:t>
      </w:r>
      <w:r>
        <w:rPr>
          <w:b w:val="0"/>
        </w:rPr>
        <w:t>.</w:t>
      </w:r>
    </w:p>
    <w:p/>
    <w:p>
      <w:r>
        <w:rPr>
          <w:b w:val="0"/>
        </w:rPr>
        <w:t>Thank you,</w:t>
      </w:r>
    </w:p>
    <w:p>
      <w:r>
        <w:rPr>
          <w:b/>
        </w:rPr>
        <w:t>[Name]</w:t>
      </w:r>
    </w:p>
    <w:p>
      <w:r>
        <w:rPr>
          <w:b/>
        </w:rPr>
        <w:t>[Phone]</w:t>
      </w:r>
      <w:r>
        <w:rPr>
          <w:b w:val="0"/>
        </w:rPr>
        <w:t xml:space="preserve"> | </w:t>
      </w:r>
      <w:r>
        <w:rPr>
          <w:b/>
        </w:rPr>
        <w:t>[Portfolio link]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