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Social Media Coordinator Resume: Examples, Summary and Skills</w:t>
      </w:r>
    </w:p>
    <w:p>
      <w:r>
        <w:t>Templates from https://knowtheroom.ai/career-guides/social-media-coordinator-resume/ · Replace everything in [brackets].</w:t>
      </w:r>
    </w:p>
    <w:p>
      <w:pPr>
        <w:pStyle w:val="Heading2"/>
      </w:pPr>
      <w:r>
        <w:t>How do you write a social media coordinator resume summary?</w:t>
      </w:r>
    </w:p>
    <w:p>
      <w:r>
        <w:rPr>
          <w:b w:val="0"/>
        </w:rPr>
        <w:t xml:space="preserve">Social media coordinator with </w:t>
      </w:r>
      <w:r>
        <w:rPr>
          <w:b/>
        </w:rPr>
        <w:t>[number]</w:t>
      </w:r>
      <w:r>
        <w:rPr>
          <w:b w:val="0"/>
        </w:rPr>
        <w:t xml:space="preserve"> years running </w:t>
      </w:r>
      <w:r>
        <w:rPr>
          <w:b/>
        </w:rPr>
        <w:t>[platforms]</w:t>
      </w:r>
      <w:r>
        <w:rPr>
          <w:b w:val="0"/>
        </w:rPr>
        <w:t xml:space="preserve"> for </w:t>
      </w:r>
      <w:r>
        <w:rPr>
          <w:b/>
        </w:rPr>
        <w:t>[kind of brand]</w:t>
      </w:r>
      <w:r>
        <w:rPr>
          <w:b w:val="0"/>
        </w:rPr>
        <w:t xml:space="preserve">. Plan and post </w:t>
      </w:r>
      <w:r>
        <w:rPr>
          <w:b/>
        </w:rPr>
        <w:t>[number]</w:t>
      </w:r>
      <w:r>
        <w:rPr>
          <w:b w:val="0"/>
        </w:rPr>
        <w:t xml:space="preserve"> pieces a week, mostly </w:t>
      </w:r>
      <w:r>
        <w:rPr>
          <w:b/>
        </w:rPr>
        <w:t>[short video / carousels / stories]</w:t>
      </w:r>
      <w:r>
        <w:rPr>
          <w:b w:val="0"/>
        </w:rPr>
        <w:t xml:space="preserve">, and grew </w:t>
      </w:r>
      <w:r>
        <w:rPr>
          <w:b/>
        </w:rPr>
        <w:t>[account]</w:t>
      </w:r>
      <w:r>
        <w:rPr>
          <w:b w:val="0"/>
        </w:rPr>
        <w:t xml:space="preserve"> from [x] to [y] followers in </w:t>
      </w:r>
      <w:r>
        <w:rPr>
          <w:b/>
        </w:rPr>
        <w:t>[time]</w:t>
      </w:r>
      <w:r>
        <w:rPr>
          <w:b w:val="0"/>
        </w:rPr>
        <w:t>.</w:t>
      </w:r>
    </w:p>
    <w:p>
      <w:pPr>
        <w:pStyle w:val="Heading2"/>
      </w:pPr>
      <w:r>
        <w:t>How do you write a social media coordinator resume summary?</w:t>
      </w:r>
    </w:p>
    <w:p>
      <w:r>
        <w:rPr>
          <w:b w:val="0"/>
        </w:rPr>
        <w:t xml:space="preserve">Content-first social media coordinator who </w:t>
      </w:r>
      <w:r>
        <w:rPr>
          <w:b/>
        </w:rPr>
        <w:t>[films, edits and posts / writes and designs]</w:t>
      </w:r>
      <w:r>
        <w:rPr>
          <w:b w:val="0"/>
        </w:rPr>
        <w:t xml:space="preserve"> for </w:t>
      </w:r>
      <w:r>
        <w:rPr>
          <w:b/>
        </w:rPr>
        <w:t>[platforms]</w:t>
      </w:r>
      <w:r>
        <w:rPr>
          <w:b w:val="0"/>
        </w:rPr>
        <w:t xml:space="preserve">. Recent result: </w:t>
      </w:r>
      <w:r>
        <w:rPr>
          <w:b/>
        </w:rPr>
        <w:t>[post or series]</w:t>
      </w:r>
      <w:r>
        <w:rPr>
          <w:b w:val="0"/>
        </w:rPr>
        <w:t xml:space="preserve"> reached </w:t>
      </w:r>
      <w:r>
        <w:rPr>
          <w:b/>
        </w:rPr>
        <w:t>[number]</w:t>
      </w:r>
      <w:r>
        <w:rPr>
          <w:b w:val="0"/>
        </w:rPr>
        <w:t xml:space="preserve"> people with a [x]% engagement rate.</w:t>
      </w:r>
    </w:p>
    <w:p>
      <w:pPr>
        <w:pStyle w:val="Heading2"/>
      </w:pPr>
      <w:r>
        <w:t>Posting and content</w:t>
      </w:r>
    </w:p>
    <w:p>
      <w:r>
        <w:rPr>
          <w:b w:val="0"/>
        </w:rPr>
        <w:t xml:space="preserve">- Planned and posted </w:t>
      </w:r>
      <w:r>
        <w:rPr>
          <w:b/>
        </w:rPr>
        <w:t>[number]</w:t>
      </w:r>
      <w:r>
        <w:rPr>
          <w:b w:val="0"/>
        </w:rPr>
        <w:t xml:space="preserve"> pieces a week across </w:t>
      </w:r>
      <w:r>
        <w:rPr>
          <w:b/>
        </w:rPr>
        <w:t>[platforms]</w:t>
      </w:r>
      <w:r>
        <w:rPr>
          <w:b w:val="0"/>
        </w:rPr>
        <w:t xml:space="preserve">, growing followers from [x] to [y] in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Filmed and edited </w:t>
      </w:r>
      <w:r>
        <w:rPr>
          <w:b/>
        </w:rPr>
        <w:t>[number]</w:t>
      </w:r>
      <w:r>
        <w:rPr>
          <w:b w:val="0"/>
        </w:rPr>
        <w:t xml:space="preserve"> short videos a month in </w:t>
      </w:r>
      <w:r>
        <w:rPr>
          <w:b/>
        </w:rPr>
        <w:t>[CapCut / Premiere]</w:t>
      </w:r>
      <w:r>
        <w:rPr>
          <w:b w:val="0"/>
        </w:rPr>
        <w:t xml:space="preserve">; </w:t>
      </w:r>
      <w:r>
        <w:rPr>
          <w:b/>
        </w:rPr>
        <w:t>[video or series]</w:t>
      </w:r>
      <w:r>
        <w:rPr>
          <w:b w:val="0"/>
        </w:rPr>
        <w:t xml:space="preserve"> reached </w:t>
      </w:r>
      <w:r>
        <w:rPr>
          <w:b/>
        </w:rPr>
        <w:t>[number]</w:t>
      </w:r>
      <w:r>
        <w:rPr>
          <w:b w:val="0"/>
        </w:rPr>
        <w:t xml:space="preserve"> views.</w:t>
      </w:r>
    </w:p>
    <w:p>
      <w:r>
        <w:rPr>
          <w:b w:val="0"/>
        </w:rPr>
        <w:t xml:space="preserve">- Created graphics in </w:t>
      </w:r>
      <w:r>
        <w:rPr>
          <w:b/>
        </w:rPr>
        <w:t>[Canva / Figma]</w:t>
      </w:r>
      <w:r>
        <w:rPr>
          <w:b w:val="0"/>
        </w:rPr>
        <w:t xml:space="preserve"> for </w:t>
      </w:r>
      <w:r>
        <w:rPr>
          <w:b/>
        </w:rPr>
        <w:t>[number]</w:t>
      </w:r>
      <w:r>
        <w:rPr>
          <w:b w:val="0"/>
        </w:rPr>
        <w:t xml:space="preserve"> campaigns, keeping every post on brand.</w:t>
      </w:r>
    </w:p>
    <w:p>
      <w:pPr>
        <w:pStyle w:val="Heading2"/>
      </w:pPr>
      <w:r>
        <w:t>Community management</w:t>
      </w:r>
    </w:p>
    <w:p>
      <w:r>
        <w:rPr>
          <w:b w:val="0"/>
        </w:rPr>
        <w:t xml:space="preserve">- Replied to </w:t>
      </w:r>
      <w:r>
        <w:rPr>
          <w:b/>
        </w:rPr>
        <w:t>[number]</w:t>
      </w:r>
      <w:r>
        <w:rPr>
          <w:b w:val="0"/>
        </w:rPr>
        <w:t xml:space="preserve"> comments and messages a week, escalating </w:t>
      </w:r>
      <w:r>
        <w:rPr>
          <w:b/>
        </w:rPr>
        <w:t>[type of issue]</w:t>
      </w:r>
      <w:r>
        <w:rPr>
          <w:b w:val="0"/>
        </w:rPr>
        <w:t xml:space="preserve"> to </w:t>
      </w:r>
      <w:r>
        <w:rPr>
          <w:b/>
        </w:rPr>
        <w:t>[team]</w:t>
      </w:r>
      <w:r>
        <w:rPr>
          <w:b w:val="0"/>
        </w:rPr>
        <w:t xml:space="preserve"> within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Grew engagement rate from [x]% to [y]% by </w:t>
      </w:r>
      <w:r>
        <w:rPr>
          <w:b/>
        </w:rPr>
        <w:t>[change: posting times, prompts in captions, more replies]</w:t>
      </w:r>
      <w:r>
        <w:rPr>
          <w:b w:val="0"/>
        </w:rPr>
        <w:t>.</w:t>
      </w:r>
    </w:p>
    <w:p>
      <w:pPr>
        <w:pStyle w:val="Heading2"/>
      </w:pPr>
      <w:r>
        <w:t>Reporting and campaigns</w:t>
      </w:r>
    </w:p>
    <w:p>
      <w:r>
        <w:rPr>
          <w:b w:val="0"/>
        </w:rPr>
        <w:t xml:space="preserve">- Built a weekly report on </w:t>
      </w:r>
      <w:r>
        <w:rPr>
          <w:b/>
        </w:rPr>
        <w:t>[metrics]</w:t>
      </w:r>
      <w:r>
        <w:rPr>
          <w:b w:val="0"/>
        </w:rPr>
        <w:t xml:space="preserve"> for </w:t>
      </w:r>
      <w:r>
        <w:rPr>
          <w:b/>
        </w:rPr>
        <w:t>[manager / team]</w:t>
      </w:r>
      <w:r>
        <w:rPr>
          <w:b w:val="0"/>
        </w:rPr>
        <w:t xml:space="preserve"> and flagged the top formats each month.</w:t>
      </w:r>
    </w:p>
    <w:p>
      <w:r>
        <w:rPr>
          <w:b w:val="0"/>
        </w:rPr>
        <w:t xml:space="preserve">- Coordinated </w:t>
      </w:r>
      <w:r>
        <w:rPr>
          <w:b/>
        </w:rPr>
        <w:t>[number]</w:t>
      </w:r>
      <w:r>
        <w:rPr>
          <w:b w:val="0"/>
        </w:rPr>
        <w:t xml:space="preserve"> creator or partner posts for </w:t>
      </w:r>
      <w:r>
        <w:rPr>
          <w:b/>
        </w:rPr>
        <w:t>[campaign]</w:t>
      </w:r>
      <w:r>
        <w:rPr>
          <w:b w:val="0"/>
        </w:rPr>
        <w:t>, tracking deliverables and results.</w:t>
      </w:r>
    </w:p>
    <w:p>
      <w:pPr>
        <w:pStyle w:val="Heading2"/>
      </w:pPr>
      <w:r>
        <w:t>How do you write a social media coordinator resume with no experience?</w:t>
      </w:r>
    </w:p>
    <w:p>
      <w:r>
        <w:rPr>
          <w:b w:val="0"/>
        </w:rPr>
        <w:t xml:space="preserve">- Ran Instagram for </w:t>
      </w:r>
      <w:r>
        <w:rPr>
          <w:b/>
        </w:rPr>
        <w:t>[club or business]</w:t>
      </w:r>
      <w:r>
        <w:rPr>
          <w:b w:val="0"/>
        </w:rPr>
        <w:t xml:space="preserve"> for </w:t>
      </w:r>
      <w:r>
        <w:rPr>
          <w:b/>
        </w:rPr>
        <w:t>[time]</w:t>
      </w:r>
      <w:r>
        <w:rPr>
          <w:b w:val="0"/>
        </w:rPr>
        <w:t xml:space="preserve">, posting </w:t>
      </w:r>
      <w:r>
        <w:rPr>
          <w:b/>
        </w:rPr>
        <w:t>[number]</w:t>
      </w:r>
      <w:r>
        <w:rPr>
          <w:b w:val="0"/>
        </w:rPr>
        <w:t xml:space="preserve"> times a week and growing followers from [x] to [y].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