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Social Media Analyst: What the Job Is and How to Become One</w:t>
      </w:r>
    </w:p>
    <w:p>
      <w:r>
        <w:t>Templates from https://knowtheroom.ai/career-guides/social-media-analyst/ · Replace everything in [brackets].</w:t>
      </w:r>
    </w:p>
    <w:p>
      <w:pPr>
        <w:pStyle w:val="Heading2"/>
      </w:pPr>
      <w:r>
        <w:t>Social media analyst job description</w:t>
      </w:r>
    </w:p>
    <w:p>
      <w:r>
        <w:rPr>
          <w:b w:val="0"/>
        </w:rPr>
        <w:t>Job title: Social Media Analyst</w:t>
      </w:r>
    </w:p>
    <w:p/>
    <w:p>
      <w:r>
        <w:rPr>
          <w:b w:val="0"/>
        </w:rPr>
        <w:t xml:space="preserve">About </w:t>
      </w:r>
      <w:r>
        <w:rPr>
          <w:b/>
        </w:rPr>
        <w:t>[Company or Agency]</w:t>
      </w:r>
    </w:p>
    <w:p>
      <w:r>
        <w:rPr>
          <w:b/>
        </w:rPr>
        <w:t>[Two sentences: who you are and which brands or accounts the analyst will support.]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Social Media Analyst to measure our organic social, paid social and online conversation across </w:t>
      </w:r>
      <w:r>
        <w:rPr>
          <w:b/>
        </w:rPr>
        <w:t>[platforms: e.g. Instagram, TikTok, YouTube, LinkedIn, X, Reddit]</w:t>
      </w:r>
      <w:r>
        <w:rPr>
          <w:b w:val="0"/>
        </w:rPr>
        <w:t xml:space="preserve"> and turn it into clear recommendations. You'll report to </w:t>
      </w:r>
      <w:r>
        <w:rPr>
          <w:b/>
        </w:rPr>
        <w:t>[title]</w:t>
      </w:r>
      <w:r>
        <w:rPr>
          <w:b w:val="0"/>
        </w:rPr>
        <w:t xml:space="preserve"> and work closely with </w:t>
      </w:r>
      <w:r>
        <w:rPr>
          <w:b/>
        </w:rPr>
        <w:t>[social, paid media, PR, insights teams]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Build weekly and monthly performance reports and dashboards for </w:t>
      </w:r>
      <w:r>
        <w:rPr>
          <w:b/>
        </w:rPr>
        <w:t>[brands / accounts]</w:t>
      </w:r>
      <w:r>
        <w:rPr>
          <w:b w:val="0"/>
        </w:rPr>
        <w:t>.</w:t>
      </w:r>
    </w:p>
    <w:p>
      <w:r>
        <w:rPr>
          <w:b w:val="0"/>
        </w:rPr>
        <w:t xml:space="preserve">- Run social listening on the brand, products, competitors and category in </w:t>
      </w:r>
      <w:r>
        <w:rPr>
          <w:b/>
        </w:rPr>
        <w:t>[listening tool]</w:t>
      </w:r>
      <w:r>
        <w:rPr>
          <w:b w:val="0"/>
        </w:rPr>
        <w:t>.</w:t>
      </w:r>
    </w:p>
    <w:p>
      <w:r>
        <w:rPr>
          <w:b w:val="0"/>
        </w:rPr>
        <w:t xml:space="preserve">- Analyze content, formats, posting times and creators to find what drives </w:t>
      </w:r>
      <w:r>
        <w:rPr>
          <w:b/>
        </w:rPr>
        <w:t>[KPI: e.g. engagement rate, saves, shares, traffic]</w:t>
      </w:r>
      <w:r>
        <w:rPr>
          <w:b w:val="0"/>
        </w:rPr>
        <w:t>.</w:t>
      </w:r>
    </w:p>
    <w:p>
      <w:r>
        <w:rPr>
          <w:b w:val="0"/>
        </w:rPr>
        <w:t>- Track campaign and launch performance and write post-campaign readouts.</w:t>
      </w:r>
    </w:p>
    <w:p>
      <w:r>
        <w:rPr>
          <w:b w:val="0"/>
        </w:rPr>
        <w:t xml:space="preserve">- Benchmark our accounts against </w:t>
      </w:r>
      <w:r>
        <w:rPr>
          <w:b/>
        </w:rPr>
        <w:t>[competitors]</w:t>
      </w:r>
      <w:r>
        <w:rPr>
          <w:b w:val="0"/>
        </w:rPr>
        <w:t>.</w:t>
      </w:r>
    </w:p>
    <w:p>
      <w:r>
        <w:rPr>
          <w:b w:val="0"/>
        </w:rPr>
        <w:t xml:space="preserve">- Flag sudden changes in mention volume or sentiment to </w:t>
      </w:r>
      <w:r>
        <w:rPr>
          <w:b/>
        </w:rPr>
        <w:t>[social / PR / customer care]</w:t>
      </w:r>
      <w:r>
        <w:rPr>
          <w:b w:val="0"/>
        </w:rPr>
        <w:t>.</w:t>
      </w:r>
    </w:p>
    <w:p>
      <w:r>
        <w:rPr>
          <w:b w:val="0"/>
        </w:rPr>
        <w:t xml:space="preserve">- Present findings and recommendations to </w:t>
      </w:r>
      <w:r>
        <w:rPr>
          <w:b/>
        </w:rPr>
        <w:t>[teams / stakeholders]</w:t>
      </w:r>
      <w:r>
        <w:rPr>
          <w:b w:val="0"/>
        </w:rPr>
        <w:t>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social media, marketing analytics or insights.</w:t>
      </w:r>
    </w:p>
    <w:p>
      <w:r>
        <w:rPr>
          <w:b w:val="0"/>
        </w:rPr>
        <w:t xml:space="preserve">- Hands-on with native platform analytics and </w:t>
      </w:r>
      <w:r>
        <w:rPr>
          <w:b/>
        </w:rPr>
        <w:t>[scheduling / reporting tool]</w:t>
      </w:r>
      <w:r>
        <w:rPr>
          <w:b w:val="0"/>
        </w:rPr>
        <w:t>.</w:t>
      </w:r>
    </w:p>
    <w:p>
      <w:r>
        <w:rPr>
          <w:b w:val="0"/>
        </w:rPr>
        <w:t xml:space="preserve">- Experience with a social listening tool such as </w:t>
      </w:r>
      <w:r>
        <w:rPr>
          <w:b/>
        </w:rPr>
        <w:t>[tool]</w:t>
      </w:r>
      <w:r>
        <w:rPr>
          <w:b w:val="0"/>
        </w:rPr>
        <w:t>.</w:t>
      </w:r>
    </w:p>
    <w:p>
      <w:r>
        <w:rPr>
          <w:b w:val="0"/>
        </w:rPr>
        <w:t xml:space="preserve">- Strong spreadsheet skills; </w:t>
      </w:r>
      <w:r>
        <w:rPr>
          <w:b/>
        </w:rPr>
        <w:t>[SQL / dashboard tool]</w:t>
      </w:r>
      <w:r>
        <w:rPr>
          <w:b w:val="0"/>
        </w:rPr>
        <w:t xml:space="preserve"> a plus.</w:t>
      </w:r>
    </w:p>
    <w:p>
      <w:r>
        <w:rPr>
          <w:b w:val="0"/>
        </w:rPr>
        <w:t>- Clear writing: you can explain a chart in two sentences.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reports delivered on schedule and used in planning]</w:t>
      </w:r>
    </w:p>
    <w:p>
      <w:r>
        <w:rPr>
          <w:b w:val="0"/>
        </w:rPr>
        <w:t xml:space="preserve">- </w:t>
      </w:r>
      <w:r>
        <w:rPr>
          <w:b/>
        </w:rPr>
        <w:t>[Metric 2: e.g. recommendations adopted by the social team]</w:t>
      </w:r>
    </w:p>
    <w:p>
      <w:r>
        <w:rPr>
          <w:b w:val="0"/>
        </w:rPr>
        <w:t xml:space="preserve">- </w:t>
      </w:r>
      <w:r>
        <w:rPr>
          <w:b/>
        </w:rPr>
        <w:t>[Metric 3: e.g. issues spotted early through listening]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Analyzed </w:t>
      </w:r>
      <w:r>
        <w:rPr>
          <w:b/>
        </w:rPr>
        <w:t>[number]</w:t>
      </w:r>
      <w:r>
        <w:rPr>
          <w:b w:val="0"/>
        </w:rPr>
        <w:t xml:space="preserve"> months of </w:t>
      </w:r>
      <w:r>
        <w:rPr>
          <w:b/>
        </w:rPr>
        <w:t>[platform]</w:t>
      </w:r>
      <w:r>
        <w:rPr>
          <w:b w:val="0"/>
        </w:rPr>
        <w:t xml:space="preserve"> content for </w:t>
      </w:r>
      <w:r>
        <w:rPr>
          <w:b/>
        </w:rPr>
        <w:t>[brand]</w:t>
      </w:r>
      <w:r>
        <w:rPr>
          <w:b w:val="0"/>
        </w:rPr>
        <w:t xml:space="preserve">; found </w:t>
      </w:r>
      <w:r>
        <w:rPr>
          <w:b/>
        </w:rPr>
        <w:t>[format or theme]</w:t>
      </w:r>
      <w:r>
        <w:rPr>
          <w:b w:val="0"/>
        </w:rPr>
        <w:t xml:space="preserve"> outperformed the account average on </w:t>
      </w:r>
      <w:r>
        <w:rPr>
          <w:b/>
        </w:rPr>
        <w:t>[metric]</w:t>
      </w:r>
      <w:r>
        <w:rPr>
          <w:b w:val="0"/>
        </w:rPr>
        <w:t xml:space="preserve">, and the team shifted </w:t>
      </w:r>
      <w:r>
        <w:rPr>
          <w:b/>
        </w:rPr>
        <w:t>[share or number]</w:t>
      </w:r>
      <w:r>
        <w:rPr>
          <w:b w:val="0"/>
        </w:rPr>
        <w:t xml:space="preserve"> of posts to it, lifting </w:t>
      </w:r>
      <w:r>
        <w:rPr>
          <w:b/>
        </w:rPr>
        <w:t>[metric]</w:t>
      </w:r>
      <w:r>
        <w:rPr>
          <w:b w:val="0"/>
        </w:rPr>
        <w:t xml:space="preserve"> by </w:t>
      </w:r>
      <w:r>
        <w:rPr>
          <w:b/>
        </w:rPr>
        <w:t>[X%]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